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SEO Specialist Resume: Sections, Bullet Examples and Skills</w:t>
      </w:r>
    </w:p>
    <w:p>
      <w:r>
        <w:t>Templates from https://knowtheroom.ai/career-guides/seo-specialist-resume/ · Replace everything in [brackets].</w:t>
      </w:r>
    </w:p>
    <w:p>
      <w:pPr>
        <w:pStyle w:val="Heading2"/>
      </w:pPr>
      <w:r>
        <w:t>How do you write an SEO specialist resume summary?</w:t>
      </w:r>
    </w:p>
    <w:p>
      <w:r>
        <w:rPr>
          <w:b w:val="0"/>
        </w:rPr>
        <w:t xml:space="preserve">SEO specialist with </w:t>
      </w:r>
      <w:r>
        <w:rPr>
          <w:b/>
        </w:rPr>
        <w:t>[number]</w:t>
      </w:r>
      <w:r>
        <w:rPr>
          <w:b w:val="0"/>
        </w:rPr>
        <w:t xml:space="preserve"> years on </w:t>
      </w:r>
      <w:r>
        <w:rPr>
          <w:b/>
        </w:rPr>
        <w:t>[site type: ecommerce, marketplace, B2B SaaS, publisher, local]</w:t>
      </w:r>
      <w:r>
        <w:rPr>
          <w:b w:val="0"/>
        </w:rPr>
        <w:t xml:space="preserve"> sites of </w:t>
      </w:r>
      <w:r>
        <w:rPr>
          <w:b/>
        </w:rPr>
        <w:t>[scale: number of pages, traffic band]</w:t>
      </w:r>
      <w:r>
        <w:rPr>
          <w:b w:val="0"/>
        </w:rPr>
        <w:t xml:space="preserve">. Strongest in </w:t>
      </w:r>
      <w:r>
        <w:rPr>
          <w:b/>
        </w:rPr>
        <w:t>[focus: technical SEO, content SEO, link building, local SEO, international]</w:t>
      </w:r>
      <w:r>
        <w:rPr>
          <w:b w:val="0"/>
        </w:rPr>
        <w:t xml:space="preserve">. Grew </w:t>
      </w:r>
      <w:r>
        <w:rPr>
          <w:b/>
        </w:rPr>
        <w:t>[metric: non-brand organic traffic, organic sign-ups, rankings for a category]</w:t>
      </w:r>
      <w:r>
        <w:rPr>
          <w:b w:val="0"/>
        </w:rPr>
        <w:t xml:space="preserve"> from [X] to [Y] in </w:t>
      </w:r>
      <w:r>
        <w:rPr>
          <w:b/>
        </w:rPr>
        <w:t>[time]</w:t>
      </w:r>
      <w:r>
        <w:rPr>
          <w:b w:val="0"/>
        </w:rPr>
        <w:t>.</w:t>
      </w:r>
    </w:p>
    <w:p>
      <w:pPr>
        <w:pStyle w:val="Heading2"/>
      </w:pPr>
      <w:r>
        <w:t>How do you write an SEO specialist resume summary?</w:t>
      </w:r>
    </w:p>
    <w:p>
      <w:r>
        <w:rPr>
          <w:b w:val="0"/>
        </w:rPr>
        <w:t xml:space="preserve">Content marketer moving into SEO. Researched keywords and optimized </w:t>
      </w:r>
      <w:r>
        <w:rPr>
          <w:b/>
        </w:rPr>
        <w:t>[number]</w:t>
      </w:r>
      <w:r>
        <w:rPr>
          <w:b w:val="0"/>
        </w:rPr>
        <w:t xml:space="preserve"> pages for </w:t>
      </w:r>
      <w:r>
        <w:rPr>
          <w:b/>
        </w:rPr>
        <w:t>[company]</w:t>
      </w:r>
      <w:r>
        <w:rPr>
          <w:b w:val="0"/>
        </w:rPr>
        <w:t xml:space="preserve">, worked with developers on </w:t>
      </w:r>
      <w:r>
        <w:rPr>
          <w:b/>
        </w:rPr>
        <w:t>[technical fix]</w:t>
      </w:r>
      <w:r>
        <w:rPr>
          <w:b w:val="0"/>
        </w:rPr>
        <w:t xml:space="preserve">, and grew organic traffic to </w:t>
      </w:r>
      <w:r>
        <w:rPr>
          <w:b/>
        </w:rPr>
        <w:t>[section]</w:t>
      </w:r>
      <w:r>
        <w:rPr>
          <w:b w:val="0"/>
        </w:rPr>
        <w:t xml:space="preserve"> by </w:t>
      </w:r>
      <w:r>
        <w:rPr>
          <w:b/>
        </w:rPr>
        <w:t>[amount]</w:t>
      </w:r>
      <w:r>
        <w:rPr>
          <w:b w:val="0"/>
        </w:rPr>
        <w:t>.</w:t>
      </w:r>
    </w:p>
    <w:p>
      <w:pPr>
        <w:pStyle w:val="Heading2"/>
      </w:pPr>
      <w:r>
        <w:t>What makes a strong SEO resume bullet?</w:t>
      </w:r>
    </w:p>
    <w:p>
      <w:r>
        <w:rPr>
          <w:b/>
        </w:rPr>
        <w:t>[Action verb]</w:t>
      </w:r>
      <w:r>
        <w:rPr>
          <w:b w:val="0"/>
        </w:rPr>
        <w:t xml:space="preserve"> </w:t>
      </w:r>
      <w:r>
        <w:rPr>
          <w:b/>
        </w:rPr>
        <w:t>[fix or program]</w:t>
      </w:r>
      <w:r>
        <w:rPr>
          <w:b w:val="0"/>
        </w:rPr>
        <w:t xml:space="preserve"> on </w:t>
      </w:r>
      <w:r>
        <w:rPr>
          <w:b/>
        </w:rPr>
        <w:t>[pages or section]</w:t>
      </w:r>
      <w:r>
        <w:rPr>
          <w:b w:val="0"/>
        </w:rPr>
        <w:t xml:space="preserve"> after finding </w:t>
      </w:r>
      <w:r>
        <w:rPr>
          <w:b/>
        </w:rPr>
        <w:t>[problem or opportunity]</w:t>
      </w:r>
      <w:r>
        <w:rPr>
          <w:b w:val="0"/>
        </w:rPr>
        <w:t xml:space="preserve">, which </w:t>
      </w:r>
      <w:r>
        <w:rPr>
          <w:b/>
        </w:rPr>
        <w:t>[result]</w:t>
      </w:r>
      <w:r>
        <w:rPr>
          <w:b w:val="0"/>
        </w:rPr>
        <w:t xml:space="preserve"> over </w:t>
      </w:r>
      <w:r>
        <w:rPr>
          <w:b/>
        </w:rPr>
        <w:t>[time period]</w:t>
      </w:r>
      <w:r>
        <w:rPr>
          <w:b w:val="0"/>
        </w:rPr>
        <w:t>.</w:t>
      </w:r>
    </w:p>
    <w:p>
      <w:pPr>
        <w:pStyle w:val="Heading2"/>
      </w:pPr>
      <w:r>
        <w:t>Entry level or coordinator</w:t>
      </w:r>
    </w:p>
    <w:p>
      <w:r>
        <w:rPr>
          <w:b w:val="0"/>
        </w:rPr>
        <w:t xml:space="preserve">- Researched and mapped keywords for </w:t>
      </w:r>
      <w:r>
        <w:rPr>
          <w:b/>
        </w:rPr>
        <w:t>[number]</w:t>
      </w:r>
      <w:r>
        <w:rPr>
          <w:b w:val="0"/>
        </w:rPr>
        <w:t xml:space="preserve"> pages in </w:t>
      </w:r>
      <w:r>
        <w:rPr>
          <w:b/>
        </w:rPr>
        <w:t>[section]</w:t>
      </w:r>
      <w:r>
        <w:rPr>
          <w:b w:val="0"/>
        </w:rPr>
        <w:t xml:space="preserve">, prioritizing by </w:t>
      </w:r>
      <w:r>
        <w:rPr>
          <w:b/>
        </w:rPr>
        <w:t>[volume, intent, difficulty]</w:t>
      </w:r>
      <w:r>
        <w:rPr>
          <w:b w:val="0"/>
        </w:rPr>
        <w:t>.</w:t>
      </w:r>
    </w:p>
    <w:p>
      <w:r>
        <w:rPr>
          <w:b w:val="0"/>
        </w:rPr>
        <w:t xml:space="preserve">- Rewrote titles and meta descriptions on </w:t>
      </w:r>
      <w:r>
        <w:rPr>
          <w:b/>
        </w:rPr>
        <w:t>[number]</w:t>
      </w:r>
      <w:r>
        <w:rPr>
          <w:b w:val="0"/>
        </w:rPr>
        <w:t xml:space="preserve"> pages, lifting click-through rate from [X] to [Y] in Search Console.</w:t>
      </w:r>
    </w:p>
    <w:p>
      <w:r>
        <w:rPr>
          <w:b w:val="0"/>
        </w:rPr>
        <w:t xml:space="preserve">- Ran a monthly crawl in </w:t>
      </w:r>
      <w:r>
        <w:rPr>
          <w:b/>
        </w:rPr>
        <w:t>[tool]</w:t>
      </w:r>
      <w:r>
        <w:rPr>
          <w:b w:val="0"/>
        </w:rPr>
        <w:t xml:space="preserve"> and logged </w:t>
      </w:r>
      <w:r>
        <w:rPr>
          <w:b/>
        </w:rPr>
        <w:t>[number]</w:t>
      </w:r>
      <w:r>
        <w:rPr>
          <w:b w:val="0"/>
        </w:rPr>
        <w:t xml:space="preserve"> issues for developers, </w:t>
      </w:r>
      <w:r>
        <w:rPr>
          <w:b/>
        </w:rPr>
        <w:t>[number]</w:t>
      </w:r>
      <w:r>
        <w:rPr>
          <w:b w:val="0"/>
        </w:rPr>
        <w:t xml:space="preserve"> fixed within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 xml:space="preserve">- Wrote briefs for </w:t>
      </w:r>
      <w:r>
        <w:rPr>
          <w:b/>
        </w:rPr>
        <w:t>[number]</w:t>
      </w:r>
      <w:r>
        <w:rPr>
          <w:b w:val="0"/>
        </w:rPr>
        <w:t xml:space="preserve"> articles a month, </w:t>
      </w:r>
      <w:r>
        <w:rPr>
          <w:b/>
        </w:rPr>
        <w:t>[number]</w:t>
      </w:r>
      <w:r>
        <w:rPr>
          <w:b w:val="0"/>
        </w:rPr>
        <w:t xml:space="preserve"> of which reached page one for their target term.</w:t>
      </w:r>
    </w:p>
    <w:p>
      <w:pPr>
        <w:pStyle w:val="Heading2"/>
      </w:pPr>
      <w:r>
        <w:t>SEO specialist</w:t>
      </w:r>
    </w:p>
    <w:p>
      <w:r>
        <w:rPr>
          <w:b w:val="0"/>
        </w:rPr>
        <w:t xml:space="preserve">- Found </w:t>
      </w:r>
      <w:r>
        <w:rPr>
          <w:b/>
        </w:rPr>
        <w:t>[issue: duplicate faceted URLs, broken canonicals, a blocked template]</w:t>
      </w:r>
      <w:r>
        <w:rPr>
          <w:b w:val="0"/>
        </w:rPr>
        <w:t xml:space="preserve"> in a site audit and worked with engineering to fix it, raising indexed pages from [X] to [Y].</w:t>
      </w:r>
    </w:p>
    <w:p>
      <w:r>
        <w:rPr>
          <w:b w:val="0"/>
        </w:rPr>
        <w:t xml:space="preserve">- Built a content plan for </w:t>
      </w:r>
      <w:r>
        <w:rPr>
          <w:b/>
        </w:rPr>
        <w:t>[topic cluster]</w:t>
      </w:r>
      <w:r>
        <w:rPr>
          <w:b w:val="0"/>
        </w:rPr>
        <w:t xml:space="preserve"> from search demand, growing non-brand clicks to the section from [X] to [Y] in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 xml:space="preserve">- Consolidated </w:t>
      </w:r>
      <w:r>
        <w:rPr>
          <w:b/>
        </w:rPr>
        <w:t>[number]</w:t>
      </w:r>
      <w:r>
        <w:rPr>
          <w:b w:val="0"/>
        </w:rPr>
        <w:t xml:space="preserve"> thin or overlapping pages into </w:t>
      </w:r>
      <w:r>
        <w:rPr>
          <w:b/>
        </w:rPr>
        <w:t>[number]</w:t>
      </w:r>
      <w:r>
        <w:rPr>
          <w:b w:val="0"/>
        </w:rPr>
        <w:t xml:space="preserve">, improving rankings for </w:t>
      </w:r>
      <w:r>
        <w:rPr>
          <w:b/>
        </w:rPr>
        <w:t>[keyword set]</w:t>
      </w:r>
      <w:r>
        <w:rPr>
          <w:b w:val="0"/>
        </w:rPr>
        <w:t xml:space="preserve"> from </w:t>
      </w:r>
      <w:r>
        <w:rPr>
          <w:b/>
        </w:rPr>
        <w:t>[position]</w:t>
      </w:r>
      <w:r>
        <w:rPr>
          <w:b w:val="0"/>
        </w:rPr>
        <w:t xml:space="preserve"> to </w:t>
      </w:r>
      <w:r>
        <w:rPr>
          <w:b/>
        </w:rPr>
        <w:t>[position]</w:t>
      </w:r>
      <w:r>
        <w:rPr>
          <w:b w:val="0"/>
        </w:rPr>
        <w:t>.</w:t>
      </w:r>
    </w:p>
    <w:p>
      <w:r>
        <w:rPr>
          <w:b w:val="0"/>
        </w:rPr>
        <w:t xml:space="preserve">- Earned </w:t>
      </w:r>
      <w:r>
        <w:rPr>
          <w:b/>
        </w:rPr>
        <w:t>[number]</w:t>
      </w:r>
      <w:r>
        <w:rPr>
          <w:b w:val="0"/>
        </w:rPr>
        <w:t xml:space="preserve"> links from </w:t>
      </w:r>
      <w:r>
        <w:rPr>
          <w:b/>
        </w:rPr>
        <w:t>[publication types]</w:t>
      </w:r>
      <w:r>
        <w:rPr>
          <w:b w:val="0"/>
        </w:rPr>
        <w:t xml:space="preserve"> through </w:t>
      </w:r>
      <w:r>
        <w:rPr>
          <w:b/>
        </w:rPr>
        <w:t>[method: original data, digital PR, partnerships]</w:t>
      </w:r>
      <w:r>
        <w:rPr>
          <w:b w:val="0"/>
        </w:rPr>
        <w:t>.</w:t>
      </w:r>
    </w:p>
    <w:p>
      <w:r>
        <w:rPr>
          <w:b w:val="0"/>
        </w:rPr>
        <w:t xml:space="preserve">- Set up rank and traffic reporting in </w:t>
      </w:r>
      <w:r>
        <w:rPr>
          <w:b/>
        </w:rPr>
        <w:t>[tool]</w:t>
      </w:r>
      <w:r>
        <w:rPr>
          <w:b w:val="0"/>
        </w:rPr>
        <w:t xml:space="preserve"> that tied organic sessions to </w:t>
      </w:r>
      <w:r>
        <w:rPr>
          <w:b/>
        </w:rPr>
        <w:t>[sign-ups / revenue]</w:t>
      </w:r>
      <w:r>
        <w:rPr>
          <w:b w:val="0"/>
        </w:rPr>
        <w:t xml:space="preserve"> for the first time.</w:t>
      </w:r>
    </w:p>
    <w:p>
      <w:pPr>
        <w:pStyle w:val="Heading2"/>
      </w:pPr>
      <w:r>
        <w:t>Senior or SEO manager</w:t>
      </w:r>
    </w:p>
    <w:p>
      <w:r>
        <w:rPr>
          <w:b w:val="0"/>
        </w:rPr>
        <w:t xml:space="preserve">- Owned SEO strategy for </w:t>
      </w:r>
      <w:r>
        <w:rPr>
          <w:b/>
        </w:rPr>
        <w:t>[site or business line]</w:t>
      </w:r>
      <w:r>
        <w:rPr>
          <w:b w:val="0"/>
        </w:rPr>
        <w:t xml:space="preserve">, growing organic </w:t>
      </w:r>
      <w:r>
        <w:rPr>
          <w:b/>
        </w:rPr>
        <w:t>[revenue / sign-ups]</w:t>
      </w:r>
      <w:r>
        <w:rPr>
          <w:b w:val="0"/>
        </w:rPr>
        <w:t xml:space="preserve"> from [X] to [Y] in </w:t>
      </w:r>
      <w:r>
        <w:rPr>
          <w:b/>
        </w:rPr>
        <w:t>[time]</w:t>
      </w:r>
      <w:r>
        <w:rPr>
          <w:b w:val="0"/>
        </w:rPr>
        <w:t>.</w:t>
      </w:r>
    </w:p>
    <w:p>
      <w:r>
        <w:rPr>
          <w:b w:val="0"/>
        </w:rPr>
        <w:t xml:space="preserve">- Led a migration of </w:t>
      </w:r>
      <w:r>
        <w:rPr>
          <w:b/>
        </w:rPr>
        <w:t>[number]</w:t>
      </w:r>
      <w:r>
        <w:rPr>
          <w:b w:val="0"/>
        </w:rPr>
        <w:t xml:space="preserve"> URLs to </w:t>
      </w:r>
      <w:r>
        <w:rPr>
          <w:b/>
        </w:rPr>
        <w:t>[new platform or domain]</w:t>
      </w:r>
      <w:r>
        <w:rPr>
          <w:b w:val="0"/>
        </w:rPr>
        <w:t xml:space="preserve"> with </w:t>
      </w:r>
      <w:r>
        <w:rPr>
          <w:b/>
        </w:rPr>
        <w:t>[result: no lasting traffic loss, recovery within time]</w:t>
      </w:r>
      <w:r>
        <w:rPr>
          <w:b w:val="0"/>
        </w:rPr>
        <w:t>.</w:t>
      </w:r>
    </w:p>
    <w:p>
      <w:r>
        <w:rPr>
          <w:b w:val="0"/>
        </w:rPr>
        <w:t xml:space="preserve">- Managed </w:t>
      </w:r>
      <w:r>
        <w:rPr>
          <w:b/>
        </w:rPr>
        <w:t>[number]</w:t>
      </w:r>
      <w:r>
        <w:rPr>
          <w:b w:val="0"/>
        </w:rPr>
        <w:t xml:space="preserve"> SEOs and writers and a </w:t>
      </w:r>
      <w:r>
        <w:rPr>
          <w:b/>
        </w:rPr>
        <w:t>[budget or agency]</w:t>
      </w:r>
      <w:r>
        <w:rPr>
          <w:b w:val="0"/>
        </w:rPr>
        <w:t xml:space="preserve"> relationship, setting the quarterly roadmap with product.</w:t>
      </w:r>
    </w:p>
    <w:p>
      <w:r>
        <w:rPr>
          <w:b w:val="0"/>
        </w:rPr>
        <w:t xml:space="preserve">- Built programmatic pages for </w:t>
      </w:r>
      <w:r>
        <w:rPr>
          <w:b/>
        </w:rPr>
        <w:t>[use case]</w:t>
      </w:r>
      <w:r>
        <w:rPr>
          <w:b w:val="0"/>
        </w:rPr>
        <w:t xml:space="preserve"> across </w:t>
      </w:r>
      <w:r>
        <w:rPr>
          <w:b/>
        </w:rPr>
        <w:t>[number]</w:t>
      </w:r>
      <w:r>
        <w:rPr>
          <w:b w:val="0"/>
        </w:rPr>
        <w:t xml:space="preserve"> templates, adding </w:t>
      </w:r>
      <w:r>
        <w:rPr>
          <w:b/>
        </w:rPr>
        <w:t>[result]</w:t>
      </w:r>
      <w:r>
        <w:rPr>
          <w:b w:val="0"/>
        </w:rPr>
        <w:t xml:space="preserve"> in non-brand traffic.</w:t>
      </w:r>
    </w:p>
    <w:p>
      <w:r>
        <w:rPr>
          <w:b w:val="0"/>
        </w:rPr>
        <w:t xml:space="preserve">- Reported organic performance to </w:t>
      </w:r>
      <w:r>
        <w:rPr>
          <w:b/>
        </w:rPr>
        <w:t>[audience]</w:t>
      </w:r>
      <w:r>
        <w:rPr>
          <w:b w:val="0"/>
        </w:rPr>
        <w:t xml:space="preserve"> each </w:t>
      </w:r>
      <w:r>
        <w:rPr>
          <w:b/>
        </w:rPr>
        <w:t>[period]</w:t>
      </w:r>
      <w:r>
        <w:rPr>
          <w:b w:val="0"/>
        </w:rPr>
        <w:t xml:space="preserve">, securing engineering time for </w:t>
      </w:r>
      <w:r>
        <w:rPr>
          <w:b/>
        </w:rPr>
        <w:t>[project]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