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Resume Summary Examples for Marketing Roles (By Level and Specialty)</w:t>
      </w:r>
    </w:p>
    <w:p>
      <w:r>
        <w:t>Templates from https://knowtheroom.ai/career-guides/resume-summary-examples/ · Replace everything in [brackets].</w:t>
      </w:r>
    </w:p>
    <w:p>
      <w:pPr>
        <w:pStyle w:val="Heading2"/>
      </w:pPr>
      <w:r>
        <w:t>How do you write a resume summary?</w:t>
      </w:r>
    </w:p>
    <w:p>
      <w:r>
        <w:rPr>
          <w:b/>
        </w:rPr>
        <w:t>[Target job title]</w:t>
      </w:r>
      <w:r>
        <w:rPr>
          <w:b w:val="0"/>
        </w:rPr>
        <w:t xml:space="preserve"> with [x] years in </w:t>
      </w:r>
      <w:r>
        <w:rPr>
          <w:b/>
        </w:rPr>
        <w:t>[industry, channel or audience]</w:t>
      </w:r>
      <w:r>
        <w:rPr>
          <w:b w:val="0"/>
        </w:rPr>
        <w:t xml:space="preserve">. [One result: what you did and what changed, with a number and timeframe if you have one]. Strongest in </w:t>
      </w:r>
      <w:r>
        <w:rPr>
          <w:b/>
        </w:rPr>
        <w:t>[one or two skills from the posting]</w:t>
      </w:r>
      <w:r>
        <w:rPr>
          <w:b w:val="0"/>
        </w:rPr>
        <w:t>.</w:t>
      </w:r>
    </w:p>
    <w:p>
      <w:pPr>
        <w:pStyle w:val="Heading2"/>
      </w:pPr>
      <w:r>
        <w:t>Entry level and internships</w:t>
      </w:r>
    </w:p>
    <w:p>
      <w:r>
        <w:rPr>
          <w:b w:val="0"/>
        </w:rPr>
        <w:t xml:space="preserve">Marketing graduate with [x] internships in social and content. Grew </w:t>
      </w:r>
      <w:r>
        <w:rPr>
          <w:b/>
        </w:rPr>
        <w:t>[company or club]</w:t>
      </w:r>
      <w:r>
        <w:rPr>
          <w:b w:val="0"/>
        </w:rPr>
        <w:t xml:space="preserve">'s Instagram following from [x] to [y] in </w:t>
      </w:r>
      <w:r>
        <w:rPr>
          <w:b/>
        </w:rPr>
        <w:t>[period]</w:t>
      </w:r>
      <w:r>
        <w:rPr>
          <w:b w:val="0"/>
        </w:rPr>
        <w:t xml:space="preserve"> with a weekly short-video series. Comfortable with Canva, Meta Business Suite and basic GA4 reporting.</w:t>
      </w:r>
    </w:p>
    <w:p>
      <w:pPr>
        <w:pStyle w:val="Heading2"/>
      </w:pPr>
      <w:r>
        <w:t>Entry level and internships</w:t>
      </w:r>
    </w:p>
    <w:p>
      <w:r>
        <w:rPr>
          <w:b w:val="0"/>
        </w:rPr>
        <w:t xml:space="preserve">Marketing coordinator with [x] year of agency experience supporting [x] B2B clients. Ran the content calendar and weekly reporting for accounts worth </w:t>
      </w:r>
      <w:r>
        <w:rPr>
          <w:b/>
        </w:rPr>
        <w:t>[$ amount or share of agency revenue]</w:t>
      </w:r>
      <w:r>
        <w:rPr>
          <w:b w:val="0"/>
        </w:rPr>
        <w:t>. Strongest in project coordination and turning data into a one-page update.</w:t>
      </w:r>
    </w:p>
    <w:p>
      <w:pPr>
        <w:pStyle w:val="Heading2"/>
      </w:pPr>
      <w:r>
        <w:t>Specialist and senior specialist</w:t>
      </w:r>
    </w:p>
    <w:p>
      <w:r>
        <w:rPr>
          <w:b w:val="0"/>
        </w:rPr>
        <w:t xml:space="preserve">Email and lifecycle specialist with [x] years in subscription e-commerce. Rebuilt the onboarding sequence, lifting </w:t>
      </w:r>
      <w:r>
        <w:rPr>
          <w:b/>
        </w:rPr>
        <w:t>[trial-to-paid rate / 30-day retention]</w:t>
      </w:r>
      <w:r>
        <w:rPr>
          <w:b w:val="0"/>
        </w:rPr>
        <w:t xml:space="preserve"> from [x]% to [y]%. Strongest in segmentation, testing and Klaviyo.</w:t>
      </w:r>
    </w:p>
    <w:p>
      <w:pPr>
        <w:pStyle w:val="Heading2"/>
      </w:pPr>
      <w:r>
        <w:t>Specialist and senior specialist</w:t>
      </w:r>
    </w:p>
    <w:p>
      <w:r>
        <w:rPr>
          <w:b w:val="0"/>
        </w:rPr>
        <w:t>SEO specialist with [x] years in B2B SaaS. Led the content refresh that grew organic sign-ups [x]% year over year. Strongest in technical audits, keyword strategy and working with writers and engineers.</w:t>
      </w:r>
    </w:p>
    <w:p>
      <w:pPr>
        <w:pStyle w:val="Heading2"/>
      </w:pPr>
      <w:r>
        <w:t>Marketing manager</w:t>
      </w:r>
    </w:p>
    <w:p>
      <w:r>
        <w:rPr>
          <w:b w:val="0"/>
        </w:rPr>
        <w:t xml:space="preserve">Growth marketing manager with [x] years in consumer fintech. Owned a </w:t>
      </w:r>
      <w:r>
        <w:rPr>
          <w:b/>
        </w:rPr>
        <w:t>[$ amount]</w:t>
      </w:r>
      <w:r>
        <w:rPr>
          <w:b w:val="0"/>
        </w:rPr>
        <w:t xml:space="preserve"> paid budget across Meta, Google and TikTok and cut blended CAC [x]% in </w:t>
      </w:r>
      <w:r>
        <w:rPr>
          <w:b/>
        </w:rPr>
        <w:t>[period]</w:t>
      </w:r>
      <w:r>
        <w:rPr>
          <w:b w:val="0"/>
        </w:rPr>
        <w:t>. Strongest in channel mix, creative testing and incrementality.</w:t>
      </w:r>
    </w:p>
    <w:p>
      <w:pPr>
        <w:pStyle w:val="Heading2"/>
      </w:pPr>
      <w:r>
        <w:t>Marketing manager</w:t>
      </w:r>
    </w:p>
    <w:p>
      <w:r>
        <w:rPr>
          <w:b w:val="0"/>
        </w:rPr>
        <w:t>Content marketing manager with [x] years in developer tools. Built the blog and newsletter from zero to [x] subscribers and [x]% of pipeline influenced. Manages a team of [x] writers and freelancers.</w:t>
      </w:r>
    </w:p>
    <w:p>
      <w:pPr>
        <w:pStyle w:val="Heading2"/>
      </w:pPr>
      <w:r>
        <w:t>Director and VP</w:t>
      </w:r>
    </w:p>
    <w:p>
      <w:r>
        <w:rPr>
          <w:b w:val="0"/>
        </w:rPr>
        <w:t xml:space="preserve">Marketing director with [x] years leading demand generation for mid-market SaaS. Built a team of [x] and grew marketing-sourced pipeline from [x] to [y] in </w:t>
      </w:r>
      <w:r>
        <w:rPr>
          <w:b/>
        </w:rPr>
        <w:t>[period]</w:t>
      </w:r>
      <w:r>
        <w:rPr>
          <w:b w:val="0"/>
        </w:rPr>
        <w:t>. Known for planning, forecasting and getting sales and marketing to work from the same numbers.</w:t>
      </w:r>
    </w:p>
    <w:p>
      <w:pPr>
        <w:pStyle w:val="Heading2"/>
      </w:pPr>
      <w:r>
        <w:t>Director and VP</w:t>
      </w:r>
    </w:p>
    <w:p>
      <w:r>
        <w:rPr>
          <w:b w:val="0"/>
        </w:rPr>
        <w:t xml:space="preserve">VP of brand marketing with [x] years in consumer packaged goods. Led the repositioning of </w:t>
      </w:r>
      <w:r>
        <w:rPr>
          <w:b/>
        </w:rPr>
        <w:t>[brand]</w:t>
      </w:r>
      <w:r>
        <w:rPr>
          <w:b w:val="0"/>
        </w:rPr>
        <w:t xml:space="preserve">, which </w:t>
      </w:r>
      <w:r>
        <w:rPr>
          <w:b/>
        </w:rPr>
        <w:t>[moved share / grew household penetration]</w:t>
      </w:r>
      <w:r>
        <w:rPr>
          <w:b w:val="0"/>
        </w:rPr>
        <w:t xml:space="preserve"> from [x] to [y]. Experienced in agency management, brand tracking and budgets over </w:t>
      </w:r>
      <w:r>
        <w:rPr>
          <w:b/>
        </w:rPr>
        <w:t>[$ amount]</w:t>
      </w:r>
      <w:r>
        <w:rPr>
          <w:b w:val="0"/>
        </w:rPr>
        <w:t>.</w:t>
      </w:r>
    </w:p>
    <w:p>
      <w:pPr>
        <w:pStyle w:val="Heading2"/>
      </w:pPr>
      <w:r>
        <w:t>CMO</w:t>
      </w:r>
    </w:p>
    <w:p>
      <w:r>
        <w:rPr>
          <w:b w:val="0"/>
        </w:rPr>
        <w:t xml:space="preserve">Chief marketing officer with [x] years across </w:t>
      </w:r>
      <w:r>
        <w:rPr>
          <w:b/>
        </w:rPr>
        <w:t>[industry]</w:t>
      </w:r>
      <w:r>
        <w:rPr>
          <w:b w:val="0"/>
        </w:rPr>
        <w:t xml:space="preserve"> brands from </w:t>
      </w:r>
      <w:r>
        <w:rPr>
          <w:b/>
        </w:rPr>
        <w:t>[stage]</w:t>
      </w:r>
      <w:r>
        <w:rPr>
          <w:b w:val="0"/>
        </w:rPr>
        <w:t xml:space="preserve"> to </w:t>
      </w:r>
      <w:r>
        <w:rPr>
          <w:b/>
        </w:rPr>
        <w:t>[stage]</w:t>
      </w:r>
      <w:r>
        <w:rPr>
          <w:b w:val="0"/>
        </w:rPr>
        <w:t xml:space="preserve">. Led marketing through </w:t>
      </w:r>
      <w:r>
        <w:rPr>
          <w:b/>
        </w:rPr>
        <w:t>[an IPO / an acquisition / a category launch]</w:t>
      </w:r>
      <w:r>
        <w:rPr>
          <w:b w:val="0"/>
        </w:rPr>
        <w:t>, growing revenue from [x] to [y]. Builds teams, sets brand strategy and reports to the board on marketing's return.</w:t>
      </w:r>
    </w:p>
    <w:p>
      <w:pPr>
        <w:pStyle w:val="Heading2"/>
      </w:pPr>
      <w:r>
        <w:t>No marketing experience or career change</w:t>
      </w:r>
    </w:p>
    <w:p>
      <w:r>
        <w:rPr>
          <w:b w:val="0"/>
        </w:rPr>
        <w:t xml:space="preserve">Aspiring social media coordinator with [x] years in retail customer service. Handled [x] customer conversations a week and wrote the store's weekly Instagram posts, growing followers from [x] to [y]. Completed </w:t>
      </w:r>
      <w:r>
        <w:rPr>
          <w:b/>
        </w:rPr>
        <w:t>[certification or course]</w:t>
      </w:r>
      <w:r>
        <w:rPr>
          <w:b w:val="0"/>
        </w:rPr>
        <w:t xml:space="preserve"> in </w:t>
      </w:r>
      <w:r>
        <w:rPr>
          <w:b/>
        </w:rPr>
        <w:t>[area]</w:t>
      </w:r>
      <w:r>
        <w:rPr>
          <w:b w:val="0"/>
        </w:rPr>
        <w:t>.</w:t>
      </w:r>
    </w:p>
    <w:p>
      <w:pPr>
        <w:pStyle w:val="Heading2"/>
      </w:pPr>
      <w:r>
        <w:t>No marketing experience or career change</w:t>
      </w:r>
    </w:p>
    <w:p>
      <w:r>
        <w:rPr>
          <w:b w:val="0"/>
        </w:rPr>
        <w:t xml:space="preserve">Former teacher moving into content marketing. Planned and wrote [x] lessons a year for </w:t>
      </w:r>
      <w:r>
        <w:rPr>
          <w:b/>
        </w:rPr>
        <w:t>[audience]</w:t>
      </w:r>
      <w:r>
        <w:rPr>
          <w:b w:val="0"/>
        </w:rPr>
        <w:t xml:space="preserve"> and ran the school newsletter for [x] families. Built a </w:t>
      </w:r>
      <w:r>
        <w:rPr>
          <w:b/>
        </w:rPr>
        <w:t>[blog / newsletter]</w:t>
      </w:r>
      <w:r>
        <w:rPr>
          <w:b w:val="0"/>
        </w:rPr>
        <w:t xml:space="preserve"> on </w:t>
      </w:r>
      <w:r>
        <w:rPr>
          <w:b/>
        </w:rPr>
        <w:t>[topic]</w:t>
      </w:r>
      <w:r>
        <w:rPr>
          <w:b w:val="0"/>
        </w:rPr>
        <w:t xml:space="preserve"> that reached [x] subscribers in </w:t>
      </w:r>
      <w:r>
        <w:rPr>
          <w:b/>
        </w:rPr>
        <w:t>[period]</w:t>
      </w:r>
      <w:r>
        <w:rPr>
          <w:b w:val="0"/>
        </w:rPr>
        <w:t>.</w:t>
      </w:r>
    </w:p>
    <w:p>
      <w:pPr>
        <w:pStyle w:val="Heading2"/>
      </w:pPr>
      <w:r>
        <w:t>Resume summary examples by marketing specialty</w:t>
      </w:r>
    </w:p>
    <w:p>
      <w:r>
        <w:rPr>
          <w:b w:val="0"/>
        </w:rPr>
        <w:t xml:space="preserve">Product marketing manager with [x] years in B2B security software. Led positioning and launch for </w:t>
      </w:r>
      <w:r>
        <w:rPr>
          <w:b/>
        </w:rPr>
        <w:t>[product]</w:t>
      </w:r>
      <w:r>
        <w:rPr>
          <w:b w:val="0"/>
        </w:rPr>
        <w:t xml:space="preserve">, which reached [x] customers in its first </w:t>
      </w:r>
      <w:r>
        <w:rPr>
          <w:b/>
        </w:rPr>
        <w:t>[period]</w:t>
      </w:r>
      <w:r>
        <w:rPr>
          <w:b w:val="0"/>
        </w:rPr>
        <w:t>. Strongest in messaging, competitive intelligence and sales enablement.</w:t>
      </w:r>
    </w:p>
    <w:p>
      <w:pPr>
        <w:pStyle w:val="Heading2"/>
      </w:pPr>
      <w:r>
        <w:t>Resume summary examples by marketing specialty</w:t>
      </w:r>
    </w:p>
    <w:p>
      <w:r>
        <w:rPr>
          <w:b w:val="0"/>
        </w:rPr>
        <w:t>Social media manager with [x] years at consumer brands. Built a TikTok and Instagram program that grew followers from [x] to [y] and drove [x]% of site traffic from social. Strongest in short-form video, creator partnerships and community.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