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Resume Objective Examples for Marketing (And When to Use One)</w:t>
      </w:r>
    </w:p>
    <w:p>
      <w:r>
        <w:t>Templates from https://knowtheroom.ai/career-guides/resume-objective-examples/ · Replace everything in [brackets].</w:t>
      </w:r>
    </w:p>
    <w:p>
      <w:pPr>
        <w:pStyle w:val="Heading2"/>
      </w:pPr>
      <w:r>
        <w:t>How do you write a resume objective?</w:t>
      </w:r>
    </w:p>
    <w:p>
      <w:r>
        <w:rPr>
          <w:b/>
        </w:rPr>
        <w:t>[Your current status: e.g. Marketing graduate / Former teacher / Retail manager]</w:t>
      </w:r>
      <w:r>
        <w:rPr>
          <w:b w:val="0"/>
        </w:rPr>
        <w:t xml:space="preserve"> seeking a </w:t>
      </w:r>
      <w:r>
        <w:rPr>
          <w:b/>
        </w:rPr>
        <w:t>[exact job title from the posting]</w:t>
      </w:r>
      <w:r>
        <w:rPr>
          <w:b w:val="0"/>
        </w:rPr>
        <w:t xml:space="preserve"> role. Bringing </w:t>
      </w:r>
      <w:r>
        <w:rPr>
          <w:b/>
        </w:rPr>
        <w:t>[one or two skills the posting asks for]</w:t>
      </w:r>
      <w:r>
        <w:rPr>
          <w:b w:val="0"/>
        </w:rPr>
        <w:t xml:space="preserve">, shown by </w:t>
      </w:r>
      <w:r>
        <w:rPr>
          <w:b/>
        </w:rPr>
        <w:t>[one project, result or experience]</w:t>
      </w:r>
      <w:r>
        <w:rPr>
          <w:b w:val="0"/>
        </w:rPr>
        <w:t>.</w:t>
      </w:r>
    </w:p>
    <w:p>
      <w:pPr>
        <w:pStyle w:val="Heading2"/>
      </w:pPr>
      <w:r>
        <w:t>Marketing coordinator</w:t>
      </w:r>
    </w:p>
    <w:p>
      <w:r>
        <w:rPr>
          <w:b w:val="0"/>
        </w:rPr>
        <w:t xml:space="preserve">Marketing graduate seeking a Marketing Coordinator role at a consumer brand. Brings campaign coordination from a [x]-month internship at </w:t>
      </w:r>
      <w:r>
        <w:rPr>
          <w:b/>
        </w:rPr>
        <w:t>[Company]</w:t>
      </w:r>
      <w:r>
        <w:rPr>
          <w:b w:val="0"/>
        </w:rPr>
        <w:t xml:space="preserve">, running the content calendar for </w:t>
      </w:r>
      <w:r>
        <w:rPr>
          <w:b/>
        </w:rPr>
        <w:t>[channels]</w:t>
      </w:r>
      <w:r>
        <w:rPr>
          <w:b w:val="0"/>
        </w:rPr>
        <w:t xml:space="preserve"> and building the weekly performance report.</w:t>
      </w:r>
    </w:p>
    <w:p>
      <w:pPr>
        <w:pStyle w:val="Heading2"/>
      </w:pPr>
      <w:r>
        <w:t>Social media coordinator</w:t>
      </w:r>
    </w:p>
    <w:p>
      <w:r>
        <w:rPr>
          <w:b w:val="0"/>
        </w:rPr>
        <w:t xml:space="preserve">Communications student seeking a Social Media Coordinator role. Grew </w:t>
      </w:r>
      <w:r>
        <w:rPr>
          <w:b/>
        </w:rPr>
        <w:t>[student organization]</w:t>
      </w:r>
      <w:r>
        <w:rPr>
          <w:b w:val="0"/>
        </w:rPr>
        <w:t xml:space="preserve">'s Instagram from [x] to [y] followers in </w:t>
      </w:r>
      <w:r>
        <w:rPr>
          <w:b/>
        </w:rPr>
        <w:t>[period]</w:t>
      </w:r>
      <w:r>
        <w:rPr>
          <w:b w:val="0"/>
        </w:rPr>
        <w:t xml:space="preserve"> with a self-produced weekly short-video series.</w:t>
      </w:r>
    </w:p>
    <w:p>
      <w:pPr>
        <w:pStyle w:val="Heading2"/>
      </w:pPr>
      <w:r>
        <w:t>Marketing assistant</w:t>
      </w:r>
    </w:p>
    <w:p>
      <w:r>
        <w:rPr>
          <w:b w:val="0"/>
        </w:rPr>
        <w:t>Recent business graduate seeking a Marketing Assistant role in B2B software. Brings strong Excel and HubSpot skills from a sales operations internship, including cleaning and segmenting a [x]-contact database for an email campaign.</w:t>
      </w:r>
    </w:p>
    <w:p>
      <w:pPr>
        <w:pStyle w:val="Heading2"/>
      </w:pPr>
      <w:r>
        <w:t>Content or copywriting</w:t>
      </w:r>
    </w:p>
    <w:p>
      <w:r>
        <w:rPr>
          <w:b w:val="0"/>
        </w:rPr>
        <w:t xml:space="preserve">English graduate seeking a Junior Copywriter role at an agency. Brings a portfolio of [x] published pieces for </w:t>
      </w:r>
      <w:r>
        <w:rPr>
          <w:b/>
        </w:rPr>
        <w:t>[student paper / freelance clients]</w:t>
      </w:r>
      <w:r>
        <w:rPr>
          <w:b w:val="0"/>
        </w:rPr>
        <w:t xml:space="preserve"> and a spec campaign for </w:t>
      </w:r>
      <w:r>
        <w:rPr>
          <w:b/>
        </w:rPr>
        <w:t>[brand]</w:t>
      </w:r>
      <w:r>
        <w:rPr>
          <w:b w:val="0"/>
        </w:rPr>
        <w:t>, linked above.</w:t>
      </w:r>
    </w:p>
    <w:p>
      <w:pPr>
        <w:pStyle w:val="Heading2"/>
      </w:pPr>
      <w:r>
        <w:t>SEO or analytics</w:t>
      </w:r>
    </w:p>
    <w:p>
      <w:r>
        <w:rPr>
          <w:b w:val="0"/>
        </w:rPr>
        <w:t>Economics graduate seeking an SEO Analyst role. Brings data analysis in Excel and SQL, plus a personal site grown to [x] monthly visits through keyword research and [x] rewritten posts.</w:t>
      </w:r>
    </w:p>
    <w:p>
      <w:pPr>
        <w:pStyle w:val="Heading2"/>
      </w:pPr>
      <w:r>
        <w:t>From teaching</w:t>
      </w:r>
    </w:p>
    <w:p>
      <w:r>
        <w:rPr>
          <w:b w:val="0"/>
        </w:rPr>
        <w:t>Former high school teacher seeking a Content Marketing Specialist role in education technology. Brings [x] years of explaining complex ideas to varied audiences, plus a [x]-issue parent newsletter, written and grown to [x] subscribers.</w:t>
      </w:r>
    </w:p>
    <w:p>
      <w:pPr>
        <w:pStyle w:val="Heading2"/>
      </w:pPr>
      <w:r>
        <w:t>From sales</w:t>
      </w:r>
    </w:p>
    <w:p>
      <w:r>
        <w:rPr>
          <w:b w:val="0"/>
        </w:rPr>
        <w:t>Account executive moving into Product Marketing. Brings [x] years of hearing why customers buy and why they don't, plus the competitive one-pager the sales team used in [x] deals.</w:t>
      </w:r>
    </w:p>
    <w:p>
      <w:pPr>
        <w:pStyle w:val="Heading2"/>
      </w:pPr>
      <w:r>
        <w:t>From retail or hospitality</w:t>
      </w:r>
    </w:p>
    <w:p>
      <w:r>
        <w:rPr>
          <w:b w:val="0"/>
        </w:rPr>
        <w:t xml:space="preserve">Retail store manager seeking a Marketing Coordinator role in consumer goods. Ran local promotions and in-store events that </w:t>
      </w:r>
      <w:r>
        <w:rPr>
          <w:b/>
        </w:rPr>
        <w:t>[result]</w:t>
      </w:r>
      <w:r>
        <w:rPr>
          <w:b w:val="0"/>
        </w:rPr>
        <w:t xml:space="preserve">, and managed the store's Instagram account for </w:t>
      </w:r>
      <w:r>
        <w:rPr>
          <w:b/>
        </w:rPr>
        <w:t>[period]</w:t>
      </w:r>
      <w:r>
        <w:rPr>
          <w:b w:val="0"/>
        </w:rPr>
        <w:t>.</w:t>
      </w:r>
    </w:p>
    <w:p>
      <w:pPr>
        <w:pStyle w:val="Heading2"/>
      </w:pPr>
      <w:r>
        <w:t>From journalism</w:t>
      </w:r>
    </w:p>
    <w:p>
      <w:r>
        <w:rPr>
          <w:b w:val="0"/>
        </w:rPr>
        <w:t xml:space="preserve">Reporter with [x] years covering </w:t>
      </w:r>
      <w:r>
        <w:rPr>
          <w:b/>
        </w:rPr>
        <w:t>[beat]</w:t>
      </w:r>
      <w:r>
        <w:rPr>
          <w:b w:val="0"/>
        </w:rPr>
        <w:t xml:space="preserve">, seeking a Communications Manager role. Brings media relations from the other side of the inbox, fast writing on deadline, and a network of </w:t>
      </w:r>
      <w:r>
        <w:rPr>
          <w:b/>
        </w:rPr>
        <w:t>[industry]</w:t>
      </w:r>
      <w:r>
        <w:rPr>
          <w:b w:val="0"/>
        </w:rPr>
        <w:t xml:space="preserve"> reporters.</w:t>
      </w:r>
    </w:p>
    <w:p>
      <w:pPr>
        <w:pStyle w:val="Heading2"/>
      </w:pPr>
      <w:r>
        <w:t>From data or finance</w:t>
      </w:r>
    </w:p>
    <w:p>
      <w:r>
        <w:rPr>
          <w:b w:val="0"/>
        </w:rPr>
        <w:t xml:space="preserve">Financial analyst seeking a Marketing Analyst role. Brings forecasting and SQL from [x] years in FP&amp;A, and completed a </w:t>
      </w:r>
      <w:r>
        <w:rPr>
          <w:b/>
        </w:rPr>
        <w:t>[course or certificate]</w:t>
      </w:r>
      <w:r>
        <w:rPr>
          <w:b w:val="0"/>
        </w:rPr>
        <w:t xml:space="preserve"> in marketing analytics, including a </w:t>
      </w:r>
      <w:r>
        <w:rPr>
          <w:b/>
        </w:rPr>
        <w:t>[project]</w:t>
      </w:r>
      <w:r>
        <w:rPr>
          <w:b w:val="0"/>
        </w:rPr>
        <w:t xml:space="preserve"> on </w:t>
      </w:r>
      <w:r>
        <w:rPr>
          <w:b/>
        </w:rPr>
        <w:t>[topic]</w:t>
      </w:r>
      <w:r>
        <w:rPr>
          <w:b w:val="0"/>
        </w:rPr>
        <w:t>.</w:t>
      </w:r>
    </w:p>
    <w:p>
      <w:pPr>
        <w:pStyle w:val="Heading2"/>
      </w:pPr>
      <w:r>
        <w:t>Coming back after a career break</w:t>
      </w:r>
    </w:p>
    <w:p>
      <w:r>
        <w:rPr>
          <w:b w:val="0"/>
        </w:rPr>
        <w:t xml:space="preserve">Marketing manager returning after a [x]-year career break, seeking a Brand Manager role. Brings [x] years of consumer brand experience at </w:t>
      </w:r>
      <w:r>
        <w:rPr>
          <w:b/>
        </w:rPr>
        <w:t>[Company]</w:t>
      </w:r>
      <w:r>
        <w:rPr>
          <w:b w:val="0"/>
        </w:rPr>
        <w:t xml:space="preserve">, including the </w:t>
      </w:r>
      <w:r>
        <w:rPr>
          <w:b/>
        </w:rPr>
        <w:t>[campaign or launch]</w:t>
      </w:r>
      <w:r>
        <w:rPr>
          <w:b w:val="0"/>
        </w:rPr>
        <w:t xml:space="preserve">, and a recent </w:t>
      </w:r>
      <w:r>
        <w:rPr>
          <w:b/>
        </w:rPr>
        <w:t>[course or freelance project]</w:t>
      </w:r>
      <w:r>
        <w:rPr>
          <w:b w:val="0"/>
        </w:rPr>
        <w:t xml:space="preserve"> in </w:t>
      </w:r>
      <w:r>
        <w:rPr>
          <w:b/>
        </w:rPr>
        <w:t>[current skill]</w:t>
      </w:r>
      <w:r>
        <w:rPr>
          <w:b w:val="0"/>
        </w:rPr>
        <w:t>.</w:t>
      </w:r>
    </w:p>
    <w:p>
      <w:pPr>
        <w:pStyle w:val="Heading2"/>
      </w:pPr>
      <w:r>
        <w:t>Moving from agency to in-house</w:t>
      </w:r>
    </w:p>
    <w:p>
      <w:r>
        <w:rPr>
          <w:b w:val="0"/>
        </w:rPr>
        <w:t xml:space="preserve">Agency account manager seeking an in-house Marketing Manager role in </w:t>
      </w:r>
      <w:r>
        <w:rPr>
          <w:b/>
        </w:rPr>
        <w:t>[industry]</w:t>
      </w:r>
      <w:r>
        <w:rPr>
          <w:b w:val="0"/>
        </w:rPr>
        <w:t xml:space="preserve">. Brings [x] years running campaigns for </w:t>
      </w:r>
      <w:r>
        <w:rPr>
          <w:b/>
        </w:rPr>
        <w:t>[type of clients]</w:t>
      </w:r>
      <w:r>
        <w:rPr>
          <w:b w:val="0"/>
        </w:rPr>
        <w:t xml:space="preserve"> and managing budgets, timelines and creative teams across [x] accounts at once.</w:t>
      </w:r>
    </w:p>
    <w:p>
      <w:pPr>
        <w:pStyle w:val="Heading2"/>
      </w:pPr>
      <w:r>
        <w:t>General resume objective examples</w:t>
      </w:r>
    </w:p>
    <w:p>
      <w:r>
        <w:rPr>
          <w:b w:val="0"/>
        </w:rPr>
        <w:t xml:space="preserve">Motivated </w:t>
      </w:r>
      <w:r>
        <w:rPr>
          <w:b/>
        </w:rPr>
        <w:t>[graduate / professional]</w:t>
      </w:r>
      <w:r>
        <w:rPr>
          <w:b w:val="0"/>
        </w:rPr>
        <w:t xml:space="preserve"> with experience in </w:t>
      </w:r>
      <w:r>
        <w:rPr>
          <w:b/>
        </w:rPr>
        <w:t>[skill]</w:t>
      </w:r>
      <w:r>
        <w:rPr>
          <w:b w:val="0"/>
        </w:rPr>
        <w:t xml:space="preserve"> and </w:t>
      </w:r>
      <w:r>
        <w:rPr>
          <w:b/>
        </w:rPr>
        <w:t>[skill]</w:t>
      </w:r>
      <w:r>
        <w:rPr>
          <w:b w:val="0"/>
        </w:rPr>
        <w:t xml:space="preserve">, looking for an entry-level marketing role where I can </w:t>
      </w:r>
      <w:r>
        <w:rPr>
          <w:b/>
        </w:rPr>
        <w:t>[contribute something specific, e.g. help grow an audience or support campaigns]</w:t>
      </w:r>
      <w:r>
        <w:rPr>
          <w:b w:val="0"/>
        </w:rPr>
        <w:t>.</w:t>
      </w:r>
    </w:p>
    <w:p/>
    <w:p>
      <w:r>
        <w:rPr>
          <w:b w:val="0"/>
        </w:rPr>
        <w:t xml:space="preserve">Organized, detail-focused </w:t>
      </w:r>
      <w:r>
        <w:rPr>
          <w:b/>
        </w:rPr>
        <w:t>[current role]</w:t>
      </w:r>
      <w:r>
        <w:rPr>
          <w:b w:val="0"/>
        </w:rPr>
        <w:t xml:space="preserve"> seeking a </w:t>
      </w:r>
      <w:r>
        <w:rPr>
          <w:b/>
        </w:rPr>
        <w:t>[coordinator / assistant]</w:t>
      </w:r>
      <w:r>
        <w:rPr>
          <w:b w:val="0"/>
        </w:rPr>
        <w:t xml:space="preserve"> position in marketing, bringing </w:t>
      </w:r>
      <w:r>
        <w:rPr>
          <w:b/>
        </w:rPr>
        <w:t>[skill]</w:t>
      </w:r>
      <w:r>
        <w:rPr>
          <w:b w:val="0"/>
        </w:rPr>
        <w:t xml:space="preserve"> and a track record of </w:t>
      </w:r>
      <w:r>
        <w:rPr>
          <w:b/>
        </w:rPr>
        <w:t>[result, e.g. hitting deadlines on multi-step projects]</w:t>
      </w:r>
      <w:r>
        <w:rPr>
          <w:b w:val="0"/>
        </w:rPr>
        <w:t>.</w:t>
      </w:r>
    </w:p>
    <w:p/>
    <w:p>
      <w:r>
        <w:rPr>
          <w:b w:val="0"/>
        </w:rPr>
        <w:t xml:space="preserve">Curious, data-minded </w:t>
      </w:r>
      <w:r>
        <w:rPr>
          <w:b/>
        </w:rPr>
        <w:t>[background]</w:t>
      </w:r>
      <w:r>
        <w:rPr>
          <w:b w:val="0"/>
        </w:rPr>
        <w:t xml:space="preserve"> looking to start a career in marketing, with hands-on experience in </w:t>
      </w:r>
      <w:r>
        <w:rPr>
          <w:b/>
        </w:rPr>
        <w:t>[tool or project]</w:t>
      </w:r>
      <w:r>
        <w:rPr>
          <w:b w:val="0"/>
        </w:rPr>
        <w:t xml:space="preserve"> and a strong interest in </w:t>
      </w:r>
      <w:r>
        <w:rPr>
          <w:b/>
        </w:rPr>
        <w:t>[area, e.g. social media or email]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