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References on a Resume: Should You Include Them?</w:t>
      </w:r>
    </w:p>
    <w:p>
      <w:r>
        <w:t>Templates from https://knowtheroom.ai/career-guides/references-on-resume/ · Replace everything in [brackets].</w:t>
      </w:r>
    </w:p>
    <w:p>
      <w:pPr>
        <w:pStyle w:val="Heading2"/>
      </w:pPr>
      <w:r>
        <w:t>How do you format a reference page?</w:t>
      </w:r>
    </w:p>
    <w:p>
      <w:r>
        <w:rPr>
          <w:b/>
        </w:rPr>
        <w:t>[Your Name]</w:t>
      </w:r>
    </w:p>
    <w:p>
      <w:r>
        <w:rPr>
          <w:b/>
        </w:rPr>
        <w:t>[City, State]</w:t>
      </w:r>
      <w:r>
        <w:rPr>
          <w:b w:val="0"/>
        </w:rPr>
        <w:t xml:space="preserve"> · </w:t>
      </w:r>
      <w:r>
        <w:rPr>
          <w:b/>
        </w:rPr>
        <w:t>[email]</w:t>
      </w:r>
      <w:r>
        <w:rPr>
          <w:b w:val="0"/>
        </w:rPr>
        <w:t xml:space="preserve"> · </w:t>
      </w:r>
      <w:r>
        <w:rPr>
          <w:b/>
        </w:rPr>
        <w:t>[phone]</w:t>
      </w:r>
      <w:r>
        <w:rPr>
          <w:b w:val="0"/>
        </w:rPr>
        <w:t xml:space="preserve"> · linkedin.com/in/</w:t>
      </w:r>
      <w:r>
        <w:rPr>
          <w:b/>
        </w:rPr>
        <w:t>[you]</w:t>
      </w:r>
    </w:p>
    <w:p/>
    <w:p>
      <w:r>
        <w:rPr>
          <w:b w:val="0"/>
        </w:rPr>
        <w:t>REFERENCES</w:t>
      </w:r>
    </w:p>
    <w:p/>
    <w:p>
      <w:r>
        <w:rPr>
          <w:b/>
        </w:rPr>
        <w:t>[Reference Name]</w:t>
      </w:r>
    </w:p>
    <w:p>
      <w:r>
        <w:rPr>
          <w:b/>
        </w:rPr>
        <w:t>[Their Title]</w:t>
      </w:r>
      <w:r>
        <w:rPr>
          <w:b w:val="0"/>
        </w:rPr>
        <w:t xml:space="preserve">, </w:t>
      </w:r>
      <w:r>
        <w:rPr>
          <w:b/>
        </w:rPr>
        <w:t>[Their Company]</w:t>
      </w:r>
    </w:p>
    <w:p>
      <w:r>
        <w:rPr>
          <w:b w:val="0"/>
        </w:rPr>
        <w:t xml:space="preserve">Relationship: </w:t>
      </w:r>
      <w:r>
        <w:rPr>
          <w:b/>
        </w:rPr>
        <w:t>[My manager at Company, 2022 to 2025]</w:t>
      </w:r>
    </w:p>
    <w:p>
      <w:r>
        <w:rPr>
          <w:b/>
        </w:rPr>
        <w:t>[phone]</w:t>
      </w:r>
      <w:r>
        <w:rPr>
          <w:b w:val="0"/>
        </w:rPr>
        <w:t xml:space="preserve"> · </w:t>
      </w:r>
      <w:r>
        <w:rPr>
          <w:b/>
        </w:rPr>
        <w:t>[email]</w:t>
      </w:r>
    </w:p>
    <w:p/>
    <w:p>
      <w:r>
        <w:rPr>
          <w:b/>
        </w:rPr>
        <w:t>[Reference Name]</w:t>
      </w:r>
    </w:p>
    <w:p>
      <w:r>
        <w:rPr>
          <w:b/>
        </w:rPr>
        <w:t>[Their Title]</w:t>
      </w:r>
      <w:r>
        <w:rPr>
          <w:b w:val="0"/>
        </w:rPr>
        <w:t xml:space="preserve">, </w:t>
      </w:r>
      <w:r>
        <w:rPr>
          <w:b/>
        </w:rPr>
        <w:t>[Their Company]</w:t>
      </w:r>
    </w:p>
    <w:p>
      <w:r>
        <w:rPr>
          <w:b w:val="0"/>
        </w:rPr>
        <w:t xml:space="preserve">Relationship: </w:t>
      </w:r>
      <w:r>
        <w:rPr>
          <w:b/>
        </w:rPr>
        <w:t>[Worked together on the brand relaunch; led the creative agency]</w:t>
      </w:r>
    </w:p>
    <w:p>
      <w:r>
        <w:rPr>
          <w:b/>
        </w:rPr>
        <w:t>[phone]</w:t>
      </w:r>
      <w:r>
        <w:rPr>
          <w:b w:val="0"/>
        </w:rPr>
        <w:t xml:space="preserve"> · </w:t>
      </w:r>
      <w:r>
        <w:rPr>
          <w:b/>
        </w:rPr>
        <w:t>[email]</w:t>
      </w:r>
    </w:p>
    <w:p/>
    <w:p>
      <w:r>
        <w:rPr>
          <w:b/>
        </w:rPr>
        <w:t>[Reference Name]</w:t>
      </w:r>
    </w:p>
    <w:p>
      <w:r>
        <w:rPr>
          <w:b/>
        </w:rPr>
        <w:t>[Their Title]</w:t>
      </w:r>
      <w:r>
        <w:rPr>
          <w:b w:val="0"/>
        </w:rPr>
        <w:t xml:space="preserve">, </w:t>
      </w:r>
      <w:r>
        <w:rPr>
          <w:b/>
        </w:rPr>
        <w:t>[Their Company]</w:t>
      </w:r>
    </w:p>
    <w:p>
      <w:r>
        <w:rPr>
          <w:b w:val="0"/>
        </w:rPr>
        <w:t xml:space="preserve">Relationship: </w:t>
      </w:r>
      <w:r>
        <w:rPr>
          <w:b/>
        </w:rPr>
        <w:t>[My direct report at Company, 2023 to 2025]</w:t>
      </w:r>
    </w:p>
    <w:p>
      <w:r>
        <w:rPr>
          <w:b/>
        </w:rPr>
        <w:t>[phone]</w:t>
      </w:r>
      <w:r>
        <w:rPr>
          <w:b w:val="0"/>
        </w:rPr>
        <w:t xml:space="preserve"> · </w:t>
      </w:r>
      <w:r>
        <w:rPr>
          <w:b/>
        </w:rPr>
        <w:t>[email]</w:t>
      </w:r>
    </w:p>
    <w:p>
      <w:pPr>
        <w:pStyle w:val="Heading2"/>
      </w:pPr>
      <w:r>
        <w:t>How do you ask someone to be a reference?</w:t>
      </w:r>
    </w:p>
    <w:p>
      <w:r>
        <w:rPr>
          <w:b w:val="0"/>
        </w:rPr>
        <w:t xml:space="preserve">Hi </w:t>
      </w:r>
      <w:r>
        <w:rPr>
          <w:b/>
        </w:rPr>
        <w:t>[Name]</w:t>
      </w:r>
      <w:r>
        <w:rPr>
          <w:b w:val="0"/>
        </w:rPr>
        <w:t>,</w:t>
      </w:r>
    </w:p>
    <w:p/>
    <w:p>
      <w:r>
        <w:rPr>
          <w:b w:val="0"/>
        </w:rPr>
        <w:t xml:space="preserve">I'm in the final stages for a </w:t>
      </w:r>
      <w:r>
        <w:rPr>
          <w:b/>
        </w:rPr>
        <w:t>[role]</w:t>
      </w:r>
      <w:r>
        <w:rPr>
          <w:b w:val="0"/>
        </w:rPr>
        <w:t xml:space="preserve"> position at </w:t>
      </w:r>
      <w:r>
        <w:rPr>
          <w:b/>
        </w:rPr>
        <w:t>[Company]</w:t>
      </w:r>
      <w:r>
        <w:rPr>
          <w:b w:val="0"/>
        </w:rPr>
        <w:t xml:space="preserve">, and I'd love to list you as a reference if you're comfortable with it. You saw my work on </w:t>
      </w:r>
      <w:r>
        <w:rPr>
          <w:b/>
        </w:rPr>
        <w:t>[project or result]</w:t>
      </w:r>
      <w:r>
        <w:rPr>
          <w:b w:val="0"/>
        </w:rPr>
        <w:t xml:space="preserve"> up close, and that's very close to what this role needs.</w:t>
      </w:r>
    </w:p>
    <w:p/>
    <w:p>
      <w:r>
        <w:rPr>
          <w:b w:val="0"/>
        </w:rPr>
        <w:t xml:space="preserve">If it's a yes, I'll send you the posting and a few points they may ask about. They'd likely call in the next </w:t>
      </w:r>
      <w:r>
        <w:rPr>
          <w:b/>
        </w:rPr>
        <w:t>[week or two]</w:t>
      </w:r>
      <w:r>
        <w:rPr>
          <w:b w:val="0"/>
        </w:rPr>
        <w:t>.</w:t>
      </w:r>
    </w:p>
    <w:p/>
    <w:p>
      <w:r>
        <w:rPr>
          <w:b w:val="0"/>
        </w:rPr>
        <w:t>Thanks either way,</w:t>
      </w:r>
    </w:p>
    <w:p>
      <w:r>
        <w:rPr>
          <w:b/>
        </w:rPr>
        <w:t>[Your name]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