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Public Relations Resume: Sections, Bullet Examples and Skills</w:t>
      </w:r>
    </w:p>
    <w:p>
      <w:r>
        <w:t>Templates from https://knowtheroom.ai/career-guides/public-relations-resume/ · Replace everything in [brackets].</w:t>
      </w:r>
    </w:p>
    <w:p>
      <w:pPr>
        <w:pStyle w:val="Heading2"/>
      </w:pPr>
      <w:r>
        <w:t>How do you write a PR resume summary?</w:t>
      </w:r>
    </w:p>
    <w:p>
      <w:r>
        <w:rPr>
          <w:b w:val="0"/>
        </w:rPr>
        <w:t xml:space="preserve">Public relations specialist with </w:t>
      </w:r>
      <w:r>
        <w:rPr>
          <w:b/>
        </w:rPr>
        <w:t>[number]</w:t>
      </w:r>
      <w:r>
        <w:rPr>
          <w:b w:val="0"/>
        </w:rPr>
        <w:t xml:space="preserve"> years in </w:t>
      </w:r>
      <w:r>
        <w:rPr>
          <w:b/>
        </w:rPr>
        <w:t>[beat: consumer, tech, healthcare, corporate]</w:t>
      </w:r>
      <w:r>
        <w:rPr>
          <w:b w:val="0"/>
        </w:rPr>
        <w:t xml:space="preserve"> PR, </w:t>
      </w:r>
      <w:r>
        <w:rPr>
          <w:b/>
        </w:rPr>
        <w:t>[in house / at an agency]</w:t>
      </w:r>
      <w:r>
        <w:rPr>
          <w:b w:val="0"/>
        </w:rPr>
        <w:t xml:space="preserve">. Strongest in </w:t>
      </w:r>
      <w:r>
        <w:rPr>
          <w:b/>
        </w:rPr>
        <w:t>[focus: media relations, launches, executive visibility, issues management]</w:t>
      </w:r>
      <w:r>
        <w:rPr>
          <w:b w:val="0"/>
        </w:rPr>
        <w:t xml:space="preserve">. Earned </w:t>
      </w:r>
      <w:r>
        <w:rPr>
          <w:b/>
        </w:rPr>
        <w:t>[result: coverage in priority outlets, a launch story that drove sign-ups]</w:t>
      </w:r>
      <w:r>
        <w:rPr>
          <w:b w:val="0"/>
        </w:rPr>
        <w:t xml:space="preserve"> for </w:t>
      </w:r>
      <w:r>
        <w:rPr>
          <w:b/>
        </w:rPr>
        <w:t>[company or client type]</w:t>
      </w:r>
      <w:r>
        <w:rPr>
          <w:b w:val="0"/>
        </w:rPr>
        <w:t>.</w:t>
      </w:r>
    </w:p>
    <w:p>
      <w:pPr>
        <w:pStyle w:val="Heading2"/>
      </w:pPr>
      <w:r>
        <w:t>How do you write a PR resume summary?</w:t>
      </w:r>
    </w:p>
    <w:p>
      <w:r>
        <w:rPr>
          <w:b w:val="0"/>
        </w:rPr>
        <w:t xml:space="preserve">Communications graduate moving into PR. Pitched and placed </w:t>
      </w:r>
      <w:r>
        <w:rPr>
          <w:b/>
        </w:rPr>
        <w:t>[number]</w:t>
      </w:r>
      <w:r>
        <w:rPr>
          <w:b w:val="0"/>
        </w:rPr>
        <w:t xml:space="preserve"> stories for </w:t>
      </w:r>
      <w:r>
        <w:rPr>
          <w:b/>
        </w:rPr>
        <w:t>[student publication / internship / nonprofit]</w:t>
      </w:r>
      <w:r>
        <w:rPr>
          <w:b w:val="0"/>
        </w:rPr>
        <w:t xml:space="preserve">, wrote </w:t>
      </w:r>
      <w:r>
        <w:rPr>
          <w:b/>
        </w:rPr>
        <w:t>[number]</w:t>
      </w:r>
      <w:r>
        <w:rPr>
          <w:b w:val="0"/>
        </w:rPr>
        <w:t xml:space="preserve"> press releases and built a media list of </w:t>
      </w:r>
      <w:r>
        <w:rPr>
          <w:b/>
        </w:rPr>
        <w:t>[number]</w:t>
      </w:r>
      <w:r>
        <w:rPr>
          <w:b w:val="0"/>
        </w:rPr>
        <w:t xml:space="preserve"> reporters covering </w:t>
      </w:r>
      <w:r>
        <w:rPr>
          <w:b/>
        </w:rPr>
        <w:t>[beat]</w:t>
      </w:r>
      <w:r>
        <w:rPr>
          <w:b w:val="0"/>
        </w:rPr>
        <w:t>.</w:t>
      </w:r>
    </w:p>
    <w:p>
      <w:pPr>
        <w:pStyle w:val="Heading2"/>
      </w:pPr>
      <w:r>
        <w:t>What makes a strong PR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[story, launch or program]</w:t>
      </w:r>
      <w:r>
        <w:rPr>
          <w:b w:val="0"/>
        </w:rPr>
        <w:t xml:space="preserve"> to </w:t>
      </w:r>
      <w:r>
        <w:rPr>
          <w:b/>
        </w:rPr>
        <w:t>[outlet type or audience]</w:t>
      </w:r>
      <w:r>
        <w:rPr>
          <w:b w:val="0"/>
        </w:rPr>
        <w:t xml:space="preserve">, earning </w:t>
      </w:r>
      <w:r>
        <w:rPr>
          <w:b/>
        </w:rPr>
        <w:t>[coverage result]</w:t>
      </w:r>
      <w:r>
        <w:rPr>
          <w:b w:val="0"/>
        </w:rPr>
        <w:t xml:space="preserve"> that </w:t>
      </w:r>
      <w:r>
        <w:rPr>
          <w:b/>
        </w:rPr>
        <w:t>[business or reputation result]</w:t>
      </w:r>
      <w:r>
        <w:rPr>
          <w:b w:val="0"/>
        </w:rPr>
        <w:t>.</w:t>
      </w:r>
    </w:p>
    <w:p>
      <w:pPr>
        <w:pStyle w:val="Heading2"/>
      </w:pPr>
      <w:r>
        <w:t>Intern or coordinator</w:t>
      </w:r>
    </w:p>
    <w:p>
      <w:r>
        <w:rPr>
          <w:b w:val="0"/>
        </w:rPr>
        <w:t xml:space="preserve">- Built and maintained media lists of </w:t>
      </w:r>
      <w:r>
        <w:rPr>
          <w:b/>
        </w:rPr>
        <w:t>[number]</w:t>
      </w:r>
      <w:r>
        <w:rPr>
          <w:b w:val="0"/>
        </w:rPr>
        <w:t xml:space="preserve"> reporters across </w:t>
      </w:r>
      <w:r>
        <w:rPr>
          <w:b/>
        </w:rPr>
        <w:t>[beats]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>.</w:t>
      </w:r>
    </w:p>
    <w:p>
      <w:r>
        <w:rPr>
          <w:b w:val="0"/>
        </w:rPr>
        <w:t xml:space="preserve">- Tracked coverage for </w:t>
      </w:r>
      <w:r>
        <w:rPr>
          <w:b/>
        </w:rPr>
        <w:t>[number]</w:t>
      </w:r>
      <w:r>
        <w:rPr>
          <w:b w:val="0"/>
        </w:rPr>
        <w:t xml:space="preserve"> clients and produced weekly reports for </w:t>
      </w:r>
      <w:r>
        <w:rPr>
          <w:b/>
        </w:rPr>
        <w:t>[audience]</w:t>
      </w:r>
      <w:r>
        <w:rPr>
          <w:b w:val="0"/>
        </w:rPr>
        <w:t>.</w:t>
      </w:r>
    </w:p>
    <w:p>
      <w:r>
        <w:rPr>
          <w:b w:val="0"/>
        </w:rPr>
        <w:t xml:space="preserve">- Drafted </w:t>
      </w:r>
      <w:r>
        <w:rPr>
          <w:b/>
        </w:rPr>
        <w:t>[number]</w:t>
      </w:r>
      <w:r>
        <w:rPr>
          <w:b w:val="0"/>
        </w:rPr>
        <w:t xml:space="preserve"> press releases and media alerts, </w:t>
      </w:r>
      <w:r>
        <w:rPr>
          <w:b/>
        </w:rPr>
        <w:t>[number]</w:t>
      </w:r>
      <w:r>
        <w:rPr>
          <w:b w:val="0"/>
        </w:rPr>
        <w:t xml:space="preserve"> of which ran with light edits.</w:t>
      </w:r>
    </w:p>
    <w:p>
      <w:r>
        <w:rPr>
          <w:b w:val="0"/>
        </w:rPr>
        <w:t xml:space="preserve">- Coordinated logistics for </w:t>
      </w:r>
      <w:r>
        <w:rPr>
          <w:b/>
        </w:rPr>
        <w:t>[event or launch]</w:t>
      </w:r>
      <w:r>
        <w:rPr>
          <w:b w:val="0"/>
        </w:rPr>
        <w:t xml:space="preserve">, including </w:t>
      </w:r>
      <w:r>
        <w:rPr>
          <w:b/>
        </w:rPr>
        <w:t>[number]</w:t>
      </w:r>
      <w:r>
        <w:rPr>
          <w:b w:val="0"/>
        </w:rPr>
        <w:t xml:space="preserve"> media attendees.</w:t>
      </w:r>
    </w:p>
    <w:p>
      <w:pPr>
        <w:pStyle w:val="Heading2"/>
      </w:pPr>
      <w:r>
        <w:t>Specialist or account executive</w:t>
      </w:r>
    </w:p>
    <w:p>
      <w:r>
        <w:rPr>
          <w:b w:val="0"/>
        </w:rPr>
        <w:t xml:space="preserve">- Pitched </w:t>
      </w:r>
      <w:r>
        <w:rPr>
          <w:b/>
        </w:rPr>
        <w:t>[story]</w:t>
      </w:r>
      <w:r>
        <w:rPr>
          <w:b w:val="0"/>
        </w:rPr>
        <w:t xml:space="preserve"> to </w:t>
      </w:r>
      <w:r>
        <w:rPr>
          <w:b/>
        </w:rPr>
        <w:t>[outlet type]</w:t>
      </w:r>
      <w:r>
        <w:rPr>
          <w:b w:val="0"/>
        </w:rPr>
        <w:t xml:space="preserve">, earning </w:t>
      </w:r>
      <w:r>
        <w:rPr>
          <w:b/>
        </w:rPr>
        <w:t>[number]</w:t>
      </w:r>
      <w:r>
        <w:rPr>
          <w:b w:val="0"/>
        </w:rPr>
        <w:t xml:space="preserve"> stories including a feature in </w:t>
      </w:r>
      <w:r>
        <w:rPr>
          <w:b/>
        </w:rPr>
        <w:t>[outlet type]</w:t>
      </w:r>
      <w:r>
        <w:rPr>
          <w:b w:val="0"/>
        </w:rPr>
        <w:t xml:space="preserve"> that drove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Wrote press materials and talking points for </w:t>
      </w:r>
      <w:r>
        <w:rPr>
          <w:b/>
        </w:rPr>
        <w:t>[launch]</w:t>
      </w:r>
      <w:r>
        <w:rPr>
          <w:b w:val="0"/>
        </w:rPr>
        <w:t xml:space="preserve">, prepared </w:t>
      </w:r>
      <w:r>
        <w:rPr>
          <w:b/>
        </w:rPr>
        <w:t>[number]</w:t>
      </w:r>
      <w:r>
        <w:rPr>
          <w:b w:val="0"/>
        </w:rPr>
        <w:t xml:space="preserve"> spokespeople and staffed </w:t>
      </w:r>
      <w:r>
        <w:rPr>
          <w:b/>
        </w:rPr>
        <w:t>[number]</w:t>
      </w:r>
      <w:r>
        <w:rPr>
          <w:b w:val="0"/>
        </w:rPr>
        <w:t xml:space="preserve"> interviews.</w:t>
      </w:r>
    </w:p>
    <w:p>
      <w:r>
        <w:rPr>
          <w:b w:val="0"/>
        </w:rPr>
        <w:t xml:space="preserve">- Grew relationships with </w:t>
      </w:r>
      <w:r>
        <w:rPr>
          <w:b/>
        </w:rPr>
        <w:t>[number]</w:t>
      </w:r>
      <w:r>
        <w:rPr>
          <w:b w:val="0"/>
        </w:rPr>
        <w:t xml:space="preserve"> reporters on the </w:t>
      </w:r>
      <w:r>
        <w:rPr>
          <w:b/>
        </w:rPr>
        <w:t>[beat]</w:t>
      </w:r>
      <w:r>
        <w:rPr>
          <w:b w:val="0"/>
        </w:rPr>
        <w:t xml:space="preserve"> beat, leading to </w:t>
      </w:r>
      <w:r>
        <w:rPr>
          <w:b/>
        </w:rPr>
        <w:t>[result: inbound requests, recurring expert quotes]</w:t>
      </w:r>
      <w:r>
        <w:rPr>
          <w:b w:val="0"/>
        </w:rPr>
        <w:t>.</w:t>
      </w:r>
    </w:p>
    <w:p>
      <w:r>
        <w:rPr>
          <w:b w:val="0"/>
        </w:rPr>
        <w:t xml:space="preserve">- Turned </w:t>
      </w:r>
      <w:r>
        <w:rPr>
          <w:b/>
        </w:rPr>
        <w:t>[company data or customer story]</w:t>
      </w:r>
      <w:r>
        <w:rPr>
          <w:b w:val="0"/>
        </w:rPr>
        <w:t xml:space="preserve"> into a trend pitch that ran in </w:t>
      </w:r>
      <w:r>
        <w:rPr>
          <w:b/>
        </w:rPr>
        <w:t>[number]</w:t>
      </w:r>
      <w:r>
        <w:rPr>
          <w:b w:val="0"/>
        </w:rPr>
        <w:t xml:space="preserve"> outlets.</w:t>
      </w:r>
    </w:p>
    <w:p>
      <w:pPr>
        <w:pStyle w:val="Heading2"/>
      </w:pPr>
      <w:r>
        <w:t>Manager, account supervisor or director</w:t>
      </w:r>
    </w:p>
    <w:p>
      <w:r>
        <w:rPr>
          <w:b w:val="0"/>
        </w:rPr>
        <w:t xml:space="preserve">- Owned the PR plan for </w:t>
      </w:r>
      <w:r>
        <w:rPr>
          <w:b/>
        </w:rPr>
        <w:t>[brand or business line]</w:t>
      </w:r>
      <w:r>
        <w:rPr>
          <w:b w:val="0"/>
        </w:rPr>
        <w:t xml:space="preserve">, growing share of voice against </w:t>
      </w:r>
      <w:r>
        <w:rPr>
          <w:b/>
        </w:rPr>
        <w:t>[competitors]</w:t>
      </w:r>
      <w:r>
        <w:rPr>
          <w:b w:val="0"/>
        </w:rPr>
        <w:t xml:space="preserve"> from [X] to [Y]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Led communications for </w:t>
      </w:r>
      <w:r>
        <w:rPr>
          <w:b/>
        </w:rPr>
        <w:t>[issue]</w:t>
      </w:r>
      <w:r>
        <w:rPr>
          <w:b w:val="0"/>
        </w:rPr>
        <w:t xml:space="preserve">, briefing </w:t>
      </w:r>
      <w:r>
        <w:rPr>
          <w:b/>
        </w:rPr>
        <w:t>[audience]</w:t>
      </w:r>
      <w:r>
        <w:rPr>
          <w:b w:val="0"/>
        </w:rPr>
        <w:t xml:space="preserve"> within </w:t>
      </w:r>
      <w:r>
        <w:rPr>
          <w:b/>
        </w:rPr>
        <w:t>[time]</w:t>
      </w:r>
      <w:r>
        <w:rPr>
          <w:b w:val="0"/>
        </w:rPr>
        <w:t xml:space="preserve"> and keeping coverage accurate.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people and a </w:t>
      </w:r>
      <w:r>
        <w:rPr>
          <w:b/>
        </w:rPr>
        <w:t>[budget or agency]</w:t>
      </w:r>
      <w:r>
        <w:rPr>
          <w:b w:val="0"/>
        </w:rPr>
        <w:t xml:space="preserve"> relationship, setting quarterly priorities with marketing and leadership.</w:t>
      </w:r>
    </w:p>
    <w:p>
      <w:r>
        <w:rPr>
          <w:b w:val="0"/>
        </w:rPr>
        <w:t xml:space="preserve">- Built an executive visibility program for </w:t>
      </w:r>
      <w:r>
        <w:rPr>
          <w:b/>
        </w:rPr>
        <w:t>[title]</w:t>
      </w:r>
      <w:r>
        <w:rPr>
          <w:b w:val="0"/>
        </w:rPr>
        <w:t xml:space="preserve">, landing </w:t>
      </w:r>
      <w:r>
        <w:rPr>
          <w:b/>
        </w:rPr>
        <w:t>[number]</w:t>
      </w:r>
      <w:r>
        <w:rPr>
          <w:b w:val="0"/>
        </w:rPr>
        <w:t xml:space="preserve"> speaking slots and bylined articles.</w:t>
      </w:r>
    </w:p>
    <w:p>
      <w:pPr>
        <w:pStyle w:val="Heading2"/>
      </w:pPr>
      <w:r>
        <w:t>How do you show agency PR experience?</w:t>
      </w:r>
    </w:p>
    <w:p>
      <w:r>
        <w:rPr>
          <w:b w:val="0"/>
        </w:rPr>
        <w:t xml:space="preserve">Account Executive, </w:t>
      </w:r>
      <w:r>
        <w:rPr>
          <w:b/>
        </w:rPr>
        <w:t>[Agency]</w:t>
      </w:r>
      <w:r>
        <w:rPr>
          <w:b w:val="0"/>
        </w:rPr>
        <w:t xml:space="preserve">, </w:t>
      </w:r>
      <w:r>
        <w:rPr>
          <w:b/>
        </w:rPr>
        <w:t>[City]</w:t>
      </w:r>
      <w:r>
        <w:rPr>
          <w:b w:val="0"/>
        </w:rPr>
        <w:t xml:space="preserve"> | </w:t>
      </w:r>
      <w:r>
        <w:rPr>
          <w:b/>
        </w:rPr>
        <w:t>[Dates]</w:t>
      </w:r>
    </w:p>
    <w:p>
      <w:r>
        <w:rPr>
          <w:b w:val="0"/>
        </w:rPr>
        <w:t xml:space="preserve">PR for </w:t>
      </w:r>
      <w:r>
        <w:rPr>
          <w:b/>
        </w:rPr>
        <w:t>[number]</w:t>
      </w:r>
      <w:r>
        <w:rPr>
          <w:b w:val="0"/>
        </w:rPr>
        <w:t xml:space="preserve"> clients in </w:t>
      </w:r>
      <w:r>
        <w:rPr>
          <w:b/>
        </w:rPr>
        <w:t>[industries: consumer tech, food and beverage, healthcare]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[Strongest result for one client, without naming them if confidential.]</w:t>
      </w:r>
    </w:p>
    <w:p>
      <w:r>
        <w:rPr>
          <w:b w:val="0"/>
        </w:rPr>
        <w:t xml:space="preserve">- </w:t>
      </w:r>
      <w:r>
        <w:rPr>
          <w:b/>
        </w:rPr>
        <w:t>[A launch or program you ran end to end.]</w:t>
      </w:r>
    </w:p>
    <w:p>
      <w:r>
        <w:rPr>
          <w:b w:val="0"/>
        </w:rPr>
        <w:t>- [Something that shows client service: reporting, a renewed account, a new business pitch you helped win.]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