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Product Marketing Manager Resume: Sections, Bullets and Skills</w:t>
      </w:r>
    </w:p>
    <w:p>
      <w:r>
        <w:t>Templates from https://knowtheroom.ai/career-guides/product-marketing-manager-resume/ · Replace everything in [brackets].</w:t>
      </w:r>
    </w:p>
    <w:p>
      <w:pPr>
        <w:pStyle w:val="Heading2"/>
      </w:pPr>
      <w:r>
        <w:t>How do you write a product marketing manager resume summary?</w:t>
      </w:r>
    </w:p>
    <w:p>
      <w:r>
        <w:rPr>
          <w:b w:val="0"/>
        </w:rPr>
        <w:t xml:space="preserve">Product marketing manager with </w:t>
      </w:r>
      <w:r>
        <w:rPr>
          <w:b/>
        </w:rPr>
        <w:t>[number]</w:t>
      </w:r>
      <w:r>
        <w:rPr>
          <w:b w:val="0"/>
        </w:rPr>
        <w:t xml:space="preserve"> years launching </w:t>
      </w:r>
      <w:r>
        <w:rPr>
          <w:b/>
        </w:rPr>
        <w:t>[product type: B2B SaaS, developer tools, fintech apps]</w:t>
      </w:r>
      <w:r>
        <w:rPr>
          <w:b w:val="0"/>
        </w:rPr>
        <w:t xml:space="preserve"> for </w:t>
      </w:r>
      <w:r>
        <w:rPr>
          <w:b/>
        </w:rPr>
        <w:t>[buyer]</w:t>
      </w:r>
      <w:r>
        <w:rPr>
          <w:b w:val="0"/>
        </w:rPr>
        <w:t xml:space="preserve">. Led positioning and launch for </w:t>
      </w:r>
      <w:r>
        <w:rPr>
          <w:b/>
        </w:rPr>
        <w:t>[product or feature]</w:t>
      </w:r>
      <w:r>
        <w:rPr>
          <w:b w:val="0"/>
        </w:rPr>
        <w:t xml:space="preserve"> that </w:t>
      </w:r>
      <w:r>
        <w:rPr>
          <w:b/>
        </w:rPr>
        <w:t>[result: reached adoption target, lifted win rate, opened a new segment]</w:t>
      </w:r>
      <w:r>
        <w:rPr>
          <w:b w:val="0"/>
        </w:rPr>
        <w:t>. Strongest at [specialty: competitive intelligence, sales enablement, pricing and packaging, product-led growth].</w:t>
      </w:r>
    </w:p>
    <w:p>
      <w:pPr>
        <w:pStyle w:val="Heading2"/>
      </w:pPr>
      <w:r>
        <w:t>How do you write a product marketing manager resume summary?</w:t>
      </w:r>
    </w:p>
    <w:p>
      <w:r>
        <w:rPr>
          <w:b w:val="0"/>
        </w:rPr>
        <w:t xml:space="preserve">Marketing manager moving into product marketing. Wrote the messaging and ran go-to-market for </w:t>
      </w:r>
      <w:r>
        <w:rPr>
          <w:b/>
        </w:rPr>
        <w:t>[number]</w:t>
      </w:r>
      <w:r>
        <w:rPr>
          <w:b w:val="0"/>
        </w:rPr>
        <w:t xml:space="preserve"> releases at </w:t>
      </w:r>
      <w:r>
        <w:rPr>
          <w:b/>
        </w:rPr>
        <w:t>[company]</w:t>
      </w:r>
      <w:r>
        <w:rPr>
          <w:b w:val="0"/>
        </w:rPr>
        <w:t xml:space="preserve">, working with </w:t>
      </w:r>
      <w:r>
        <w:rPr>
          <w:b/>
        </w:rPr>
        <w:t>[product, sales, customer success]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What makes a strong product marketing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[launch, positioning or program]</w:t>
      </w:r>
      <w:r>
        <w:rPr>
          <w:b w:val="0"/>
        </w:rPr>
        <w:t xml:space="preserve"> based on </w:t>
      </w:r>
      <w:r>
        <w:rPr>
          <w:b/>
        </w:rPr>
        <w:t>[insight or research]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 within </w:t>
      </w:r>
      <w:r>
        <w:rPr>
          <w:b/>
        </w:rPr>
        <w:t>[time period]</w:t>
      </w:r>
      <w:r>
        <w:rPr>
          <w:b w:val="0"/>
        </w:rPr>
        <w:t>.</w:t>
      </w:r>
    </w:p>
    <w:p>
      <w:pPr>
        <w:pStyle w:val="Heading2"/>
      </w:pPr>
      <w:r>
        <w:t>Associate or entry level</w:t>
      </w:r>
    </w:p>
    <w:p>
      <w:r>
        <w:rPr>
          <w:b w:val="0"/>
        </w:rPr>
        <w:t xml:space="preserve">- Ran </w:t>
      </w:r>
      <w:r>
        <w:rPr>
          <w:b/>
        </w:rPr>
        <w:t>[number]</w:t>
      </w:r>
      <w:r>
        <w:rPr>
          <w:b w:val="0"/>
        </w:rPr>
        <w:t xml:space="preserve"> customer interviews and summarized buyer objections into a brief the team used to rewrite </w:t>
      </w:r>
      <w:r>
        <w:rPr>
          <w:b/>
        </w:rPr>
        <w:t>[page or pitch]</w:t>
      </w:r>
      <w:r>
        <w:rPr>
          <w:b w:val="0"/>
        </w:rPr>
        <w:t>.</w:t>
      </w:r>
    </w:p>
    <w:p>
      <w:r>
        <w:rPr>
          <w:b w:val="0"/>
        </w:rPr>
        <w:t xml:space="preserve">- Built competitive one-pagers for </w:t>
      </w:r>
      <w:r>
        <w:rPr>
          <w:b/>
        </w:rPr>
        <w:t>[number]</w:t>
      </w:r>
      <w:r>
        <w:rPr>
          <w:b w:val="0"/>
        </w:rPr>
        <w:t xml:space="preserve"> competitors, updated </w:t>
      </w:r>
      <w:r>
        <w:rPr>
          <w:b/>
        </w:rPr>
        <w:t>[frequency]</w:t>
      </w:r>
      <w:r>
        <w:rPr>
          <w:b w:val="0"/>
        </w:rPr>
        <w:t xml:space="preserve"> from win-loss notes and sales calls.</w:t>
      </w:r>
    </w:p>
    <w:p>
      <w:r>
        <w:rPr>
          <w:b w:val="0"/>
        </w:rPr>
        <w:t xml:space="preserve">- Coordinated launch tasks for </w:t>
      </w:r>
      <w:r>
        <w:rPr>
          <w:b/>
        </w:rPr>
        <w:t>[feature]</w:t>
      </w:r>
      <w:r>
        <w:rPr>
          <w:b w:val="0"/>
        </w:rPr>
        <w:t xml:space="preserve"> across product, design and support, shipping on </w:t>
      </w:r>
      <w:r>
        <w:rPr>
          <w:b/>
        </w:rPr>
        <w:t>[date or "on schedule"]</w:t>
      </w:r>
      <w:r>
        <w:rPr>
          <w:b w:val="0"/>
        </w:rPr>
        <w:t>.</w:t>
      </w:r>
    </w:p>
    <w:p>
      <w:r>
        <w:rPr>
          <w:b w:val="0"/>
        </w:rPr>
        <w:t xml:space="preserve">- Wrote release notes and in-app copy for </w:t>
      </w:r>
      <w:r>
        <w:rPr>
          <w:b/>
        </w:rPr>
        <w:t>[number]</w:t>
      </w:r>
      <w:r>
        <w:rPr>
          <w:b w:val="0"/>
        </w:rPr>
        <w:t xml:space="preserve"> releases, lifting </w:t>
      </w:r>
      <w:r>
        <w:rPr>
          <w:b/>
        </w:rPr>
        <w:t>[usage metric]</w:t>
      </w:r>
      <w:r>
        <w:rPr>
          <w:b w:val="0"/>
        </w:rPr>
        <w:t xml:space="preserve"> for </w:t>
      </w:r>
      <w:r>
        <w:rPr>
          <w:b/>
        </w:rPr>
        <w:t>[feature]</w:t>
      </w:r>
      <w:r>
        <w:rPr>
          <w:b w:val="0"/>
        </w:rPr>
        <w:t xml:space="preserve"> from [X] to [Y].</w:t>
      </w:r>
    </w:p>
    <w:p>
      <w:pPr>
        <w:pStyle w:val="Heading2"/>
      </w:pPr>
      <w:r>
        <w:t>Product marketing manager</w:t>
      </w:r>
    </w:p>
    <w:p>
      <w:r>
        <w:rPr>
          <w:b w:val="0"/>
        </w:rPr>
        <w:t xml:space="preserve">- Repositioned </w:t>
      </w:r>
      <w:r>
        <w:rPr>
          <w:b/>
        </w:rPr>
        <w:t>[product]</w:t>
      </w:r>
      <w:r>
        <w:rPr>
          <w:b w:val="0"/>
        </w:rPr>
        <w:t xml:space="preserve"> from </w:t>
      </w:r>
      <w:r>
        <w:rPr>
          <w:b/>
        </w:rPr>
        <w:t>[old frame]</w:t>
      </w:r>
      <w:r>
        <w:rPr>
          <w:b w:val="0"/>
        </w:rPr>
        <w:t xml:space="preserve"> to </w:t>
      </w:r>
      <w:r>
        <w:rPr>
          <w:b/>
        </w:rPr>
        <w:t>[new frame]</w:t>
      </w:r>
      <w:r>
        <w:rPr>
          <w:b w:val="0"/>
        </w:rPr>
        <w:t xml:space="preserve"> after </w:t>
      </w:r>
      <w:r>
        <w:rPr>
          <w:b/>
        </w:rPr>
        <w:t>[research method]</w:t>
      </w:r>
      <w:r>
        <w:rPr>
          <w:b w:val="0"/>
        </w:rPr>
        <w:t xml:space="preserve">, lifting </w:t>
      </w:r>
      <w:r>
        <w:rPr>
          <w:b/>
        </w:rPr>
        <w:t>[win rate / demo conversion]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Led go-to-market for </w:t>
      </w:r>
      <w:r>
        <w:rPr>
          <w:b/>
        </w:rPr>
        <w:t>[launch]</w:t>
      </w:r>
      <w:r>
        <w:rPr>
          <w:b w:val="0"/>
        </w:rPr>
        <w:t xml:space="preserve">, from pricing input to sales training, generating </w:t>
      </w:r>
      <w:r>
        <w:rPr>
          <w:b/>
        </w:rPr>
        <w:t>[pipeline or adoption result]</w:t>
      </w:r>
      <w:r>
        <w:rPr>
          <w:b w:val="0"/>
        </w:rPr>
        <w:t xml:space="preserve"> in the first </w:t>
      </w:r>
      <w:r>
        <w:rPr>
          <w:b/>
        </w:rPr>
        <w:t>[time period]</w:t>
      </w:r>
      <w:r>
        <w:rPr>
          <w:b w:val="0"/>
        </w:rPr>
        <w:t>.</w:t>
      </w:r>
    </w:p>
    <w:p>
      <w:r>
        <w:rPr>
          <w:b w:val="0"/>
        </w:rPr>
        <w:t xml:space="preserve">- Built a win-loss program covering </w:t>
      </w:r>
      <w:r>
        <w:rPr>
          <w:b/>
        </w:rPr>
        <w:t>[number]</w:t>
      </w:r>
      <w:r>
        <w:rPr>
          <w:b w:val="0"/>
        </w:rPr>
        <w:t xml:space="preserve"> deals a quarter and turned findings into </w:t>
      </w:r>
      <w:r>
        <w:rPr>
          <w:b/>
        </w:rPr>
        <w:t>[product change, new pitch, pricing change]</w:t>
      </w:r>
      <w:r>
        <w:rPr>
          <w:b w:val="0"/>
        </w:rPr>
        <w:t>.</w:t>
      </w:r>
    </w:p>
    <w:p>
      <w:r>
        <w:rPr>
          <w:b w:val="0"/>
        </w:rPr>
        <w:t xml:space="preserve">- Rewrote the pricing page and plan names with </w:t>
      </w:r>
      <w:r>
        <w:rPr>
          <w:b/>
        </w:rPr>
        <w:t>[team]</w:t>
      </w:r>
      <w:r>
        <w:rPr>
          <w:b w:val="0"/>
        </w:rPr>
        <w:t xml:space="preserve">, raising </w:t>
      </w:r>
      <w:r>
        <w:rPr>
          <w:b/>
        </w:rPr>
        <w:t>[upgrade rate / self-serve conversion]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r>
        <w:rPr>
          <w:b w:val="0"/>
        </w:rPr>
        <w:t xml:space="preserve">- Created the sales playbook for </w:t>
      </w:r>
      <w:r>
        <w:rPr>
          <w:b/>
        </w:rPr>
        <w:t>[segment]</w:t>
      </w:r>
      <w:r>
        <w:rPr>
          <w:b w:val="0"/>
        </w:rPr>
        <w:t xml:space="preserve">, cutting new-rep ramp from </w:t>
      </w:r>
      <w:r>
        <w:rPr>
          <w:b/>
        </w:rPr>
        <w:t>[time]</w:t>
      </w:r>
      <w:r>
        <w:rPr>
          <w:b w:val="0"/>
        </w:rPr>
        <w:t xml:space="preserve"> to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Senior or director</w:t>
      </w:r>
    </w:p>
    <w:p>
      <w:r>
        <w:rPr>
          <w:b w:val="0"/>
        </w:rPr>
        <w:t xml:space="preserve">- Led a team of </w:t>
      </w:r>
      <w:r>
        <w:rPr>
          <w:b/>
        </w:rPr>
        <w:t>[number]</w:t>
      </w:r>
      <w:r>
        <w:rPr>
          <w:b w:val="0"/>
        </w:rPr>
        <w:t xml:space="preserve"> PMMs covering </w:t>
      </w:r>
      <w:r>
        <w:rPr>
          <w:b/>
        </w:rPr>
        <w:t>[products or segments]</w:t>
      </w:r>
      <w:r>
        <w:rPr>
          <w:b w:val="0"/>
        </w:rPr>
        <w:t xml:space="preserve">, owning positioning and launches for </w:t>
      </w:r>
      <w:r>
        <w:rPr>
          <w:b/>
        </w:rPr>
        <w:t>[business line]</w:t>
      </w:r>
      <w:r>
        <w:rPr>
          <w:b w:val="0"/>
        </w:rPr>
        <w:t>.</w:t>
      </w:r>
    </w:p>
    <w:p>
      <w:r>
        <w:rPr>
          <w:b w:val="0"/>
        </w:rPr>
        <w:t xml:space="preserve">- Set the launch tiering model the company now uses, so </w:t>
      </w:r>
      <w:r>
        <w:rPr>
          <w:b/>
        </w:rPr>
        <w:t>[number]</w:t>
      </w:r>
      <w:r>
        <w:rPr>
          <w:b w:val="0"/>
        </w:rPr>
        <w:t xml:space="preserve"> releases a year get the right level of support.</w:t>
      </w:r>
    </w:p>
    <w:p>
      <w:r>
        <w:rPr>
          <w:b w:val="0"/>
        </w:rPr>
        <w:t xml:space="preserve">- Defined </w:t>
      </w:r>
      <w:r>
        <w:rPr>
          <w:b/>
        </w:rPr>
        <w:t>[new segment or market]</w:t>
      </w:r>
      <w:r>
        <w:rPr>
          <w:b w:val="0"/>
        </w:rPr>
        <w:t xml:space="preserve"> with </w:t>
      </w:r>
      <w:r>
        <w:rPr>
          <w:b/>
        </w:rPr>
        <w:t>[research]</w:t>
      </w:r>
      <w:r>
        <w:rPr>
          <w:b w:val="0"/>
        </w:rPr>
        <w:t xml:space="preserve">, which became a </w:t>
      </w:r>
      <w:r>
        <w:rPr>
          <w:b/>
        </w:rPr>
        <w:t>[revenue line / product roadmap theme]</w:t>
      </w:r>
      <w:r>
        <w:rPr>
          <w:b w:val="0"/>
        </w:rPr>
        <w:t>.</w:t>
      </w:r>
    </w:p>
    <w:p>
      <w:r>
        <w:rPr>
          <w:b w:val="0"/>
        </w:rPr>
        <w:t xml:space="preserve">- Partnered with </w:t>
      </w:r>
      <w:r>
        <w:rPr>
          <w:b/>
        </w:rPr>
        <w:t>[CPO / CRO]</w:t>
      </w:r>
      <w:r>
        <w:rPr>
          <w:b w:val="0"/>
        </w:rPr>
        <w:t xml:space="preserve"> on packaging changes that moved </w:t>
      </w:r>
      <w:r>
        <w:rPr>
          <w:b/>
        </w:rPr>
        <w:t>[deal size / expansion rate]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r>
        <w:rPr>
          <w:b w:val="0"/>
        </w:rPr>
        <w:t xml:space="preserve">- Presented market and competitive findings to </w:t>
      </w:r>
      <w:r>
        <w:rPr>
          <w:b/>
        </w:rPr>
        <w:t>[executive team / board]</w:t>
      </w:r>
      <w:r>
        <w:rPr>
          <w:b w:val="0"/>
        </w:rPr>
        <w:t xml:space="preserve"> each </w:t>
      </w:r>
      <w:r>
        <w:rPr>
          <w:b/>
        </w:rPr>
        <w:t>[quarter]</w:t>
      </w:r>
      <w:r>
        <w:rPr>
          <w:b w:val="0"/>
        </w:rPr>
        <w:t xml:space="preserve">, shaping </w:t>
      </w:r>
      <w:r>
        <w:rPr>
          <w:b/>
        </w:rPr>
        <w:t>[decision]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