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PPC Specialist: What a Paid Search Specialist Does and How to Become One</w:t>
      </w:r>
    </w:p>
    <w:p>
      <w:r>
        <w:t>Templates from https://knowtheroom.ai/career-guides/ppc-specialist/ · Replace everything in [brackets].</w:t>
      </w:r>
    </w:p>
    <w:p>
      <w:pPr>
        <w:pStyle w:val="Heading2"/>
      </w:pPr>
      <w:r>
        <w:t>PPC specialist job description</w:t>
      </w:r>
    </w:p>
    <w:p>
      <w:r>
        <w:rPr>
          <w:b w:val="0"/>
        </w:rPr>
        <w:t xml:space="preserve">Job title: PPC Specialist </w:t>
      </w:r>
      <w:r>
        <w:rPr>
          <w:b/>
        </w:rPr>
        <w:t>[or Paid Search Specialist]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what paid media does for the business.]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PPC Specialist to manage our paid campaigns across </w:t>
      </w:r>
      <w:r>
        <w:rPr>
          <w:b/>
        </w:rPr>
        <w:t>[Google Ads / Microsoft Advertising / Amazon Ads / Meta / LinkedIn]</w:t>
      </w:r>
      <w:r>
        <w:rPr>
          <w:b w:val="0"/>
        </w:rPr>
        <w:t xml:space="preserve">. You'll own </w:t>
      </w:r>
      <w:r>
        <w:rPr>
          <w:b/>
        </w:rPr>
        <w:t>[monthly budget or "a significant monthly budget"]</w:t>
      </w:r>
      <w:r>
        <w:rPr>
          <w:b w:val="0"/>
        </w:rPr>
        <w:t xml:space="preserve"> against </w:t>
      </w:r>
      <w:r>
        <w:rPr>
          <w:b/>
        </w:rPr>
        <w:t>[cost per acquisition / return on ad spend / pipeline]</w:t>
      </w:r>
      <w:r>
        <w:rPr>
          <w:b w:val="0"/>
        </w:rPr>
        <w:t xml:space="preserve"> targets, report to </w:t>
      </w:r>
      <w:r>
        <w:rPr>
          <w:b/>
        </w:rPr>
        <w:t>[title]</w:t>
      </w:r>
      <w:r>
        <w:rPr>
          <w:b w:val="0"/>
        </w:rPr>
        <w:t xml:space="preserve"> and work with </w:t>
      </w:r>
      <w:r>
        <w:rPr>
          <w:b/>
        </w:rPr>
        <w:t>[creative / analytics / e-commerce / sales]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Build, manage and optimize campaigns on </w:t>
      </w:r>
      <w:r>
        <w:rPr>
          <w:b/>
        </w:rPr>
        <w:t>[platforms]</w:t>
      </w:r>
      <w:r>
        <w:rPr>
          <w:b w:val="0"/>
        </w:rPr>
        <w:t>.</w:t>
      </w:r>
    </w:p>
    <w:p>
      <w:r>
        <w:rPr>
          <w:b w:val="0"/>
        </w:rPr>
        <w:t>- Research keywords and audiences; maintain negative keyword lists and exclusions.</w:t>
      </w:r>
    </w:p>
    <w:p>
      <w:r>
        <w:rPr>
          <w:b w:val="0"/>
        </w:rPr>
        <w:t>- Manage bids, budgets and pacing across platforms, moving spend to what's working.</w:t>
      </w:r>
    </w:p>
    <w:p>
      <w:r>
        <w:rPr>
          <w:b w:val="0"/>
        </w:rPr>
        <w:t xml:space="preserve">- Write ad copy, brief creative and run tests on </w:t>
      </w:r>
      <w:r>
        <w:rPr>
          <w:b/>
        </w:rPr>
        <w:t>[copy / landing pages / offers / audiences]</w:t>
      </w:r>
      <w:r>
        <w:rPr>
          <w:b w:val="0"/>
        </w:rPr>
        <w:t>.</w:t>
      </w:r>
    </w:p>
    <w:p>
      <w:r>
        <w:rPr>
          <w:b w:val="0"/>
        </w:rPr>
        <w:t>- [Manage Sponsored Products and Sponsored Brands on Amazon, working with the e-commerce team on listings.]</w:t>
      </w:r>
    </w:p>
    <w:p>
      <w:r>
        <w:rPr>
          <w:b w:val="0"/>
        </w:rPr>
        <w:t xml:space="preserve">- Keep conversion tracking accurate with </w:t>
      </w:r>
      <w:r>
        <w:rPr>
          <w:b/>
        </w:rPr>
        <w:t>[GA4 / Google Tag Manager / CRM]</w:t>
      </w:r>
      <w:r>
        <w:rPr>
          <w:b w:val="0"/>
        </w:rPr>
        <w:t>.</w:t>
      </w:r>
    </w:p>
    <w:p>
      <w:r>
        <w:rPr>
          <w:b w:val="0"/>
        </w:rPr>
        <w:t>- Report performance weekly and monthly with clear recommendations.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managing PPC campaigns with direct budget responsibility.</w:t>
      </w:r>
    </w:p>
    <w:p>
      <w:r>
        <w:rPr>
          <w:b w:val="0"/>
        </w:rPr>
        <w:t xml:space="preserve">- Hands-on experience in at least </w:t>
      </w:r>
      <w:r>
        <w:rPr>
          <w:b/>
        </w:rPr>
        <w:t>[two]</w:t>
      </w:r>
      <w:r>
        <w:rPr>
          <w:b w:val="0"/>
        </w:rPr>
        <w:t xml:space="preserve"> of: </w:t>
      </w:r>
      <w:r>
        <w:rPr>
          <w:b/>
        </w:rPr>
        <w:t>[platforms]</w:t>
      </w:r>
      <w:r>
        <w:rPr>
          <w:b w:val="0"/>
        </w:rPr>
        <w:t>.</w:t>
      </w:r>
    </w:p>
    <w:p>
      <w:r>
        <w:rPr>
          <w:b w:val="0"/>
        </w:rPr>
        <w:t>- Results you can explain in terms of cost and volume.</w:t>
      </w:r>
    </w:p>
    <w:p>
      <w:r>
        <w:rPr>
          <w:b w:val="0"/>
        </w:rPr>
        <w:t xml:space="preserve">- Strong spreadsheet skills; </w:t>
      </w:r>
      <w:r>
        <w:rPr>
          <w:b/>
        </w:rPr>
        <w:t>[Looker Studio / SQL / a PPC management tool]</w:t>
      </w:r>
      <w:r>
        <w:rPr>
          <w:b w:val="0"/>
        </w:rPr>
        <w:t xml:space="preserve"> a plus.</w:t>
      </w:r>
    </w:p>
    <w:p>
      <w:r>
        <w:rPr>
          <w:b w:val="0"/>
        </w:rPr>
        <w:t>- Clear writing for ads and reports.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blended cost per acquisition across paid search]</w:t>
      </w:r>
    </w:p>
    <w:p>
      <w:r>
        <w:rPr>
          <w:b w:val="0"/>
        </w:rPr>
        <w:t xml:space="preserve">- </w:t>
      </w:r>
      <w:r>
        <w:rPr>
          <w:b/>
        </w:rPr>
        <w:t>[Metric 2: e.g. return on ad spend on Amazon]</w:t>
      </w:r>
    </w:p>
    <w:p>
      <w:r>
        <w:rPr>
          <w:b w:val="0"/>
        </w:rPr>
        <w:t xml:space="preserve">- </w:t>
      </w:r>
      <w:r>
        <w:rPr>
          <w:b/>
        </w:rPr>
        <w:t>[Metric 3: e.g. budget pacing within an agreed range]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Managed </w:t>
      </w:r>
      <w:r>
        <w:rPr>
          <w:b/>
        </w:rPr>
        <w:t>[budget]</w:t>
      </w:r>
      <w:r>
        <w:rPr>
          <w:b w:val="0"/>
        </w:rPr>
        <w:t xml:space="preserve"> across Google Ads, Microsoft Advertising and Amazon Ads for </w:t>
      </w:r>
      <w:r>
        <w:rPr>
          <w:b/>
        </w:rPr>
        <w:t>[business]</w:t>
      </w:r>
      <w:r>
        <w:rPr>
          <w:b w:val="0"/>
        </w:rPr>
        <w:t xml:space="preserve">; shifted </w:t>
      </w:r>
      <w:r>
        <w:rPr>
          <w:b/>
        </w:rPr>
        <w:t>[share]</w:t>
      </w:r>
      <w:r>
        <w:rPr>
          <w:b w:val="0"/>
        </w:rPr>
        <w:t xml:space="preserve"> of spend to </w:t>
      </w:r>
      <w:r>
        <w:rPr>
          <w:b/>
        </w:rPr>
        <w:t>[platform or campaign type]</w:t>
      </w:r>
      <w:r>
        <w:rPr>
          <w:b w:val="0"/>
        </w:rPr>
        <w:t xml:space="preserve"> after testing, raising conversions </w:t>
      </w:r>
      <w:r>
        <w:rPr>
          <w:b/>
        </w:rPr>
        <w:t>[X%]</w:t>
      </w:r>
      <w:r>
        <w:rPr>
          <w:b w:val="0"/>
        </w:rPr>
        <w:t xml:space="preserve"> at a flat cost per acquisition.</w:t>
      </w:r>
    </w:p>
    <w:p>
      <w:pPr>
        <w:pStyle w:val="Heading2"/>
      </w:pPr>
      <w:r>
        <w:t>How do you write a PPC specialist resume?</w:t>
      </w:r>
    </w:p>
    <w:p>
      <w:r>
        <w:rPr>
          <w:b w:val="0"/>
        </w:rPr>
        <w:t xml:space="preserve">- Managed </w:t>
      </w:r>
      <w:r>
        <w:rPr>
          <w:b/>
        </w:rPr>
        <w:t>[platforms]</w:t>
      </w:r>
      <w:r>
        <w:rPr>
          <w:b w:val="0"/>
        </w:rPr>
        <w:t xml:space="preserve"> across </w:t>
      </w:r>
      <w:r>
        <w:rPr>
          <w:b/>
        </w:rPr>
        <w:t>[number]</w:t>
      </w:r>
      <w:r>
        <w:rPr>
          <w:b w:val="0"/>
        </w:rPr>
        <w:t xml:space="preserve"> accounts with </w:t>
      </w:r>
      <w:r>
        <w:rPr>
          <w:b/>
        </w:rPr>
        <w:t>[monthly budget range]</w:t>
      </w:r>
      <w:r>
        <w:rPr>
          <w:b w:val="0"/>
        </w:rPr>
        <w:t xml:space="preserve">; cut cost per acquisition by </w:t>
      </w:r>
      <w:r>
        <w:rPr>
          <w:b/>
        </w:rPr>
        <w:t>[number]</w:t>
      </w:r>
      <w:r>
        <w:rPr>
          <w:b w:val="0"/>
        </w:rPr>
        <w:t xml:space="preserve">%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>.</w:t>
      </w:r>
    </w:p>
    <w:p>
      <w:r>
        <w:rPr>
          <w:b w:val="0"/>
        </w:rPr>
        <w:t xml:space="preserve">- Rebuilt </w:t>
      </w:r>
      <w:r>
        <w:rPr>
          <w:b/>
        </w:rPr>
        <w:t>[account or campaign type]</w:t>
      </w:r>
      <w:r>
        <w:rPr>
          <w:b w:val="0"/>
        </w:rPr>
        <w:t xml:space="preserve"> structure and bidding; conversions rose </w:t>
      </w:r>
      <w:r>
        <w:rPr>
          <w:b/>
        </w:rPr>
        <w:t>[number]</w:t>
      </w:r>
      <w:r>
        <w:rPr>
          <w:b w:val="0"/>
        </w:rPr>
        <w:t>% at the same spend.</w:t>
      </w:r>
    </w:p>
    <w:p>
      <w:r>
        <w:rPr>
          <w:b w:val="0"/>
        </w:rPr>
        <w:t xml:space="preserve">- Launched </w:t>
      </w:r>
      <w:r>
        <w:rPr>
          <w:b/>
        </w:rPr>
        <w:t>[Microsoft Ads / Amazon Ads / paid social]</w:t>
      </w:r>
      <w:r>
        <w:rPr>
          <w:b w:val="0"/>
        </w:rPr>
        <w:t xml:space="preserve"> for </w:t>
      </w:r>
      <w:r>
        <w:rPr>
          <w:b/>
        </w:rPr>
        <w:t>[client or brand]</w:t>
      </w:r>
      <w:r>
        <w:rPr>
          <w:b w:val="0"/>
        </w:rPr>
        <w:t xml:space="preserve">; </w:t>
      </w:r>
      <w:r>
        <w:rPr>
          <w:b/>
        </w:rPr>
        <w:t>[result]</w:t>
      </w:r>
      <w:r>
        <w:rPr>
          <w:b w:val="0"/>
        </w:rPr>
        <w:t xml:space="preserve"> in the first </w:t>
      </w:r>
      <w:r>
        <w:rPr>
          <w:b/>
        </w:rPr>
        <w:t>[time]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