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PPC Specialist Job Description: Templates for Search, Amazon and Agency Roles</w:t>
      </w:r>
    </w:p>
    <w:p>
      <w:r>
        <w:t>Templates from https://knowtheroom.ai/career-guides/ppc-specialist-job-description/ · Replace everything in [brackets].</w:t>
      </w:r>
    </w:p>
    <w:p>
      <w:pPr>
        <w:pStyle w:val="Heading2"/>
      </w:pPr>
      <w:r>
        <w:t>Template: in-house PPC specialist</w:t>
      </w:r>
    </w:p>
    <w:p>
      <w:r>
        <w:rPr>
          <w:b w:val="0"/>
        </w:rPr>
        <w:t xml:space="preserve">Job title: PPC Specialist </w:t>
      </w:r>
      <w:r>
        <w:rPr>
          <w:b/>
        </w:rPr>
        <w:t>[or Paid Search Specialist]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to whom, and what paid search does for the business.]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run our paid search campaigns on </w:t>
      </w:r>
      <w:r>
        <w:rPr>
          <w:b/>
        </w:rPr>
        <w:t>[Google Ads and Microsoft Advertising]</w:t>
      </w:r>
      <w:r>
        <w:rPr>
          <w:b w:val="0"/>
        </w:rPr>
        <w:t xml:space="preserve">, managing </w:t>
      </w:r>
      <w:r>
        <w:rPr>
          <w:b/>
        </w:rPr>
        <w:t>[monthly budget]</w:t>
      </w:r>
      <w:r>
        <w:rPr>
          <w:b w:val="0"/>
        </w:rPr>
        <w:t xml:space="preserve"> against a </w:t>
      </w:r>
      <w:r>
        <w:rPr>
          <w:b/>
        </w:rPr>
        <w:t>[cost per acquisition / return on ad spend / lead]</w:t>
      </w:r>
      <w:r>
        <w:rPr>
          <w:b w:val="0"/>
        </w:rPr>
        <w:t xml:space="preserve"> target. You'll report to </w:t>
      </w:r>
      <w:r>
        <w:rPr>
          <w:b/>
        </w:rPr>
        <w:t>[Performance Marketing Manager]</w:t>
      </w:r>
      <w:r>
        <w:rPr>
          <w:b w:val="0"/>
        </w:rPr>
        <w:t xml:space="preserve"> and work with </w:t>
      </w:r>
      <w:r>
        <w:rPr>
          <w:b/>
        </w:rPr>
        <w:t>[web, analytics and creative]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Build and optimize search, shopping and </w:t>
      </w:r>
      <w:r>
        <w:rPr>
          <w:b/>
        </w:rPr>
        <w:t>[Performance Max / display / video]</w:t>
      </w:r>
      <w:r>
        <w:rPr>
          <w:b w:val="0"/>
        </w:rPr>
        <w:t xml:space="preserve"> campaigns.</w:t>
      </w:r>
    </w:p>
    <w:p>
      <w:r>
        <w:rPr>
          <w:b w:val="0"/>
        </w:rPr>
        <w:t>- Research keywords, write ads and manage negative keywords.</w:t>
      </w:r>
    </w:p>
    <w:p>
      <w:r>
        <w:rPr>
          <w:b w:val="0"/>
        </w:rPr>
        <w:t>- Manage bids, budgets and pacing; flag over- and underspend early.</w:t>
      </w:r>
    </w:p>
    <w:p>
      <w:r>
        <w:rPr>
          <w:b w:val="0"/>
        </w:rPr>
        <w:t>- Test ads, landing pages and offers, one clear question at a time.</w:t>
      </w:r>
    </w:p>
    <w:p>
      <w:r>
        <w:rPr>
          <w:b w:val="0"/>
        </w:rPr>
        <w:t xml:space="preserve">- Check conversion tracking with </w:t>
      </w:r>
      <w:r>
        <w:rPr>
          <w:b/>
        </w:rPr>
        <w:t>[the analytics team / Google Tag Manager]</w:t>
      </w:r>
      <w:r>
        <w:rPr>
          <w:b w:val="0"/>
        </w:rPr>
        <w:t>.</w:t>
      </w:r>
    </w:p>
    <w:p>
      <w:r>
        <w:rPr>
          <w:b w:val="0"/>
        </w:rPr>
        <w:t>- Report weekly results with what you changed and what you'd do next.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[1–3]</w:t>
      </w:r>
      <w:r>
        <w:rPr>
          <w:b w:val="0"/>
        </w:rPr>
        <w:t xml:space="preserve"> years managing paid search with direct budget responsibility.</w:t>
      </w:r>
    </w:p>
    <w:p>
      <w:r>
        <w:rPr>
          <w:b w:val="0"/>
        </w:rPr>
        <w:t xml:space="preserve">- Hands-on Google Ads experience; </w:t>
      </w:r>
      <w:r>
        <w:rPr>
          <w:b/>
        </w:rPr>
        <w:t>[Microsoft Advertising]</w:t>
      </w:r>
      <w:r>
        <w:rPr>
          <w:b w:val="0"/>
        </w:rPr>
        <w:t xml:space="preserve"> a plus.</w:t>
      </w:r>
    </w:p>
    <w:p>
      <w:r>
        <w:rPr>
          <w:b w:val="0"/>
        </w:rPr>
        <w:t>- Strong spreadsheet skills.</w:t>
      </w:r>
    </w:p>
    <w:p>
      <w:r>
        <w:rPr>
          <w:b w:val="0"/>
        </w:rPr>
        <w:t>- Clear, short ad writing.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[Conversions / revenue]</w:t>
      </w:r>
      <w:r>
        <w:rPr>
          <w:b w:val="0"/>
        </w:rPr>
        <w:t xml:space="preserve"> at or under </w:t>
      </w:r>
      <w:r>
        <w:rPr>
          <w:b/>
        </w:rPr>
        <w:t>[target cost]</w:t>
      </w:r>
    </w:p>
    <w:p>
      <w:r>
        <w:rPr>
          <w:b w:val="0"/>
        </w:rPr>
        <w:t>- Clean, trusted conversion tracking</w:t>
      </w:r>
    </w:p>
    <w:p>
      <w:r>
        <w:rPr>
          <w:b w:val="0"/>
        </w:rPr>
        <w:t>- A steady testing cadence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Template: agency PPC specialist</w:t>
      </w:r>
    </w:p>
    <w:p>
      <w:r>
        <w:rPr>
          <w:b w:val="0"/>
        </w:rPr>
        <w:t xml:space="preserve">Job title: PPC Specialist, </w:t>
      </w:r>
      <w:r>
        <w:rPr>
          <w:b/>
        </w:rPr>
        <w:t>[Agency name]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manage paid search and paid social for </w:t>
      </w:r>
      <w:r>
        <w:rPr>
          <w:b/>
        </w:rPr>
        <w:t>[number]</w:t>
      </w:r>
      <w:r>
        <w:rPr>
          <w:b w:val="0"/>
        </w:rPr>
        <w:t xml:space="preserve"> client accounts in </w:t>
      </w:r>
      <w:r>
        <w:rPr>
          <w:b/>
        </w:rPr>
        <w:t>[industries]</w:t>
      </w:r>
      <w:r>
        <w:rPr>
          <w:b w:val="0"/>
        </w:rPr>
        <w:t xml:space="preserve">, with combined spend of </w:t>
      </w:r>
      <w:r>
        <w:rPr>
          <w:b/>
        </w:rPr>
        <w:t>[range]</w:t>
      </w:r>
      <w:r>
        <w:rPr>
          <w:b w:val="0"/>
        </w:rPr>
        <w:t xml:space="preserve">. You'll work with account managers and report to </w:t>
      </w:r>
      <w:r>
        <w:rPr>
          <w:b/>
        </w:rPr>
        <w:t>[PPC Manager / Head of Paid Media]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Run day-to-day optimization across your client accounts.</w:t>
      </w:r>
    </w:p>
    <w:p>
      <w:r>
        <w:rPr>
          <w:b w:val="0"/>
        </w:rPr>
        <w:t>- Build new campaigns and launch plans for new clients.</w:t>
      </w:r>
    </w:p>
    <w:p>
      <w:r>
        <w:rPr>
          <w:b w:val="0"/>
        </w:rPr>
        <w:t>- Write monthly client reports and join client calls with your account manager.</w:t>
      </w:r>
    </w:p>
    <w:p>
      <w:r>
        <w:rPr>
          <w:b w:val="0"/>
        </w:rPr>
        <w:t>- Track your time against each client's hours.</w:t>
      </w:r>
    </w:p>
    <w:p>
      <w:r>
        <w:rPr>
          <w:b w:val="0"/>
        </w:rPr>
        <w:t>- Share what works across accounts with the rest of the team.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Experience managing several accounts at once.</w:t>
      </w:r>
    </w:p>
    <w:p>
      <w:r>
        <w:rPr>
          <w:b w:val="0"/>
        </w:rPr>
        <w:t>- Comfort explaining results to clients who aren't marketers.</w:t>
      </w:r>
    </w:p>
    <w:p>
      <w:pPr>
        <w:pStyle w:val="Heading2"/>
      </w:pPr>
      <w:r>
        <w:t>Template: Amazon PPC specialist</w:t>
      </w:r>
    </w:p>
    <w:p>
      <w:r>
        <w:rPr>
          <w:b w:val="0"/>
        </w:rPr>
        <w:t>Job title: Amazon PPC Specialist</w:t>
      </w:r>
    </w:p>
    <w:p/>
    <w:p>
      <w:r>
        <w:rPr>
          <w:b w:val="0"/>
        </w:rPr>
        <w:t>About the role</w:t>
      </w:r>
    </w:p>
    <w:p>
      <w:r>
        <w:rPr>
          <w:b w:val="0"/>
        </w:rPr>
        <w:t>You'll manage our Amazon Ads campaigns (</w:t>
      </w:r>
      <w:r>
        <w:rPr>
          <w:b/>
        </w:rPr>
        <w:t>[Sponsored Products / Sponsored Brands / Sponsored Display]</w:t>
      </w:r>
      <w:r>
        <w:rPr>
          <w:b w:val="0"/>
        </w:rPr>
        <w:t xml:space="preserve">) for </w:t>
      </w:r>
      <w:r>
        <w:rPr>
          <w:b/>
        </w:rPr>
        <w:t>[number]</w:t>
      </w:r>
      <w:r>
        <w:rPr>
          <w:b w:val="0"/>
        </w:rPr>
        <w:t xml:space="preserve"> products, working with the ecommerce team on listings, pricing and stock.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Build and optimize campaigns by product, keyword and match type.</w:t>
      </w:r>
    </w:p>
    <w:p>
      <w:r>
        <w:rPr>
          <w:b w:val="0"/>
        </w:rPr>
        <w:t>- Harvest search terms and manage negatives.</w:t>
      </w:r>
    </w:p>
    <w:p>
      <w:r>
        <w:rPr>
          <w:b w:val="0"/>
        </w:rPr>
        <w:t>- Manage bids and budgets around promotions and stock levels.</w:t>
      </w:r>
    </w:p>
    <w:p>
      <w:r>
        <w:rPr>
          <w:b w:val="0"/>
        </w:rPr>
        <w:t>- Report sales, advertising cost of sales and total sales impact.</w:t>
      </w:r>
    </w:p>
    <w:p>
      <w:r>
        <w:rPr>
          <w:b w:val="0"/>
        </w:rPr>
        <w:t>- Flag listing problems (images, reviews, content) that hurt ad results.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Advertising cost of sales at or under </w:t>
      </w:r>
      <w:r>
        <w:rPr>
          <w:b/>
        </w:rPr>
        <w:t>[target]</w:t>
      </w:r>
    </w:p>
    <w:p>
      <w:r>
        <w:rPr>
          <w:b w:val="0"/>
        </w:rPr>
        <w:t xml:space="preserve">- Growth in </w:t>
      </w:r>
      <w:r>
        <w:rPr>
          <w:b/>
        </w:rPr>
        <w:t>[total sales / organic rank]</w:t>
      </w:r>
      <w:r>
        <w:rPr>
          <w:b w:val="0"/>
        </w:rPr>
        <w:t xml:space="preserve"> for priority products</w:t>
      </w:r>
    </w:p>
    <w:p>
      <w:pPr>
        <w:pStyle w:val="Heading2"/>
      </w:pPr>
      <w:r>
        <w:t>Template: senior PPC specialist</w:t>
      </w:r>
    </w:p>
    <w:p>
      <w:r>
        <w:rPr>
          <w:b w:val="0"/>
        </w:rPr>
        <w:t>- Set the paid search strategy and quarterly plan across platforms.</w:t>
      </w:r>
    </w:p>
    <w:p>
      <w:r>
        <w:rPr>
          <w:b w:val="0"/>
        </w:rPr>
        <w:t>- Forecast spend and results with the performance marketing manager.</w:t>
      </w:r>
    </w:p>
    <w:p>
      <w:r>
        <w:rPr>
          <w:b w:val="0"/>
        </w:rPr>
        <w:t xml:space="preserve">- Coach </w:t>
      </w:r>
      <w:r>
        <w:rPr>
          <w:b/>
        </w:rPr>
        <w:t>[junior specialists / coordinators]</w:t>
      </w:r>
      <w:r>
        <w:rPr>
          <w:b w:val="0"/>
        </w:rPr>
        <w:t xml:space="preserve"> and review their accounts.</w:t>
      </w:r>
    </w:p>
    <w:p>
      <w:r>
        <w:rPr>
          <w:b w:val="0"/>
        </w:rPr>
        <w:t>- Lead structural changes: account restructures, new bidding approaches, new markets.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