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Personal Brand Statement: Examples and a Formula for Marketers</w:t>
      </w:r>
    </w:p>
    <w:p>
      <w:r>
        <w:t>Templates from https://knowtheroom.ai/career-guides/personal-brand-statement/ · Replace everything in [brackets].</w:t>
      </w:r>
    </w:p>
    <w:p>
      <w:pPr>
        <w:pStyle w:val="Heading2"/>
      </w:pPr>
      <w:r>
        <w:t>How do you write a personal brand statement?</w:t>
      </w:r>
    </w:p>
    <w:p>
      <w:r>
        <w:rPr>
          <w:b w:val="0"/>
        </w:rPr>
        <w:t xml:space="preserve">I help </w:t>
      </w:r>
      <w:r>
        <w:rPr>
          <w:b/>
        </w:rPr>
        <w:t>[type of company or audience]</w:t>
      </w:r>
      <w:r>
        <w:rPr>
          <w:b w:val="0"/>
        </w:rPr>
        <w:t xml:space="preserve"> </w:t>
      </w:r>
      <w:r>
        <w:rPr>
          <w:b/>
        </w:rPr>
        <w:t>[achieve a specific outcome]</w:t>
      </w:r>
      <w:r>
        <w:rPr>
          <w:b w:val="0"/>
        </w:rPr>
        <w:t xml:space="preserve"> by </w:t>
      </w:r>
      <w:r>
        <w:rPr>
          <w:b/>
        </w:rPr>
        <w:t>[your approach or what's different about it]</w:t>
      </w:r>
      <w:r>
        <w:rPr>
          <w:b w:val="0"/>
        </w:rPr>
        <w:t>.</w:t>
      </w:r>
    </w:p>
    <w:p>
      <w:pPr>
        <w:pStyle w:val="Heading2"/>
      </w:pPr>
      <w:r>
        <w:t>How do you write a personal brand statement?</w:t>
      </w:r>
    </w:p>
    <w:p>
      <w:r>
        <w:rPr>
          <w:b w:val="0"/>
        </w:rPr>
        <w:t xml:space="preserve">I'm a </w:t>
      </w:r>
      <w:r>
        <w:rPr>
          <w:b/>
        </w:rPr>
        <w:t>[role]</w:t>
      </w:r>
      <w:r>
        <w:rPr>
          <w:b w:val="0"/>
        </w:rPr>
        <w:t xml:space="preserve"> for </w:t>
      </w:r>
      <w:r>
        <w:rPr>
          <w:b/>
        </w:rPr>
        <w:t>[type of company]</w:t>
      </w:r>
      <w:r>
        <w:rPr>
          <w:b w:val="0"/>
        </w:rPr>
        <w:t xml:space="preserve"> who </w:t>
      </w:r>
      <w:r>
        <w:rPr>
          <w:b/>
        </w:rPr>
        <w:t>[the change you make]</w:t>
      </w:r>
      <w:r>
        <w:rPr>
          <w:b w:val="0"/>
        </w:rPr>
        <w:t xml:space="preserve">, with a background in </w:t>
      </w:r>
      <w:r>
        <w:rPr>
          <w:b/>
        </w:rPr>
        <w:t>[what makes your angle unusual]</w:t>
      </w:r>
      <w:r>
        <w:rPr>
          <w:b w:val="0"/>
        </w:rPr>
        <w:t>.</w:t>
      </w:r>
    </w:p>
    <w:p>
      <w:pPr>
        <w:pStyle w:val="Heading2"/>
      </w:pPr>
      <w:r>
        <w:t>Student or recent graduate</w:t>
      </w:r>
    </w:p>
    <w:p>
      <w:r>
        <w:rPr>
          <w:b w:val="0"/>
        </w:rPr>
        <w:t>I'm a marketing graduate who makes short-form video for brands that want to reach people my age, and I measure what works so I can do more of it.</w:t>
      </w:r>
    </w:p>
    <w:p>
      <w:pPr>
        <w:pStyle w:val="Heading2"/>
      </w:pPr>
      <w:r>
        <w:t>Social media manager</w:t>
      </w:r>
    </w:p>
    <w:p>
      <w:r>
        <w:rPr>
          <w:b w:val="0"/>
        </w:rPr>
        <w:t>I help consumer brands turn followers into fans by building social programs around creators their audience already trusts.</w:t>
      </w:r>
    </w:p>
    <w:p>
      <w:pPr>
        <w:pStyle w:val="Heading2"/>
      </w:pPr>
      <w:r>
        <w:t>Brand manager</w:t>
      </w:r>
    </w:p>
    <w:p>
      <w:r>
        <w:rPr>
          <w:b w:val="0"/>
        </w:rPr>
        <w:t>I'm a brand manager for food and beverage brands who finds the one idea a product should own, then makes every launch and campaign say it.</w:t>
      </w:r>
    </w:p>
    <w:p>
      <w:pPr>
        <w:pStyle w:val="Heading2"/>
      </w:pPr>
      <w:r>
        <w:t>Performance or growth marketer</w:t>
      </w:r>
    </w:p>
    <w:p>
      <w:r>
        <w:rPr>
          <w:b w:val="0"/>
        </w:rPr>
        <w:t>I help DTC brands grow profitably by testing creative and channels fast, and cutting what doesn't pay back.</w:t>
      </w:r>
    </w:p>
    <w:p>
      <w:pPr>
        <w:pStyle w:val="Heading2"/>
      </w:pPr>
      <w:r>
        <w:t>Product marketing manager</w:t>
      </w:r>
    </w:p>
    <w:p>
      <w:r>
        <w:rPr>
          <w:b w:val="0"/>
        </w:rPr>
        <w:t>I'm a product marketer for B2B software who helps sales teams win by turning what customers say into positioning reps can repeat in one sentence.</w:t>
      </w:r>
    </w:p>
    <w:p>
      <w:pPr>
        <w:pStyle w:val="Heading2"/>
      </w:pPr>
      <w:r>
        <w:t>Content and SEO</w:t>
      </w:r>
    </w:p>
    <w:p>
      <w:r>
        <w:rPr>
          <w:b w:val="0"/>
        </w:rPr>
        <w:t>I build content programs for B2B SaaS companies that bring in search traffic the sales team actually wants, using [x] years as a journalist to make technical topics readable.</w:t>
      </w:r>
    </w:p>
    <w:p>
      <w:pPr>
        <w:pStyle w:val="Heading2"/>
      </w:pPr>
      <w:r>
        <w:t>Marketing director or VP</w:t>
      </w:r>
    </w:p>
    <w:p>
      <w:r>
        <w:rPr>
          <w:b w:val="0"/>
        </w:rPr>
        <w:t>I lead marketing teams at growth-stage software companies through the move from founder-led marketing to a team, a plan and pipeline the board can forecast.</w:t>
      </w:r>
    </w:p>
    <w:p>
      <w:pPr>
        <w:pStyle w:val="Heading2"/>
      </w:pPr>
      <w:r>
        <w:t>Career changer</w:t>
      </w:r>
    </w:p>
    <w:p>
      <w:r>
        <w:rPr>
          <w:b w:val="0"/>
        </w:rPr>
        <w:t>I'm moving from [x] years in B2B sales into product marketing, bringing a first-hand understanding of why customers buy and why they don't.</w:t>
      </w:r>
    </w:p>
    <w:p>
      <w:pPr>
        <w:pStyle w:val="Heading2"/>
      </w:pPr>
      <w:r>
        <w:t>How does the statement feed your headline, summary and pitch?</w:t>
      </w:r>
    </w:p>
    <w:p>
      <w:r>
        <w:rPr>
          <w:b w:val="0"/>
        </w:rPr>
        <w:t>Statement:</w:t>
      </w:r>
    </w:p>
    <w:p>
      <w:r>
        <w:rPr>
          <w:b w:val="0"/>
        </w:rPr>
        <w:t>I help consumer brands turn followers into fans by building social programs around creators their audience already trusts.</w:t>
      </w:r>
    </w:p>
    <w:p/>
    <w:p>
      <w:r>
        <w:rPr>
          <w:b w:val="0"/>
        </w:rPr>
        <w:t>Headline:</w:t>
      </w:r>
    </w:p>
    <w:p>
      <w:r>
        <w:rPr>
          <w:b w:val="0"/>
        </w:rPr>
        <w:t>Social Media Manager | Consumer Brands | Creator Partnerships and Short-Form Video</w:t>
      </w:r>
    </w:p>
    <w:p/>
    <w:p>
      <w:r>
        <w:rPr>
          <w:b w:val="0"/>
        </w:rPr>
        <w:t>About section opening:</w:t>
      </w:r>
    </w:p>
    <w:p>
      <w:r>
        <w:rPr>
          <w:b w:val="0"/>
        </w:rPr>
        <w:t xml:space="preserve">I help consumer brands turn followers into fans. For the last [x] years I've built social programs around the creators our audience already trusts, most recently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>Resume summary:</w:t>
      </w:r>
    </w:p>
    <w:p>
      <w:r>
        <w:rPr>
          <w:b w:val="0"/>
        </w:rPr>
        <w:t xml:space="preserve">Social Media Manager with [x] years at consumer brands. Built the creator program at </w:t>
      </w:r>
      <w:r>
        <w:rPr>
          <w:b/>
        </w:rPr>
        <w:t>[Company]</w:t>
      </w:r>
      <w:r>
        <w:rPr>
          <w:b w:val="0"/>
        </w:rPr>
        <w:t xml:space="preserve"> that </w:t>
      </w:r>
      <w:r>
        <w:rPr>
          <w:b/>
        </w:rPr>
        <w:t>[result]</w:t>
      </w:r>
      <w:r>
        <w:rPr>
          <w:b w:val="0"/>
        </w:rPr>
        <w:t>. Strongest in creator partnerships, short-form video and community.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