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Performance Marketing Manager Job Description: Templates by Business Type</w:t>
      </w:r>
    </w:p>
    <w:p>
      <w:r>
        <w:t>Templates from https://knowtheroom.ai/career-guides/performance-marketing-manager-job-description/ · Replace everything in [brackets].</w:t>
      </w:r>
    </w:p>
    <w:p>
      <w:pPr>
        <w:pStyle w:val="Heading2"/>
      </w:pPr>
      <w:r>
        <w:t>Template: ecommerce or DTC brand</w:t>
      </w:r>
    </w:p>
    <w:p>
      <w:r>
        <w:rPr>
          <w:b w:val="0"/>
        </w:rPr>
        <w:t>Job title: Performance Marketing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average order value range, and where you sell: your site, Amazon, retail.]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paid acquisition for </w:t>
      </w:r>
      <w:r>
        <w:rPr>
          <w:b/>
        </w:rPr>
        <w:t>[brand]</w:t>
      </w:r>
      <w:r>
        <w:rPr>
          <w:b w:val="0"/>
        </w:rPr>
        <w:t xml:space="preserve"> across </w:t>
      </w:r>
      <w:r>
        <w:rPr>
          <w:b/>
        </w:rPr>
        <w:t>[Meta / TikTok / Google Search and Shopping / YouTube / affiliates]</w:t>
      </w:r>
      <w:r>
        <w:rPr>
          <w:b w:val="0"/>
        </w:rPr>
        <w:t xml:space="preserve">, managing </w:t>
      </w:r>
      <w:r>
        <w:rPr>
          <w:b/>
        </w:rPr>
        <w:t>[budget]</w:t>
      </w:r>
      <w:r>
        <w:rPr>
          <w:b w:val="0"/>
        </w:rPr>
        <w:t xml:space="preserve"> a year against a </w:t>
      </w:r>
      <w:r>
        <w:rPr>
          <w:b/>
        </w:rPr>
        <w:t>[blended return on ad spend / new-customer cost per acquisition]</w:t>
      </w:r>
      <w:r>
        <w:rPr>
          <w:b w:val="0"/>
        </w:rPr>
        <w:t xml:space="preserve"> target. You'll lead </w:t>
      </w:r>
      <w:r>
        <w:rPr>
          <w:b/>
        </w:rPr>
        <w:t>[one specialist and our creative agency]</w:t>
      </w:r>
      <w:r>
        <w:rPr>
          <w:b w:val="0"/>
        </w:rPr>
        <w:t xml:space="preserve"> and report to </w:t>
      </w:r>
      <w:r>
        <w:rPr>
          <w:b/>
        </w:rPr>
        <w:t>[Head of Growth / VP Marketing]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Plan and forecast paid spend by channel, month and promotion.</w:t>
      </w:r>
    </w:p>
    <w:p>
      <w:r>
        <w:rPr>
          <w:b w:val="0"/>
        </w:rPr>
        <w:t>- Set the testing plan for audiences, offers, creative and landing pages.</w:t>
      </w:r>
    </w:p>
    <w:p>
      <w:r>
        <w:rPr>
          <w:b w:val="0"/>
        </w:rPr>
        <w:t xml:space="preserve">- Brief creative with </w:t>
      </w:r>
      <w:r>
        <w:rPr>
          <w:b/>
        </w:rPr>
        <w:t>[the creative strategist / design / creators]</w:t>
      </w:r>
      <w:r>
        <w:rPr>
          <w:b w:val="0"/>
        </w:rPr>
        <w:t xml:space="preserve"> and decide what to scale.</w:t>
      </w:r>
    </w:p>
    <w:p>
      <w:r>
        <w:rPr>
          <w:b w:val="0"/>
        </w:rPr>
        <w:t>- Watch new-customer cost, not only blended return, and explain the gap.</w:t>
      </w:r>
    </w:p>
    <w:p>
      <w:r>
        <w:rPr>
          <w:b w:val="0"/>
        </w:rPr>
        <w:t>- Plan spend around launches and sale periods with merchandising and ecommerce.</w:t>
      </w:r>
    </w:p>
    <w:p>
      <w:r>
        <w:rPr>
          <w:b w:val="0"/>
        </w:rPr>
        <w:t>- Work with analytics on attribution and holdout tests.</w:t>
      </w:r>
    </w:p>
    <w:p>
      <w:r>
        <w:rPr>
          <w:b w:val="0"/>
        </w:rPr>
        <w:t xml:space="preserve">- Report weekly to </w:t>
      </w:r>
      <w:r>
        <w:rPr>
          <w:b/>
        </w:rPr>
        <w:t>[leadership]</w:t>
      </w:r>
      <w:r>
        <w:rPr>
          <w:b w:val="0"/>
        </w:rPr>
        <w:t xml:space="preserve"> with the decisions you recommend.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paid acquisition for an ecommerce or DTC brand, with your own budget.</w:t>
      </w:r>
    </w:p>
    <w:p>
      <w:r>
        <w:rPr>
          <w:b w:val="0"/>
        </w:rPr>
        <w:t xml:space="preserve">- Depth on </w:t>
      </w:r>
      <w:r>
        <w:rPr>
          <w:b/>
        </w:rPr>
        <w:t>[Meta and Google Shopping]</w:t>
      </w:r>
      <w:r>
        <w:rPr>
          <w:b w:val="0"/>
        </w:rPr>
        <w:t xml:space="preserve">, and working knowledge of </w:t>
      </w:r>
      <w:r>
        <w:rPr>
          <w:b/>
        </w:rPr>
        <w:t>[other channels]</w:t>
      </w:r>
      <w:r>
        <w:rPr>
          <w:b w:val="0"/>
        </w:rPr>
        <w:t>.</w:t>
      </w:r>
    </w:p>
    <w:p>
      <w:r>
        <w:rPr>
          <w:b w:val="0"/>
        </w:rPr>
        <w:t>- Comfort with unit economics: contribution margin, CAC, repeat rate, payback.</w:t>
      </w:r>
    </w:p>
    <w:p>
      <w:r>
        <w:rPr>
          <w:b w:val="0"/>
        </w:rPr>
        <w:t>- Experience briefing and judging ad creative.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New customers at or under </w:t>
      </w:r>
      <w:r>
        <w:rPr>
          <w:b/>
        </w:rPr>
        <w:t>[target CAC]</w:t>
      </w:r>
    </w:p>
    <w:p>
      <w:r>
        <w:rPr>
          <w:b w:val="0"/>
        </w:rPr>
        <w:t xml:space="preserve">- </w:t>
      </w:r>
      <w:r>
        <w:rPr>
          <w:b/>
        </w:rPr>
        <w:t>[Blended return on ad spend / marketing efficiency ratio]</w:t>
      </w:r>
      <w:r>
        <w:rPr>
          <w:b w:val="0"/>
        </w:rPr>
        <w:t xml:space="preserve"> at </w:t>
      </w:r>
      <w:r>
        <w:rPr>
          <w:b/>
        </w:rPr>
        <w:t>[target]</w:t>
      </w:r>
    </w:p>
    <w:p>
      <w:r>
        <w:rPr>
          <w:b w:val="0"/>
        </w:rPr>
        <w:t>- Share of spend validated by holdout or lift tests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Template: B2B or SaaS</w:t>
      </w:r>
    </w:p>
    <w:p>
      <w:r>
        <w:rPr>
          <w:b w:val="0"/>
        </w:rPr>
        <w:t>Job title: Performance Marketing Manager, Demand Generation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paid programs that create pipeline for </w:t>
      </w:r>
      <w:r>
        <w:rPr>
          <w:b/>
        </w:rPr>
        <w:t>[product]</w:t>
      </w:r>
      <w:r>
        <w:rPr>
          <w:b w:val="0"/>
        </w:rPr>
        <w:t xml:space="preserve">, across </w:t>
      </w:r>
      <w:r>
        <w:rPr>
          <w:b/>
        </w:rPr>
        <w:t>[LinkedIn / Google Search / review sites / programmatic / retargeting]</w:t>
      </w:r>
      <w:r>
        <w:rPr>
          <w:b w:val="0"/>
        </w:rPr>
        <w:t xml:space="preserve">. You'll manage </w:t>
      </w:r>
      <w:r>
        <w:rPr>
          <w:b/>
        </w:rPr>
        <w:t>[budget]</w:t>
      </w:r>
      <w:r>
        <w:rPr>
          <w:b w:val="0"/>
        </w:rPr>
        <w:t xml:space="preserve"> and work with </w:t>
      </w:r>
      <w:r>
        <w:rPr>
          <w:b/>
        </w:rPr>
        <w:t>[sales development, marketing operations and product marketing]</w:t>
      </w:r>
      <w:r>
        <w:rPr>
          <w:b w:val="0"/>
        </w:rPr>
        <w:t xml:space="preserve">. You report to </w:t>
      </w:r>
      <w:r>
        <w:rPr>
          <w:b/>
        </w:rPr>
        <w:t>[Director of Demand Generation]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Plan paid programs by segment, region and product line.</w:t>
      </w:r>
    </w:p>
    <w:p>
      <w:r>
        <w:rPr>
          <w:b w:val="0"/>
        </w:rPr>
        <w:t xml:space="preserve">- Build campaigns that drive </w:t>
      </w:r>
      <w:r>
        <w:rPr>
          <w:b/>
        </w:rPr>
        <w:t>[demo requests / trials / content leads]</w:t>
      </w:r>
      <w:r>
        <w:rPr>
          <w:b w:val="0"/>
        </w:rPr>
        <w:t>.</w:t>
      </w:r>
    </w:p>
    <w:p>
      <w:r>
        <w:rPr>
          <w:b w:val="0"/>
        </w:rPr>
        <w:t xml:space="preserve">- Work with marketing operations so leads route and attribute correctly in </w:t>
      </w:r>
      <w:r>
        <w:rPr>
          <w:b/>
        </w:rPr>
        <w:t>[CRM]</w:t>
      </w:r>
      <w:r>
        <w:rPr>
          <w:b w:val="0"/>
        </w:rPr>
        <w:t>.</w:t>
      </w:r>
    </w:p>
    <w:p>
      <w:r>
        <w:rPr>
          <w:b w:val="0"/>
        </w:rPr>
        <w:t>- Report cost per qualified opportunity and pipeline, not only cost per lead.</w:t>
      </w:r>
    </w:p>
    <w:p>
      <w:r>
        <w:rPr>
          <w:b w:val="0"/>
        </w:rPr>
        <w:t>- Test offers, audiences and landing pages with product marketing.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B2B paid media with pipeline targets.</w:t>
      </w:r>
    </w:p>
    <w:p>
      <w:r>
        <w:rPr>
          <w:b w:val="0"/>
        </w:rPr>
        <w:t xml:space="preserve">- Experience with </w:t>
      </w:r>
      <w:r>
        <w:rPr>
          <w:b/>
        </w:rPr>
        <w:t>[LinkedIn Ads, Google Ads]</w:t>
      </w:r>
      <w:r>
        <w:rPr>
          <w:b w:val="0"/>
        </w:rPr>
        <w:t xml:space="preserve"> and </w:t>
      </w:r>
      <w:r>
        <w:rPr>
          <w:b/>
        </w:rPr>
        <w:t>[HubSpot / Salesforce]</w:t>
      </w:r>
      <w:r>
        <w:rPr>
          <w:b w:val="0"/>
        </w:rPr>
        <w:t>.</w:t>
      </w:r>
    </w:p>
    <w:p>
      <w:r>
        <w:rPr>
          <w:b w:val="0"/>
        </w:rPr>
        <w:t>- Clear thinking about lead quality and sales feedback.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Qualified pipeline from paid at </w:t>
      </w:r>
      <w:r>
        <w:rPr>
          <w:b/>
        </w:rPr>
        <w:t>[target cost]</w:t>
      </w:r>
    </w:p>
    <w:p>
      <w:r>
        <w:rPr>
          <w:b w:val="0"/>
        </w:rPr>
        <w:t xml:space="preserve">- </w:t>
      </w:r>
      <w:r>
        <w:rPr>
          <w:b/>
        </w:rPr>
        <w:t>[Target]</w:t>
      </w:r>
      <w:r>
        <w:rPr>
          <w:b w:val="0"/>
        </w:rPr>
        <w:t xml:space="preserve"> meetings booked from paid programs each quarter</w:t>
      </w:r>
    </w:p>
    <w:p>
      <w:pPr>
        <w:pStyle w:val="Heading2"/>
      </w:pPr>
      <w:r>
        <w:t>Template: app or subscription product</w:t>
      </w:r>
    </w:p>
    <w:p>
      <w:r>
        <w:rPr>
          <w:b w:val="0"/>
        </w:rPr>
        <w:t>Job title: Performance Marketing Manager, User Acquisition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user acquisition for </w:t>
      </w:r>
      <w:r>
        <w:rPr>
          <w:b/>
        </w:rPr>
        <w:t>[app]</w:t>
      </w:r>
      <w:r>
        <w:rPr>
          <w:b w:val="0"/>
        </w:rPr>
        <w:t xml:space="preserve"> across </w:t>
      </w:r>
      <w:r>
        <w:rPr>
          <w:b/>
        </w:rPr>
        <w:t>[Apple Search Ads / Google App campaigns / Meta / TikTok / ad networks]</w:t>
      </w:r>
      <w:r>
        <w:rPr>
          <w:b w:val="0"/>
        </w:rPr>
        <w:t xml:space="preserve">, managing </w:t>
      </w:r>
      <w:r>
        <w:rPr>
          <w:b/>
        </w:rPr>
        <w:t>[budget]</w:t>
      </w:r>
      <w:r>
        <w:rPr>
          <w:b w:val="0"/>
        </w:rPr>
        <w:t xml:space="preserve"> against </w:t>
      </w:r>
      <w:r>
        <w:rPr>
          <w:b/>
        </w:rPr>
        <w:t>[cost per install / cost per subscriber / day-30 payback]</w:t>
      </w:r>
      <w:r>
        <w:rPr>
          <w:b w:val="0"/>
        </w:rPr>
        <w:t>. You'll work with product and data on onboarding and measurement.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and scale acquisition campaigns by platform and market.</w:t>
      </w:r>
    </w:p>
    <w:p>
      <w:r>
        <w:rPr>
          <w:b w:val="0"/>
        </w:rPr>
        <w:t>- Work with the mobile measurement partner and data team on attribution.</w:t>
      </w:r>
    </w:p>
    <w:p>
      <w:r>
        <w:rPr>
          <w:b w:val="0"/>
        </w:rPr>
        <w:t>- Test creative concepts and app store pages.</w:t>
      </w:r>
    </w:p>
    <w:p>
      <w:r>
        <w:rPr>
          <w:b w:val="0"/>
        </w:rPr>
        <w:t>- Model payback with product and finance.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New subscribers at </w:t>
      </w:r>
      <w:r>
        <w:rPr>
          <w:b/>
        </w:rPr>
        <w:t>[target cost]</w:t>
      </w:r>
    </w:p>
    <w:p>
      <w:r>
        <w:rPr>
          <w:b w:val="0"/>
        </w:rPr>
        <w:t>- Payback within [X] days</w:t>
      </w:r>
    </w:p>
    <w:p>
      <w:pPr>
        <w:pStyle w:val="Heading2"/>
      </w:pPr>
      <w:r>
        <w:t>Template: agency</w:t>
      </w:r>
    </w:p>
    <w:p>
      <w:r>
        <w:rPr>
          <w:b w:val="0"/>
        </w:rPr>
        <w:t xml:space="preserve">- Own the paid media plan and results for </w:t>
      </w:r>
      <w:r>
        <w:rPr>
          <w:b/>
        </w:rPr>
        <w:t>[number]</w:t>
      </w:r>
      <w:r>
        <w:rPr>
          <w:b w:val="0"/>
        </w:rPr>
        <w:t xml:space="preserve"> client accounts.</w:t>
      </w:r>
    </w:p>
    <w:p>
      <w:r>
        <w:rPr>
          <w:b w:val="0"/>
        </w:rPr>
        <w:t xml:space="preserve">- Present results and recommendations to clients each </w:t>
      </w:r>
      <w:r>
        <w:rPr>
          <w:b/>
        </w:rPr>
        <w:t>[week / month]</w:t>
      </w:r>
      <w:r>
        <w:rPr>
          <w:b w:val="0"/>
        </w:rPr>
        <w:t>.</w:t>
      </w:r>
    </w:p>
    <w:p>
      <w:r>
        <w:rPr>
          <w:b w:val="0"/>
        </w:rPr>
        <w:t>- Scope new work and keep accounts to budget and hours.</w:t>
      </w:r>
    </w:p>
    <w:p>
      <w:r>
        <w:rPr>
          <w:b w:val="0"/>
        </w:rPr>
        <w:t xml:space="preserve">- Lead </w:t>
      </w:r>
      <w:r>
        <w:rPr>
          <w:b/>
        </w:rPr>
        <w:t>[specialists / coordinators]</w:t>
      </w:r>
      <w:r>
        <w:rPr>
          <w:b w:val="0"/>
        </w:rPr>
        <w:t xml:space="preserve"> across your accounts.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