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Marketing Technologist: The Martech Job and How to Get It</w:t>
      </w:r>
    </w:p>
    <w:p>
      <w:r>
        <w:t>Templates from https://knowtheroom.ai/career-guides/marketing-technologist/ · Replace everything in [brackets].</w:t>
      </w:r>
    </w:p>
    <w:p>
      <w:pPr>
        <w:pStyle w:val="Heading2"/>
      </w:pPr>
      <w:r>
        <w:t>Marketing technologist job description</w:t>
      </w:r>
    </w:p>
    <w:p>
      <w:r>
        <w:rPr>
          <w:b w:val="0"/>
        </w:rPr>
        <w:t xml:space="preserve">Job title: Marketing Technologist </w:t>
      </w:r>
      <w:r>
        <w:rPr>
          <w:b/>
        </w:rPr>
        <w:t>[or Martech Manager]</w:t>
      </w:r>
    </w:p>
    <w:p/>
    <w:p>
      <w:r>
        <w:rPr>
          <w:b w:val="0"/>
        </w:rPr>
        <w:t xml:space="preserve">About </w:t>
      </w:r>
      <w:r>
        <w:rPr>
          <w:b/>
        </w:rPr>
        <w:t>[Company]</w:t>
      </w:r>
    </w:p>
    <w:p>
      <w:r>
        <w:rPr>
          <w:b/>
        </w:rPr>
        <w:t>[Two sentences: who you are and the size of the marketing team the role supports.]</w:t>
      </w:r>
    </w:p>
    <w:p/>
    <w:p>
      <w:r>
        <w:rPr>
          <w:b w:val="0"/>
        </w:rPr>
        <w:t>About the role</w:t>
      </w:r>
    </w:p>
    <w:p>
      <w:r>
        <w:rPr>
          <w:b w:val="0"/>
        </w:rPr>
        <w:t xml:space="preserve">We're hiring a Marketing Technologist to own our marketing technology stack, including </w:t>
      </w:r>
      <w:r>
        <w:rPr>
          <w:b/>
        </w:rPr>
        <w:t>[CRM]</w:t>
      </w:r>
      <w:r>
        <w:rPr>
          <w:b w:val="0"/>
        </w:rPr>
        <w:t xml:space="preserve">, </w:t>
      </w:r>
      <w:r>
        <w:rPr>
          <w:b/>
        </w:rPr>
        <w:t>[marketing automation / email platform]</w:t>
      </w:r>
      <w:r>
        <w:rPr>
          <w:b w:val="0"/>
        </w:rPr>
        <w:t xml:space="preserve">, </w:t>
      </w:r>
      <w:r>
        <w:rPr>
          <w:b/>
        </w:rPr>
        <w:t>[analytics]</w:t>
      </w:r>
      <w:r>
        <w:rPr>
          <w:b w:val="0"/>
        </w:rPr>
        <w:t xml:space="preserve">, </w:t>
      </w:r>
      <w:r>
        <w:rPr>
          <w:b/>
        </w:rPr>
        <w:t>[tag manager]</w:t>
      </w:r>
      <w:r>
        <w:rPr>
          <w:b w:val="0"/>
        </w:rPr>
        <w:t xml:space="preserve">, </w:t>
      </w:r>
      <w:r>
        <w:rPr>
          <w:b/>
        </w:rPr>
        <w:t>[consent management]</w:t>
      </w:r>
      <w:r>
        <w:rPr>
          <w:b w:val="0"/>
        </w:rPr>
        <w:t xml:space="preserve"> and </w:t>
      </w:r>
      <w:r>
        <w:rPr>
          <w:b/>
        </w:rPr>
        <w:t>[other tools]</w:t>
      </w:r>
      <w:r>
        <w:rPr>
          <w:b w:val="0"/>
        </w:rPr>
        <w:t xml:space="preserve">. You'll make sure our tools work together, our data is trustworthy and our marketers can get the most from them. You'll report to </w:t>
      </w:r>
      <w:r>
        <w:rPr>
          <w:b/>
        </w:rPr>
        <w:t>[title]</w:t>
      </w:r>
      <w:r>
        <w:rPr>
          <w:b w:val="0"/>
        </w:rPr>
        <w:t>.</w:t>
      </w:r>
    </w:p>
    <w:p/>
    <w:p>
      <w:r>
        <w:rPr>
          <w:b w:val="0"/>
        </w:rPr>
        <w:t>What you'll do</w:t>
      </w:r>
    </w:p>
    <w:p>
      <w:r>
        <w:rPr>
          <w:b w:val="0"/>
        </w:rPr>
        <w:t xml:space="preserve">- Administer and configure </w:t>
      </w:r>
      <w:r>
        <w:rPr>
          <w:b/>
        </w:rPr>
        <w:t>[tools]</w:t>
      </w:r>
      <w:r>
        <w:rPr>
          <w:b w:val="0"/>
        </w:rPr>
        <w:t>, including users, permissions, fields and settings.</w:t>
      </w:r>
    </w:p>
    <w:p>
      <w:r>
        <w:rPr>
          <w:b w:val="0"/>
        </w:rPr>
        <w:t xml:space="preserve">- Build and maintain integrations between </w:t>
      </w:r>
      <w:r>
        <w:rPr>
          <w:b/>
        </w:rPr>
        <w:t>[systems]</w:t>
      </w:r>
      <w:r>
        <w:rPr>
          <w:b w:val="0"/>
        </w:rPr>
        <w:t>, and fix sync errors.</w:t>
      </w:r>
    </w:p>
    <w:p>
      <w:r>
        <w:rPr>
          <w:b w:val="0"/>
        </w:rPr>
        <w:t xml:space="preserve">- Own tracking and tagging standards: </w:t>
      </w:r>
      <w:r>
        <w:rPr>
          <w:b/>
        </w:rPr>
        <w:t>[tag manager]</w:t>
      </w:r>
      <w:r>
        <w:rPr>
          <w:b w:val="0"/>
        </w:rPr>
        <w:t>, conversion events and UTM conventions.</w:t>
      </w:r>
    </w:p>
    <w:p>
      <w:r>
        <w:rPr>
          <w:b w:val="0"/>
        </w:rPr>
        <w:t xml:space="preserve">- Keep marketing data accurate and well defined, working with </w:t>
      </w:r>
      <w:r>
        <w:rPr>
          <w:b/>
        </w:rPr>
        <w:t>[data / sales operations]</w:t>
      </w:r>
      <w:r>
        <w:rPr>
          <w:b w:val="0"/>
        </w:rPr>
        <w:t>.</w:t>
      </w:r>
    </w:p>
    <w:p>
      <w:r>
        <w:rPr>
          <w:b w:val="0"/>
        </w:rPr>
        <w:t>- Evaluate and recommend new tools; manage vendor relationships and renewals.</w:t>
      </w:r>
    </w:p>
    <w:p>
      <w:r>
        <w:rPr>
          <w:b w:val="0"/>
        </w:rPr>
        <w:t xml:space="preserve">- Partner with </w:t>
      </w:r>
      <w:r>
        <w:rPr>
          <w:b/>
        </w:rPr>
        <w:t>[IT / security / legal]</w:t>
      </w:r>
      <w:r>
        <w:rPr>
          <w:b w:val="0"/>
        </w:rPr>
        <w:t xml:space="preserve"> on access, privacy and consent.</w:t>
      </w:r>
    </w:p>
    <w:p>
      <w:r>
        <w:rPr>
          <w:b w:val="0"/>
        </w:rPr>
        <w:t>- Document processes and train the marketing team.</w:t>
      </w:r>
    </w:p>
    <w:p/>
    <w:p>
      <w:r>
        <w:rPr>
          <w:b w:val="0"/>
        </w:rPr>
        <w:t>What you'll bring</w:t>
      </w:r>
    </w:p>
    <w:p>
      <w:r>
        <w:rPr>
          <w:b w:val="0"/>
        </w:rPr>
        <w:t>- [X]+ years in marketing operations, marketing automation, web or data roles.</w:t>
      </w:r>
    </w:p>
    <w:p>
      <w:r>
        <w:rPr>
          <w:b w:val="0"/>
        </w:rPr>
        <w:t xml:space="preserve">- Admin experience with </w:t>
      </w:r>
      <w:r>
        <w:rPr>
          <w:b/>
        </w:rPr>
        <w:t>[CRM]</w:t>
      </w:r>
      <w:r>
        <w:rPr>
          <w:b w:val="0"/>
        </w:rPr>
        <w:t xml:space="preserve"> and </w:t>
      </w:r>
      <w:r>
        <w:rPr>
          <w:b/>
        </w:rPr>
        <w:t>[automation platform]</w:t>
      </w:r>
      <w:r>
        <w:rPr>
          <w:b w:val="0"/>
        </w:rPr>
        <w:t>.</w:t>
      </w:r>
    </w:p>
    <w:p>
      <w:r>
        <w:rPr>
          <w:b w:val="0"/>
        </w:rPr>
        <w:t xml:space="preserve">- Working knowledge of APIs, webhooks or integration tools such as </w:t>
      </w:r>
      <w:r>
        <w:rPr>
          <w:b/>
        </w:rPr>
        <w:t>[tool]</w:t>
      </w:r>
      <w:r>
        <w:rPr>
          <w:b w:val="0"/>
        </w:rPr>
        <w:t>.</w:t>
      </w:r>
    </w:p>
    <w:p>
      <w:r>
        <w:rPr>
          <w:b w:val="0"/>
        </w:rPr>
        <w:t>- Comfortable with tracking: tag managers, analytics events and attribution basics.</w:t>
      </w:r>
    </w:p>
    <w:p>
      <w:r>
        <w:rPr>
          <w:b w:val="0"/>
        </w:rPr>
        <w:t>- Clear communicator who can explain technical issues to marketers.</w:t>
      </w:r>
    </w:p>
    <w:p/>
    <w:p>
      <w:r>
        <w:rPr>
          <w:b w:val="0"/>
        </w:rPr>
        <w:t>How we'll measure success</w:t>
      </w:r>
    </w:p>
    <w:p>
      <w:r>
        <w:rPr>
          <w:b w:val="0"/>
        </w:rPr>
        <w:t xml:space="preserve">- </w:t>
      </w:r>
      <w:r>
        <w:rPr>
          <w:b/>
        </w:rPr>
        <w:t>[Metric 1: e.g. integration errors resolved within an agreed time]</w:t>
      </w:r>
    </w:p>
    <w:p>
      <w:r>
        <w:rPr>
          <w:b w:val="0"/>
        </w:rPr>
        <w:t xml:space="preserve">- </w:t>
      </w:r>
      <w:r>
        <w:rPr>
          <w:b/>
        </w:rPr>
        <w:t>[Metric 2: e.g. tracking coverage across key campaigns]</w:t>
      </w:r>
    </w:p>
    <w:p>
      <w:r>
        <w:rPr>
          <w:b w:val="0"/>
        </w:rPr>
        <w:t xml:space="preserve">- </w:t>
      </w:r>
      <w:r>
        <w:rPr>
          <w:b/>
        </w:rPr>
        <w:t>[Metric 3: e.g. tool adoption and satisfaction across the team]</w:t>
      </w:r>
    </w:p>
    <w:p/>
    <w:p>
      <w:r>
        <w:rPr>
          <w:b w:val="0"/>
        </w:rPr>
        <w:t>Pay and benefits</w:t>
      </w:r>
    </w:p>
    <w:p>
      <w:r>
        <w:rPr>
          <w:b/>
        </w:rPr>
        <w:t>[Salary range]</w:t>
      </w:r>
      <w:r>
        <w:rPr>
          <w:b w:val="0"/>
        </w:rPr>
        <w:t xml:space="preserve">, </w:t>
      </w:r>
      <w:r>
        <w:rPr>
          <w:b/>
        </w:rPr>
        <w:t>[benefits]</w:t>
      </w:r>
      <w:r>
        <w:rPr>
          <w:b w:val="0"/>
        </w:rPr>
        <w:t xml:space="preserve">, </w:t>
      </w:r>
      <w:r>
        <w:rPr>
          <w:b/>
        </w:rPr>
        <w:t>[location / hybrid / remote]</w:t>
      </w:r>
      <w:r>
        <w:rPr>
          <w:b w:val="0"/>
        </w:rPr>
        <w:t>.</w:t>
      </w:r>
    </w:p>
    <w:p>
      <w:pPr>
        <w:pStyle w:val="Heading2"/>
      </w:pPr>
      <w:r>
        <w:t>Skills and tools</w:t>
      </w:r>
    </w:p>
    <w:p>
      <w:r>
        <w:rPr>
          <w:b w:val="0"/>
        </w:rPr>
        <w:t xml:space="preserve">Connected </w:t>
      </w:r>
      <w:r>
        <w:rPr>
          <w:b/>
        </w:rPr>
        <w:t>[tool A]</w:t>
      </w:r>
      <w:r>
        <w:rPr>
          <w:b w:val="0"/>
        </w:rPr>
        <w:t xml:space="preserve"> and </w:t>
      </w:r>
      <w:r>
        <w:rPr>
          <w:b/>
        </w:rPr>
        <w:t>[tool B]</w:t>
      </w:r>
      <w:r>
        <w:rPr>
          <w:b w:val="0"/>
        </w:rPr>
        <w:t xml:space="preserve"> for </w:t>
      </w:r>
      <w:r>
        <w:rPr>
          <w:b/>
        </w:rPr>
        <w:t>[team]</w:t>
      </w:r>
      <w:r>
        <w:rPr>
          <w:b w:val="0"/>
        </w:rPr>
        <w:t xml:space="preserve">; removed </w:t>
      </w:r>
      <w:r>
        <w:rPr>
          <w:b/>
        </w:rPr>
        <w:t>[hours or steps]</w:t>
      </w:r>
      <w:r>
        <w:rPr>
          <w:b w:val="0"/>
        </w:rPr>
        <w:t xml:space="preserve"> of manual work each week and cut </w:t>
      </w:r>
      <w:r>
        <w:rPr>
          <w:b/>
        </w:rPr>
        <w:t>[lead routing / sync]</w:t>
      </w:r>
      <w:r>
        <w:rPr>
          <w:b w:val="0"/>
        </w:rPr>
        <w:t xml:space="preserve"> errors from [x] to [y].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