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Specialist Resume: Examples, Summary and Skills</w:t>
      </w:r>
    </w:p>
    <w:p>
      <w:r>
        <w:t>Templates from https://knowtheroom.ai/career-guides/marketing-specialist-resume/ · Replace everything in [brackets].</w:t>
      </w:r>
    </w:p>
    <w:p>
      <w:pPr>
        <w:pStyle w:val="Heading2"/>
      </w:pPr>
      <w:r>
        <w:t>How do you write a marketing specialist resume summary?</w:t>
      </w:r>
    </w:p>
    <w:p>
      <w:r>
        <w:rPr>
          <w:b/>
        </w:rPr>
        <w:t>[Email / paid social / SEO / content]</w:t>
      </w:r>
      <w:r>
        <w:rPr>
          <w:b w:val="0"/>
        </w:rPr>
        <w:t xml:space="preserve"> marketing specialist with </w:t>
      </w:r>
      <w:r>
        <w:rPr>
          <w:b/>
        </w:rPr>
        <w:t>[number]</w:t>
      </w:r>
      <w:r>
        <w:rPr>
          <w:b w:val="0"/>
        </w:rPr>
        <w:t xml:space="preserve"> years at </w:t>
      </w:r>
      <w:r>
        <w:rPr>
          <w:b/>
        </w:rPr>
        <w:t>[kind of company: a DTC brand, a B2B SaaS company, an agency]</w:t>
      </w:r>
      <w:r>
        <w:rPr>
          <w:b w:val="0"/>
        </w:rPr>
        <w:t xml:space="preserve">. Built and ran </w:t>
      </w:r>
      <w:r>
        <w:rPr>
          <w:b/>
        </w:rPr>
        <w:t>[program or channel]</w:t>
      </w:r>
      <w:r>
        <w:rPr>
          <w:b w:val="0"/>
        </w:rPr>
        <w:t xml:space="preserve">, growing </w:t>
      </w:r>
      <w:r>
        <w:rPr>
          <w:b/>
        </w:rPr>
        <w:t>[metric]</w:t>
      </w:r>
      <w:r>
        <w:rPr>
          <w:b w:val="0"/>
        </w:rPr>
        <w:t xml:space="preserve"> from [x] to [y] in </w:t>
      </w:r>
      <w:r>
        <w:rPr>
          <w:b/>
        </w:rPr>
        <w:t>[time]</w:t>
      </w:r>
      <w:r>
        <w:rPr>
          <w:b w:val="0"/>
        </w:rPr>
        <w:t>.</w:t>
      </w:r>
    </w:p>
    <w:p>
      <w:pPr>
        <w:pStyle w:val="Heading2"/>
      </w:pPr>
      <w:r>
        <w:t>How do you write a marketing specialist resume summary?</w:t>
      </w:r>
    </w:p>
    <w:p>
      <w:r>
        <w:rPr>
          <w:b w:val="0"/>
        </w:rPr>
        <w:t xml:space="preserve">Digital marketing specialist who runs </w:t>
      </w:r>
      <w:r>
        <w:rPr>
          <w:b/>
        </w:rPr>
        <w:t>[channels]</w:t>
      </w:r>
      <w:r>
        <w:rPr>
          <w:b w:val="0"/>
        </w:rPr>
        <w:t xml:space="preserve"> day to day: </w:t>
      </w:r>
      <w:r>
        <w:rPr>
          <w:b/>
        </w:rPr>
        <w:t>[campaign builds / testing / reporting]</w:t>
      </w:r>
      <w:r>
        <w:rPr>
          <w:b w:val="0"/>
        </w:rPr>
        <w:t xml:space="preserve">. Most recent result: </w:t>
      </w:r>
      <w:r>
        <w:rPr>
          <w:b/>
        </w:rPr>
        <w:t>[result with a number]</w:t>
      </w:r>
      <w:r>
        <w:rPr>
          <w:b w:val="0"/>
        </w:rPr>
        <w:t xml:space="preserve"> on a $</w:t>
      </w:r>
      <w:r>
        <w:rPr>
          <w:b/>
        </w:rPr>
        <w:t>[budget]</w:t>
      </w:r>
      <w:r>
        <w:rPr>
          <w:b w:val="0"/>
        </w:rPr>
        <w:t xml:space="preserve"> monthly budget.</w:t>
      </w:r>
    </w:p>
    <w:p>
      <w:pPr>
        <w:pStyle w:val="Heading2"/>
      </w:pPr>
      <w:r>
        <w:t>Digital marketing specialist</w:t>
      </w:r>
    </w:p>
    <w:p>
      <w:r>
        <w:rPr>
          <w:b w:val="0"/>
        </w:rPr>
        <w:t xml:space="preserve">- Built and managed </w:t>
      </w:r>
      <w:r>
        <w:rPr>
          <w:b/>
        </w:rPr>
        <w:t>[number]</w:t>
      </w:r>
      <w:r>
        <w:rPr>
          <w:b w:val="0"/>
        </w:rPr>
        <w:t xml:space="preserve"> paid social campaigns on </w:t>
      </w:r>
      <w:r>
        <w:rPr>
          <w:b/>
        </w:rPr>
        <w:t>[Meta / TikTok / LinkedIn]</w:t>
      </w:r>
      <w:r>
        <w:rPr>
          <w:b w:val="0"/>
        </w:rPr>
        <w:t xml:space="preserve"> with a $</w:t>
      </w:r>
      <w:r>
        <w:rPr>
          <w:b/>
        </w:rPr>
        <w:t>[budget]</w:t>
      </w:r>
      <w:r>
        <w:rPr>
          <w:b w:val="0"/>
        </w:rPr>
        <w:t xml:space="preserve"> monthly budget, lowering cost per </w:t>
      </w:r>
      <w:r>
        <w:rPr>
          <w:b/>
        </w:rPr>
        <w:t>[lead / purchase]</w:t>
      </w:r>
      <w:r>
        <w:rPr>
          <w:b w:val="0"/>
        </w:rPr>
        <w:t xml:space="preserve"> from $[x] to $[y].</w:t>
      </w:r>
    </w:p>
    <w:p>
      <w:r>
        <w:rPr>
          <w:b w:val="0"/>
        </w:rPr>
        <w:t xml:space="preserve">- Ran </w:t>
      </w:r>
      <w:r>
        <w:rPr>
          <w:b/>
        </w:rPr>
        <w:t>[number]</w:t>
      </w:r>
      <w:r>
        <w:rPr>
          <w:b w:val="0"/>
        </w:rPr>
        <w:t xml:space="preserve"> landing page tests a quarter, raising conversion rate from [x]% to [y]%.</w:t>
      </w:r>
    </w:p>
    <w:p>
      <w:r>
        <w:rPr>
          <w:b w:val="0"/>
        </w:rPr>
        <w:t xml:space="preserve">- Set up </w:t>
      </w:r>
      <w:r>
        <w:rPr>
          <w:b/>
        </w:rPr>
        <w:t>[GA4 / tracking]</w:t>
      </w:r>
      <w:r>
        <w:rPr>
          <w:b w:val="0"/>
        </w:rPr>
        <w:t xml:space="preserve"> for </w:t>
      </w:r>
      <w:r>
        <w:rPr>
          <w:b/>
        </w:rPr>
        <w:t>[site or campaign]</w:t>
      </w:r>
      <w:r>
        <w:rPr>
          <w:b w:val="0"/>
        </w:rPr>
        <w:t xml:space="preserve">, so the team could report </w:t>
      </w:r>
      <w:r>
        <w:rPr>
          <w:b/>
        </w:rPr>
        <w:t>[metric]</w:t>
      </w:r>
      <w:r>
        <w:rPr>
          <w:b w:val="0"/>
        </w:rPr>
        <w:t xml:space="preserve"> by channel for the first time.</w:t>
      </w:r>
    </w:p>
    <w:p>
      <w:pPr>
        <w:pStyle w:val="Heading2"/>
      </w:pPr>
      <w:r>
        <w:t>Email marketing specialist</w:t>
      </w:r>
    </w:p>
    <w:p>
      <w:r>
        <w:rPr>
          <w:b w:val="0"/>
        </w:rPr>
        <w:t xml:space="preserve">- Built </w:t>
      </w:r>
      <w:r>
        <w:rPr>
          <w:b/>
        </w:rPr>
        <w:t>[number]</w:t>
      </w:r>
      <w:r>
        <w:rPr>
          <w:b w:val="0"/>
        </w:rPr>
        <w:t xml:space="preserve"> automated flows in </w:t>
      </w:r>
      <w:r>
        <w:rPr>
          <w:b/>
        </w:rPr>
        <w:t>[Klaviyo / HubSpot / Braze]</w:t>
      </w:r>
      <w:r>
        <w:rPr>
          <w:b w:val="0"/>
        </w:rPr>
        <w:t xml:space="preserve">, including </w:t>
      </w:r>
      <w:r>
        <w:rPr>
          <w:b/>
        </w:rPr>
        <w:t>[welcome / abandoned cart / win-back]</w:t>
      </w:r>
      <w:r>
        <w:rPr>
          <w:b w:val="0"/>
        </w:rPr>
        <w:t xml:space="preserve">, adding </w:t>
      </w:r>
      <w:r>
        <w:rPr>
          <w:b/>
        </w:rPr>
        <w:t>[result: revenue, orders, reactivated users]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Segmented a list of </w:t>
      </w:r>
      <w:r>
        <w:rPr>
          <w:b/>
        </w:rPr>
        <w:t>[size]</w:t>
      </w:r>
      <w:r>
        <w:rPr>
          <w:b w:val="0"/>
        </w:rPr>
        <w:t xml:space="preserve"> by </w:t>
      </w:r>
      <w:r>
        <w:rPr>
          <w:b/>
        </w:rPr>
        <w:t>[behavior / lifecycle stage]</w:t>
      </w:r>
      <w:r>
        <w:rPr>
          <w:b w:val="0"/>
        </w:rPr>
        <w:t>, lifting click rate from [x]% to [y]%.</w:t>
      </w:r>
    </w:p>
    <w:p>
      <w:r>
        <w:rPr>
          <w:b w:val="0"/>
        </w:rPr>
        <w:t xml:space="preserve">- Cleaned and re-permissioned </w:t>
      </w:r>
      <w:r>
        <w:rPr>
          <w:b/>
        </w:rPr>
        <w:t>[number]</w:t>
      </w:r>
      <w:r>
        <w:rPr>
          <w:b w:val="0"/>
        </w:rPr>
        <w:t xml:space="preserve"> contacts, improving deliverability and cutting bounce rate to [x]%.</w:t>
      </w:r>
    </w:p>
    <w:p>
      <w:pPr>
        <w:pStyle w:val="Heading2"/>
      </w:pPr>
      <w:r>
        <w:t>Content or SEO specialist</w:t>
      </w:r>
    </w:p>
    <w:p>
      <w:r>
        <w:rPr>
          <w:b w:val="0"/>
        </w:rPr>
        <w:t xml:space="preserve">- Wrote and optimized </w:t>
      </w:r>
      <w:r>
        <w:rPr>
          <w:b/>
        </w:rPr>
        <w:t>[number]</w:t>
      </w:r>
      <w:r>
        <w:rPr>
          <w:b w:val="0"/>
        </w:rPr>
        <w:t xml:space="preserve"> articles a month targeting </w:t>
      </w:r>
      <w:r>
        <w:rPr>
          <w:b/>
        </w:rPr>
        <w:t>[topic area]</w:t>
      </w:r>
      <w:r>
        <w:rPr>
          <w:b w:val="0"/>
        </w:rPr>
        <w:t xml:space="preserve">, growing organic sessions from [x] to [y]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Refreshed </w:t>
      </w:r>
      <w:r>
        <w:rPr>
          <w:b/>
        </w:rPr>
        <w:t>[number]</w:t>
      </w:r>
      <w:r>
        <w:rPr>
          <w:b w:val="0"/>
        </w:rPr>
        <w:t xml:space="preserve"> older pages that had lost rankings, recovering </w:t>
      </w:r>
      <w:r>
        <w:rPr>
          <w:b/>
        </w:rPr>
        <w:t>[traffic or positions]</w:t>
      </w:r>
      <w:r>
        <w:rPr>
          <w:b w:val="0"/>
        </w:rPr>
        <w:t xml:space="preserve"> within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Produced </w:t>
      </w:r>
      <w:r>
        <w:rPr>
          <w:b/>
        </w:rPr>
        <w:t>[number]</w:t>
      </w:r>
      <w:r>
        <w:rPr>
          <w:b w:val="0"/>
        </w:rPr>
        <w:t xml:space="preserve"> </w:t>
      </w:r>
      <w:r>
        <w:rPr>
          <w:b/>
        </w:rPr>
        <w:t>[case studies / guides / videos]</w:t>
      </w:r>
      <w:r>
        <w:rPr>
          <w:b w:val="0"/>
        </w:rPr>
        <w:t xml:space="preserve"> that sales used in </w:t>
      </w:r>
      <w:r>
        <w:rPr>
          <w:b/>
        </w:rPr>
        <w:t>[number]</w:t>
      </w:r>
      <w:r>
        <w:rPr>
          <w:b w:val="0"/>
        </w:rPr>
        <w:t xml:space="preserve"> deals.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