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Resume: Structure, Bullet Formulas and Examples by Level</w:t>
      </w:r>
    </w:p>
    <w:p>
      <w:r>
        <w:t>Templates from https://knowtheroom.ai/career-guides/marketing-resume/ · Replace everything in [brackets].</w:t>
      </w:r>
    </w:p>
    <w:p>
      <w:pPr>
        <w:pStyle w:val="Heading2"/>
      </w:pPr>
      <w:r>
        <w:t>Marketing resume template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URL]</w:t>
      </w:r>
    </w:p>
    <w:p/>
    <w:p>
      <w:r>
        <w:rPr>
          <w:b w:val="0"/>
        </w:rPr>
        <w:t>SUMMARY</w:t>
      </w:r>
    </w:p>
    <w:p>
      <w:r>
        <w:rPr>
          <w:b/>
        </w:rPr>
        <w:t>[Title you're targeting]</w:t>
      </w:r>
      <w:r>
        <w:rPr>
          <w:b w:val="0"/>
        </w:rPr>
        <w:t xml:space="preserve"> with </w:t>
      </w:r>
      <w:r>
        <w:rPr>
          <w:b/>
        </w:rPr>
        <w:t>[years or level]</w:t>
      </w:r>
      <w:r>
        <w:rPr>
          <w:b w:val="0"/>
        </w:rPr>
        <w:t xml:space="preserve"> in </w:t>
      </w:r>
      <w:r>
        <w:rPr>
          <w:b/>
        </w:rPr>
        <w:t>[channels or specialty]</w:t>
      </w:r>
      <w:r>
        <w:rPr>
          <w:b w:val="0"/>
        </w:rPr>
        <w:t xml:space="preserve">. </w:t>
      </w:r>
      <w:r>
        <w:rPr>
          <w:b/>
        </w:rPr>
        <w:t>[One result with a number and timeframe]</w:t>
      </w:r>
      <w:r>
        <w:rPr>
          <w:b w:val="0"/>
        </w:rPr>
        <w:t xml:space="preserve">. Known for </w:t>
      </w:r>
      <w:r>
        <w:rPr>
          <w:b/>
        </w:rPr>
        <w:t>[one strength the posting asks for]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/>
        </w:rPr>
        <w:t>[Job 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[Start month year]</w:t>
      </w:r>
      <w:r>
        <w:rPr>
          <w:b w:val="0"/>
        </w:rPr>
        <w:t xml:space="preserve"> to </w:t>
      </w:r>
      <w:r>
        <w:rPr>
          <w:b/>
        </w:rPr>
        <w:t>[End month year or Present]</w:t>
      </w:r>
    </w:p>
    <w:p>
      <w:r>
        <w:rPr>
          <w:b w:val="0"/>
        </w:rPr>
        <w:t xml:space="preserve">- </w:t>
      </w:r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 for </w:t>
      </w:r>
      <w:r>
        <w:rPr>
          <w:b/>
        </w:rPr>
        <w:t>[channel or audience]</w:t>
      </w:r>
      <w:r>
        <w:rPr>
          <w:b w:val="0"/>
        </w:rPr>
        <w:t xml:space="preserve">, </w:t>
      </w:r>
      <w:r>
        <w:rPr>
          <w:b/>
        </w:rPr>
        <w:t>[result with number]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/>
        </w:rPr>
        <w:t>[Job 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[Bullet]</w:t>
      </w:r>
    </w:p>
    <w:p>
      <w:r>
        <w:rPr>
          <w:b w:val="0"/>
        </w:rPr>
        <w:t xml:space="preserve">- </w:t>
      </w:r>
      <w:r>
        <w:rPr>
          <w:b/>
        </w:rPr>
        <w:t>[Bullet]</w:t>
      </w:r>
    </w:p>
    <w:p/>
    <w:p>
      <w:r>
        <w:rPr>
          <w:b w:val="0"/>
        </w:rPr>
        <w:t>SKILLS AND TOOLS</w:t>
      </w:r>
    </w:p>
    <w:p>
      <w:r>
        <w:rPr>
          <w:b w:val="0"/>
        </w:rPr>
        <w:t xml:space="preserve">Channels: </w:t>
      </w:r>
      <w:r>
        <w:rPr>
          <w:b/>
        </w:rPr>
        <w:t>[e.g. paid social, email, SEO]</w:t>
      </w:r>
    </w:p>
    <w:p>
      <w:r>
        <w:rPr>
          <w:b w:val="0"/>
        </w:rPr>
        <w:t xml:space="preserve">Tools: </w:t>
      </w:r>
      <w:r>
        <w:rPr>
          <w:b/>
        </w:rPr>
        <w:t>[e.g. Google Analytics, Meta Ads Manager, HubSpot]</w:t>
      </w:r>
    </w:p>
    <w:p>
      <w:r>
        <w:rPr>
          <w:b w:val="0"/>
        </w:rPr>
        <w:t xml:space="preserve">Analysis: </w:t>
      </w:r>
      <w:r>
        <w:rPr>
          <w:b/>
        </w:rPr>
        <w:t>[e.g. Excel, SQL, Looker Studio]</w:t>
      </w:r>
    </w:p>
    <w:p/>
    <w:p>
      <w:r>
        <w:rPr>
          <w:b w:val="0"/>
        </w:rPr>
        <w:t>EDUCATION AND CERTIFICATIONS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, </w:t>
      </w:r>
      <w:r>
        <w:rPr>
          <w:b/>
        </w:rPr>
        <w:t>[Year]</w:t>
      </w:r>
      <w:r>
        <w:rPr>
          <w:b w:val="0"/>
        </w:rPr>
        <w:t xml:space="preserve"> · </w:t>
      </w:r>
      <w:r>
        <w:rPr>
          <w:b/>
        </w:rPr>
        <w:t>[Certification]</w:t>
      </w:r>
      <w:r>
        <w:rPr>
          <w:b w:val="0"/>
        </w:rPr>
        <w:t xml:space="preserve">, </w:t>
      </w:r>
      <w:r>
        <w:rPr>
          <w:b/>
        </w:rPr>
        <w:t>[Issuer]</w:t>
      </w:r>
      <w:r>
        <w:rPr>
          <w:b w:val="0"/>
        </w:rPr>
        <w:t xml:space="preserve">, </w:t>
      </w:r>
      <w:r>
        <w:rPr>
          <w:b/>
        </w:rPr>
        <w:t>[Year]</w:t>
      </w:r>
    </w:p>
    <w:p>
      <w:pPr>
        <w:pStyle w:val="Heading2"/>
      </w:pPr>
      <w:r>
        <w:t>How do you write a marketing resume summary?</w:t>
      </w:r>
    </w:p>
    <w:p>
      <w:r>
        <w:rPr>
          <w:b/>
        </w:rPr>
        <w:t>[Role title]</w:t>
      </w:r>
      <w:r>
        <w:rPr>
          <w:b w:val="0"/>
        </w:rPr>
        <w:t xml:space="preserve">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[area: e.g. paid social, B2B content, brand]</w:t>
      </w:r>
      <w:r>
        <w:rPr>
          <w:b w:val="0"/>
        </w:rPr>
        <w:t xml:space="preserve">. </w:t>
      </w:r>
      <w:r>
        <w:rPr>
          <w:b/>
        </w:rPr>
        <w:t>[One result with a number and context]</w:t>
      </w:r>
      <w:r>
        <w:rPr>
          <w:b w:val="0"/>
        </w:rPr>
        <w:t xml:space="preserve">. Strongest in </w:t>
      </w:r>
      <w:r>
        <w:rPr>
          <w:b/>
        </w:rPr>
        <w:t>[one or two specific skills the posting asks for]</w:t>
      </w:r>
      <w:r>
        <w:rPr>
          <w:b w:val="0"/>
        </w:rPr>
        <w:t>.</w:t>
      </w:r>
    </w:p>
    <w:p>
      <w:pPr>
        <w:pStyle w:val="Heading2"/>
      </w:pPr>
      <w:r>
        <w:t>How do you write a marketing resume summary?</w:t>
      </w:r>
    </w:p>
    <w:p>
      <w:r>
        <w:rPr>
          <w:b w:val="0"/>
        </w:rPr>
        <w:t xml:space="preserve">Brand marketing manager with [x] years in consumer packaged goods. Led the </w:t>
      </w:r>
      <w:r>
        <w:rPr>
          <w:b/>
        </w:rPr>
        <w:t>[product]</w:t>
      </w:r>
      <w:r>
        <w:rPr>
          <w:b w:val="0"/>
        </w:rPr>
        <w:t xml:space="preserve"> relaunch that grew household penetration from [x]% to [y]% in </w:t>
      </w:r>
      <w:r>
        <w:rPr>
          <w:b/>
        </w:rPr>
        <w:t>[period]</w:t>
      </w:r>
      <w:r>
        <w:rPr>
          <w:b w:val="0"/>
        </w:rPr>
        <w:t>. Strongest in positioning, agency management and brand tracking.</w:t>
      </w:r>
    </w:p>
    <w:p>
      <w:pPr>
        <w:pStyle w:val="Heading2"/>
      </w:pPr>
      <w:r>
        <w:t>Entry level and internships</w:t>
      </w:r>
    </w:p>
    <w:p>
      <w:r>
        <w:rPr>
          <w:b w:val="0"/>
        </w:rPr>
        <w:t xml:space="preserve">- Ran Instagram and TikTok for </w:t>
      </w:r>
      <w:r>
        <w:rPr>
          <w:b/>
        </w:rPr>
        <w:t>[club / business]</w:t>
      </w:r>
      <w:r>
        <w:rPr>
          <w:b w:val="0"/>
        </w:rPr>
        <w:t xml:space="preserve"> for </w:t>
      </w:r>
      <w:r>
        <w:rPr>
          <w:b/>
        </w:rPr>
        <w:t>[months]</w:t>
      </w:r>
      <w:r>
        <w:rPr>
          <w:b w:val="0"/>
        </w:rPr>
        <w:t xml:space="preserve">; grew followers from [x] to [y] and filled </w:t>
      </w:r>
      <w:r>
        <w:rPr>
          <w:b/>
        </w:rPr>
        <w:t>[number]</w:t>
      </w:r>
      <w:r>
        <w:rPr>
          <w:b w:val="0"/>
        </w:rPr>
        <w:t xml:space="preserve"> events through posts and stories.</w:t>
      </w:r>
    </w:p>
    <w:p>
      <w:r>
        <w:rPr>
          <w:b w:val="0"/>
        </w:rPr>
        <w:t xml:space="preserve">- Wrote </w:t>
      </w:r>
      <w:r>
        <w:rPr>
          <w:b/>
        </w:rPr>
        <w:t>[number]</w:t>
      </w:r>
      <w:r>
        <w:rPr>
          <w:b w:val="0"/>
        </w:rPr>
        <w:t xml:space="preserve"> blog posts for </w:t>
      </w:r>
      <w:r>
        <w:rPr>
          <w:b/>
        </w:rPr>
        <w:t>[company]</w:t>
      </w:r>
      <w:r>
        <w:rPr>
          <w:b w:val="0"/>
        </w:rPr>
        <w:t xml:space="preserve"> during a </w:t>
      </w:r>
      <w:r>
        <w:rPr>
          <w:b/>
        </w:rPr>
        <w:t>[season]</w:t>
      </w:r>
      <w:r>
        <w:rPr>
          <w:b w:val="0"/>
        </w:rPr>
        <w:t xml:space="preserve"> internship; </w:t>
      </w:r>
      <w:r>
        <w:rPr>
          <w:b/>
        </w:rPr>
        <w:t>[post]</w:t>
      </w:r>
      <w:r>
        <w:rPr>
          <w:b w:val="0"/>
        </w:rPr>
        <w:t xml:space="preserve"> became the site's </w:t>
      </w:r>
      <w:r>
        <w:rPr>
          <w:b/>
        </w:rPr>
        <w:t>[rank or metric]</w:t>
      </w:r>
      <w:r>
        <w:rPr>
          <w:b w:val="0"/>
        </w:rPr>
        <w:t xml:space="preserve"> by </w:t>
      </w:r>
      <w:r>
        <w:rPr>
          <w:b/>
        </w:rPr>
        <w:t>[period]</w:t>
      </w:r>
      <w:r>
        <w:rPr>
          <w:b w:val="0"/>
        </w:rPr>
        <w:t>.</w:t>
      </w:r>
    </w:p>
    <w:p>
      <w:r>
        <w:rPr>
          <w:b w:val="0"/>
        </w:rPr>
        <w:t xml:space="preserve">- Built a weekly social performance report in Google Sheets used by the </w:t>
      </w:r>
      <w:r>
        <w:rPr>
          <w:b/>
        </w:rPr>
        <w:t>[team]</w:t>
      </w:r>
      <w:r>
        <w:rPr>
          <w:b w:val="0"/>
        </w:rPr>
        <w:t xml:space="preserve"> to choose which posts to boost.</w:t>
      </w:r>
    </w:p>
    <w:p>
      <w:r>
        <w:rPr>
          <w:b w:val="0"/>
        </w:rPr>
        <w:t xml:space="preserve">- Researched </w:t>
      </w:r>
      <w:r>
        <w:rPr>
          <w:b/>
        </w:rPr>
        <w:t>[number]</w:t>
      </w:r>
      <w:r>
        <w:rPr>
          <w:b w:val="0"/>
        </w:rPr>
        <w:t xml:space="preserve"> competitors for the </w:t>
      </w:r>
      <w:r>
        <w:rPr>
          <w:b/>
        </w:rPr>
        <w:t>[product]</w:t>
      </w:r>
      <w:r>
        <w:rPr>
          <w:b w:val="0"/>
        </w:rPr>
        <w:t xml:space="preserve"> launch and summarized messaging gaps in a deck presented to the </w:t>
      </w:r>
      <w:r>
        <w:rPr>
          <w:b/>
        </w:rPr>
        <w:t>[team / director]</w:t>
      </w:r>
      <w:r>
        <w:rPr>
          <w:b w:val="0"/>
        </w:rPr>
        <w:t>.</w:t>
      </w:r>
    </w:p>
    <w:p>
      <w:pPr>
        <w:pStyle w:val="Heading2"/>
      </w:pPr>
      <w:r>
        <w:t>Coordinator and specialist</w:t>
      </w:r>
    </w:p>
    <w:p>
      <w:r>
        <w:rPr>
          <w:b w:val="0"/>
        </w:rPr>
        <w:t xml:space="preserve">- Managed day-to-day Google Ads and Meta campaigns with </w:t>
      </w:r>
      <w:r>
        <w:rPr>
          <w:b/>
        </w:rPr>
        <w:t>[$ amount]</w:t>
      </w:r>
      <w:r>
        <w:rPr>
          <w:b w:val="0"/>
        </w:rPr>
        <w:t xml:space="preserve"> monthly spend; cut cost per lead from </w:t>
      </w:r>
      <w:r>
        <w:rPr>
          <w:b/>
        </w:rPr>
        <w:t>[$x]</w:t>
      </w:r>
      <w:r>
        <w:rPr>
          <w:b w:val="0"/>
        </w:rPr>
        <w:t xml:space="preserve"> to </w:t>
      </w:r>
      <w:r>
        <w:rPr>
          <w:b/>
        </w:rPr>
        <w:t>[$y]</w:t>
      </w:r>
      <w:r>
        <w:rPr>
          <w:b w:val="0"/>
        </w:rPr>
        <w:t xml:space="preserve"> in </w:t>
      </w:r>
      <w:r>
        <w:rPr>
          <w:b/>
        </w:rPr>
        <w:t>[period]</w:t>
      </w:r>
      <w:r>
        <w:rPr>
          <w:b w:val="0"/>
        </w:rPr>
        <w:t xml:space="preserve"> by restructuring audiences.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email flows in Klaviyo (welcome, abandoned cart, win-back); flows grew from [x]% to [y]% of email revenue in </w:t>
      </w:r>
      <w:r>
        <w:rPr>
          <w:b/>
        </w:rPr>
        <w:t>[period]</w:t>
      </w:r>
      <w:r>
        <w:rPr>
          <w:b w:val="0"/>
        </w:rPr>
        <w:t>.</w:t>
      </w:r>
    </w:p>
    <w:p>
      <w:r>
        <w:rPr>
          <w:b w:val="0"/>
        </w:rPr>
        <w:t xml:space="preserve">- Coordinated </w:t>
      </w:r>
      <w:r>
        <w:rPr>
          <w:b/>
        </w:rPr>
        <w:t>[number]</w:t>
      </w:r>
      <w:r>
        <w:rPr>
          <w:b w:val="0"/>
        </w:rPr>
        <w:t xml:space="preserve"> product launches a year across </w:t>
      </w:r>
      <w:r>
        <w:rPr>
          <w:b/>
        </w:rPr>
        <w:t>[channels]</w:t>
      </w:r>
      <w:r>
        <w:rPr>
          <w:b w:val="0"/>
        </w:rPr>
        <w:t xml:space="preserve">, keeping </w:t>
      </w:r>
      <w:r>
        <w:rPr>
          <w:b/>
        </w:rPr>
        <w:t>[agencies / teams]</w:t>
      </w:r>
      <w:r>
        <w:rPr>
          <w:b w:val="0"/>
        </w:rPr>
        <w:t xml:space="preserve"> on schedule and briefs on time.</w:t>
      </w:r>
    </w:p>
    <w:p>
      <w:r>
        <w:rPr>
          <w:b w:val="0"/>
        </w:rPr>
        <w:t xml:space="preserve">- Improved </w:t>
      </w:r>
      <w:r>
        <w:rPr>
          <w:b/>
        </w:rPr>
        <w:t>[number]</w:t>
      </w:r>
      <w:r>
        <w:rPr>
          <w:b w:val="0"/>
        </w:rPr>
        <w:t xml:space="preserve"> key pages for search; organic sessions to those pages rose [x]% in </w:t>
      </w:r>
      <w:r>
        <w:rPr>
          <w:b/>
        </w:rPr>
        <w:t>[period]</w:t>
      </w:r>
      <w:r>
        <w:rPr>
          <w:b w:val="0"/>
        </w:rPr>
        <w:t xml:space="preserve"> (Search Console).</w:t>
      </w:r>
    </w:p>
    <w:p>
      <w:pPr>
        <w:pStyle w:val="Heading2"/>
      </w:pPr>
      <w:r>
        <w:t>Manager</w:t>
      </w:r>
    </w:p>
    <w:p>
      <w:r>
        <w:rPr>
          <w:b w:val="0"/>
        </w:rPr>
        <w:t xml:space="preserve">- Owned the </w:t>
      </w:r>
      <w:r>
        <w:rPr>
          <w:b/>
        </w:rPr>
        <w:t>[channel / brand / segment]</w:t>
      </w:r>
      <w:r>
        <w:rPr>
          <w:b w:val="0"/>
        </w:rPr>
        <w:t xml:space="preserve"> plan and </w:t>
      </w:r>
      <w:r>
        <w:rPr>
          <w:b/>
        </w:rPr>
        <w:t>[$ amount]</w:t>
      </w:r>
      <w:r>
        <w:rPr>
          <w:b w:val="0"/>
        </w:rPr>
        <w:t xml:space="preserve"> budget; grew </w:t>
      </w:r>
      <w:r>
        <w:rPr>
          <w:b/>
        </w:rPr>
        <w:t>[metric]</w:t>
      </w:r>
      <w:r>
        <w:rPr>
          <w:b w:val="0"/>
        </w:rPr>
        <w:t xml:space="preserve"> [x]% year over year against a target of [y]%.</w:t>
      </w:r>
    </w:p>
    <w:p>
      <w:r>
        <w:rPr>
          <w:b w:val="0"/>
        </w:rPr>
        <w:t xml:space="preserve">- Led the </w:t>
      </w:r>
      <w:r>
        <w:rPr>
          <w:b/>
        </w:rPr>
        <w:t>[campaign]</w:t>
      </w:r>
      <w:r>
        <w:rPr>
          <w:b w:val="0"/>
        </w:rPr>
        <w:t xml:space="preserve"> from brief to launch with </w:t>
      </w:r>
      <w:r>
        <w:rPr>
          <w:b/>
        </w:rPr>
        <w:t>[agency]</w:t>
      </w:r>
      <w:r>
        <w:rPr>
          <w:b w:val="0"/>
        </w:rPr>
        <w:t xml:space="preserve">; </w:t>
      </w:r>
      <w:r>
        <w:rPr>
          <w:b/>
        </w:rPr>
        <w:t>[result: awareness, consideration, sales]</w:t>
      </w:r>
      <w:r>
        <w:rPr>
          <w:b w:val="0"/>
        </w:rPr>
        <w:t xml:space="preserve"> measured by </w:t>
      </w:r>
      <w:r>
        <w:rPr>
          <w:b/>
        </w:rPr>
        <w:t>[source]</w:t>
      </w:r>
      <w:r>
        <w:rPr>
          <w:b w:val="0"/>
        </w:rPr>
        <w:t>.</w:t>
      </w:r>
    </w:p>
    <w:p>
      <w:r>
        <w:rPr>
          <w:b w:val="0"/>
        </w:rPr>
        <w:t xml:space="preserve">- Built a testing roadmap that ran </w:t>
      </w:r>
      <w:r>
        <w:rPr>
          <w:b/>
        </w:rPr>
        <w:t>[number]</w:t>
      </w:r>
      <w:r>
        <w:rPr>
          <w:b w:val="0"/>
        </w:rPr>
        <w:t xml:space="preserve"> tests in </w:t>
      </w:r>
      <w:r>
        <w:rPr>
          <w:b/>
        </w:rPr>
        <w:t>[period]</w:t>
      </w:r>
      <w:r>
        <w:rPr>
          <w:b w:val="0"/>
        </w:rPr>
        <w:t xml:space="preserve">; </w:t>
      </w:r>
      <w:r>
        <w:rPr>
          <w:b/>
        </w:rPr>
        <w:t>[number]</w:t>
      </w:r>
      <w:r>
        <w:rPr>
          <w:b w:val="0"/>
        </w:rPr>
        <w:t xml:space="preserve"> winners lifted </w:t>
      </w:r>
      <w:r>
        <w:rPr>
          <w:b/>
        </w:rPr>
        <w:t>[metric]</w:t>
      </w:r>
      <w:r>
        <w:rPr>
          <w:b w:val="0"/>
        </w:rPr>
        <w:t xml:space="preserve"> by a combined [x]%.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direct reports and </w:t>
      </w:r>
      <w:r>
        <w:rPr>
          <w:b/>
        </w:rPr>
        <w:t>[number]</w:t>
      </w:r>
      <w:r>
        <w:rPr>
          <w:b w:val="0"/>
        </w:rPr>
        <w:t xml:space="preserve"> freelancers; promoted </w:t>
      </w:r>
      <w:r>
        <w:rPr>
          <w:b/>
        </w:rPr>
        <w:t>[number]</w:t>
      </w:r>
      <w:r>
        <w:rPr>
          <w:b w:val="0"/>
        </w:rPr>
        <w:t xml:space="preserve"> team members.</w:t>
      </w:r>
    </w:p>
    <w:p>
      <w:pPr>
        <w:pStyle w:val="Heading2"/>
      </w:pPr>
      <w:r>
        <w:t>Director and VP</w:t>
      </w:r>
    </w:p>
    <w:p>
      <w:r>
        <w:rPr>
          <w:b w:val="0"/>
        </w:rPr>
        <w:t xml:space="preserve">- Set the </w:t>
      </w:r>
      <w:r>
        <w:rPr>
          <w:b/>
        </w:rPr>
        <w:t>[brand / growth / product marketing]</w:t>
      </w:r>
      <w:r>
        <w:rPr>
          <w:b w:val="0"/>
        </w:rPr>
        <w:t xml:space="preserve"> strategy for </w:t>
      </w:r>
      <w:r>
        <w:rPr>
          <w:b/>
        </w:rPr>
        <w:t>[business or region]</w:t>
      </w:r>
      <w:r>
        <w:rPr>
          <w:b w:val="0"/>
        </w:rPr>
        <w:t xml:space="preserve">, growing </w:t>
      </w:r>
      <w:r>
        <w:rPr>
          <w:b/>
        </w:rPr>
        <w:t>[revenue / share / pipeline]</w:t>
      </w:r>
      <w:r>
        <w:rPr>
          <w:b w:val="0"/>
        </w:rPr>
        <w:t xml:space="preserve"> from [x] to [y] over </w:t>
      </w:r>
      <w:r>
        <w:rPr>
          <w:b/>
        </w:rPr>
        <w:t>[period]</w:t>
      </w:r>
      <w:r>
        <w:rPr>
          <w:b w:val="0"/>
        </w:rPr>
        <w:t>.</w:t>
      </w:r>
    </w:p>
    <w:p>
      <w:r>
        <w:rPr>
          <w:b w:val="0"/>
        </w:rPr>
        <w:t xml:space="preserve">- Rebuilt the marketing team from [x] to [y] people across </w:t>
      </w:r>
      <w:r>
        <w:rPr>
          <w:b/>
        </w:rPr>
        <w:t>[functions]</w:t>
      </w:r>
      <w:r>
        <w:rPr>
          <w:b w:val="0"/>
        </w:rPr>
        <w:t xml:space="preserve">; </w:t>
      </w:r>
      <w:r>
        <w:rPr>
          <w:b/>
        </w:rPr>
        <w:t>[result: speed, output, retention]</w:t>
      </w:r>
      <w:r>
        <w:rPr>
          <w:b w:val="0"/>
        </w:rPr>
        <w:t>.</w:t>
      </w:r>
    </w:p>
    <w:p>
      <w:r>
        <w:rPr>
          <w:b w:val="0"/>
        </w:rPr>
        <w:t xml:space="preserve">- Shifted [x]% of budget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based on </w:t>
      </w:r>
      <w:r>
        <w:rPr>
          <w:b/>
        </w:rPr>
        <w:t>[measurement approach]</w:t>
      </w:r>
      <w:r>
        <w:rPr>
          <w:b w:val="0"/>
        </w:rPr>
        <w:t xml:space="preserve">; </w:t>
      </w:r>
      <w:r>
        <w:rPr>
          <w:b/>
        </w:rPr>
        <w:t>[efficiency or growth result]</w:t>
      </w:r>
      <w:r>
        <w:rPr>
          <w:b w:val="0"/>
        </w:rPr>
        <w:t>.</w:t>
      </w:r>
    </w:p>
    <w:p>
      <w:r>
        <w:rPr>
          <w:b w:val="0"/>
        </w:rPr>
        <w:t xml:space="preserve">- Partnered with </w:t>
      </w:r>
      <w:r>
        <w:rPr>
          <w:b/>
        </w:rPr>
        <w:t>[sales / product / finance]</w:t>
      </w:r>
      <w:r>
        <w:rPr>
          <w:b w:val="0"/>
        </w:rPr>
        <w:t xml:space="preserve"> to </w:t>
      </w:r>
      <w:r>
        <w:rPr>
          <w:b/>
        </w:rPr>
        <w:t>[outcome]</w:t>
      </w:r>
      <w:r>
        <w:rPr>
          <w:b w:val="0"/>
        </w:rPr>
        <w:t xml:space="preserve">, presenting quarterly to </w:t>
      </w:r>
      <w:r>
        <w:rPr>
          <w:b/>
        </w:rPr>
        <w:t>[leadership / board]</w:t>
      </w:r>
      <w:r>
        <w:rPr>
          <w:b w:val="0"/>
        </w:rPr>
        <w:t>.</w:t>
      </w:r>
    </w:p>
    <w:p>
      <w:pPr>
        <w:pStyle w:val="Heading2"/>
      </w:pPr>
      <w:r>
        <w:t>CMO</w:t>
      </w:r>
    </w:p>
    <w:p>
      <w:r>
        <w:rPr>
          <w:b w:val="0"/>
        </w:rPr>
        <w:t xml:space="preserve">- Led marketing for </w:t>
      </w:r>
      <w:r>
        <w:rPr>
          <w:b/>
        </w:rPr>
        <w:t>[company type / size]</w:t>
      </w:r>
      <w:r>
        <w:rPr>
          <w:b w:val="0"/>
        </w:rPr>
        <w:t xml:space="preserve">, reporting to the CEO; </w:t>
      </w:r>
      <w:r>
        <w:rPr>
          <w:b/>
        </w:rPr>
        <w:t>[revenue, share or brand result]</w:t>
      </w:r>
      <w:r>
        <w:rPr>
          <w:b w:val="0"/>
        </w:rPr>
        <w:t xml:space="preserve"> over </w:t>
      </w:r>
      <w:r>
        <w:rPr>
          <w:b/>
        </w:rPr>
        <w:t>[period]</w:t>
      </w:r>
      <w:r>
        <w:rPr>
          <w:b w:val="0"/>
        </w:rPr>
        <w:t>.</w:t>
      </w:r>
    </w:p>
    <w:p>
      <w:r>
        <w:rPr>
          <w:b w:val="0"/>
        </w:rPr>
        <w:t xml:space="preserve">- Repositioned </w:t>
      </w:r>
      <w:r>
        <w:rPr>
          <w:b/>
        </w:rPr>
        <w:t>[brand]</w:t>
      </w:r>
      <w:r>
        <w:rPr>
          <w:b w:val="0"/>
        </w:rPr>
        <w:t xml:space="preserve"> for </w:t>
      </w:r>
      <w:r>
        <w:rPr>
          <w:b/>
        </w:rPr>
        <w:t>[new audience or category]</w:t>
      </w:r>
      <w:r>
        <w:rPr>
          <w:b w:val="0"/>
        </w:rPr>
        <w:t xml:space="preserve">; </w:t>
      </w:r>
      <w:r>
        <w:rPr>
          <w:b/>
        </w:rPr>
        <w:t>[measured outcome: consideration, pricing power, share of search]</w:t>
      </w:r>
      <w:r>
        <w:rPr>
          <w:b w:val="0"/>
        </w:rPr>
        <w:t>.</w:t>
      </w:r>
    </w:p>
    <w:p>
      <w:r>
        <w:rPr>
          <w:b w:val="0"/>
        </w:rPr>
        <w:t xml:space="preserve">- Built the marketing function from [x] to [y] people and </w:t>
      </w:r>
      <w:r>
        <w:rPr>
          <w:b/>
        </w:rPr>
        <w:t>[$ budget]</w:t>
      </w:r>
      <w:r>
        <w:rPr>
          <w:b w:val="0"/>
        </w:rPr>
        <w:t xml:space="preserve">, including </w:t>
      </w:r>
      <w:r>
        <w:rPr>
          <w:b/>
        </w:rPr>
        <w:t>[new capability: performance, brand, insights]</w:t>
      </w:r>
      <w:r>
        <w:rPr>
          <w:b w:val="0"/>
        </w:rPr>
        <w:t>.</w:t>
      </w:r>
    </w:p>
    <w:p>
      <w:r>
        <w:rPr>
          <w:b w:val="0"/>
        </w:rPr>
        <w:t xml:space="preserve">- Introduced </w:t>
      </w:r>
      <w:r>
        <w:rPr>
          <w:b/>
        </w:rPr>
        <w:t>[measurement: brand tracking, MMM, incrementality testing]</w:t>
      </w:r>
      <w:r>
        <w:rPr>
          <w:b w:val="0"/>
        </w:rPr>
        <w:t>, changing how the board evaluates marketing.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