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Project Manager: Job Description, Skills and How to Become One</w:t>
      </w:r>
    </w:p>
    <w:p>
      <w:r>
        <w:t>Templates from https://knowtheroom.ai/career-guides/marketing-project-manager/ · Replace everything in [brackets].</w:t>
      </w:r>
    </w:p>
    <w:p>
      <w:pPr>
        <w:pStyle w:val="Heading2"/>
      </w:pPr>
      <w:r>
        <w:t>Marketing project manager job description</w:t>
      </w:r>
    </w:p>
    <w:p>
      <w:r>
        <w:rPr>
          <w:b w:val="0"/>
        </w:rPr>
        <w:t>Job title: Marketing Project Manager</w:t>
      </w:r>
    </w:p>
    <w:p/>
    <w:p>
      <w:r>
        <w:rPr>
          <w:b w:val="0"/>
        </w:rPr>
        <w:t xml:space="preserve">About </w:t>
      </w:r>
      <w:r>
        <w:rPr>
          <w:b/>
        </w:rPr>
        <w:t>[Company or Agency]</w:t>
      </w:r>
    </w:p>
    <w:p>
      <w:r>
        <w:rPr>
          <w:b/>
        </w:rPr>
        <w:t>[Two sentences: what you do and what the marketing or creative team makes.]</w:t>
      </w:r>
    </w:p>
    <w:p/>
    <w:p>
      <w:r>
        <w:rPr>
          <w:b w:val="0"/>
        </w:rPr>
        <w:t>About the role</w:t>
      </w:r>
    </w:p>
    <w:p>
      <w:r>
        <w:rPr>
          <w:b w:val="0"/>
        </w:rPr>
        <w:t xml:space="preserve">We're hiring a Marketing Project Manager to plan and run </w:t>
      </w:r>
      <w:r>
        <w:rPr>
          <w:b/>
        </w:rPr>
        <w:t>[campaigns / product launches / content and creative production]</w:t>
      </w:r>
      <w:r>
        <w:rPr>
          <w:b w:val="0"/>
        </w:rPr>
        <w:t xml:space="preserve"> for </w:t>
      </w:r>
      <w:r>
        <w:rPr>
          <w:b/>
        </w:rPr>
        <w:t>[teams or clients]</w:t>
      </w:r>
      <w:r>
        <w:rPr>
          <w:b w:val="0"/>
        </w:rPr>
        <w:t xml:space="preserve">. You'll keep </w:t>
      </w:r>
      <w:r>
        <w:rPr>
          <w:b/>
        </w:rPr>
        <w:t>[number]</w:t>
      </w:r>
      <w:r>
        <w:rPr>
          <w:b w:val="0"/>
        </w:rPr>
        <w:t xml:space="preserve"> projects moving at once, from brief to launch, and report to </w:t>
      </w:r>
      <w:r>
        <w:rPr>
          <w:b/>
        </w:rPr>
        <w:t>[title]</w:t>
      </w:r>
      <w:r>
        <w:rPr>
          <w:b w:val="0"/>
        </w:rPr>
        <w:t>.</w:t>
      </w:r>
    </w:p>
    <w:p/>
    <w:p>
      <w:r>
        <w:rPr>
          <w:b w:val="0"/>
        </w:rPr>
        <w:t>What you'll do</w:t>
      </w:r>
    </w:p>
    <w:p>
      <w:r>
        <w:rPr>
          <w:b w:val="0"/>
        </w:rPr>
        <w:t>- Turn requests and briefs into scoped plans with timelines, owners and budgets.</w:t>
      </w:r>
    </w:p>
    <w:p>
      <w:r>
        <w:rPr>
          <w:b w:val="0"/>
        </w:rPr>
        <w:t xml:space="preserve">- Manage schedules in </w:t>
      </w:r>
      <w:r>
        <w:rPr>
          <w:b/>
        </w:rPr>
        <w:t>[Asana / Monday.com / Wrike / Workfront / Jira]</w:t>
      </w:r>
      <w:r>
        <w:rPr>
          <w:b w:val="0"/>
        </w:rPr>
        <w:t xml:space="preserve"> and keep them current.</w:t>
      </w:r>
    </w:p>
    <w:p>
      <w:r>
        <w:rPr>
          <w:b w:val="0"/>
        </w:rPr>
        <w:t>- Run kickoffs, status meetings and retrospectives.</w:t>
      </w:r>
    </w:p>
    <w:p>
      <w:r>
        <w:rPr>
          <w:b w:val="0"/>
        </w:rPr>
        <w:t xml:space="preserve">- Route work through review and approval with </w:t>
      </w:r>
      <w:r>
        <w:rPr>
          <w:b/>
        </w:rPr>
        <w:t>[brand / legal / product / clients]</w:t>
      </w:r>
      <w:r>
        <w:rPr>
          <w:b w:val="0"/>
        </w:rPr>
        <w:t>.</w:t>
      </w:r>
    </w:p>
    <w:p>
      <w:r>
        <w:rPr>
          <w:b w:val="0"/>
        </w:rPr>
        <w:t>- Track budgets, agency or freelancer hours and team capacity.</w:t>
      </w:r>
    </w:p>
    <w:p>
      <w:r>
        <w:rPr>
          <w:b w:val="0"/>
        </w:rPr>
        <w:t>- Run the intake process for new requests and help leadership prioritize.</w:t>
      </w:r>
    </w:p>
    <w:p>
      <w:r>
        <w:rPr>
          <w:b w:val="0"/>
        </w:rPr>
        <w:t>- Spot risks early and propose options when timelines or scope change.</w:t>
      </w:r>
    </w:p>
    <w:p/>
    <w:p>
      <w:r>
        <w:rPr>
          <w:b w:val="0"/>
        </w:rPr>
        <w:t>What you'll bring</w:t>
      </w:r>
    </w:p>
    <w:p>
      <w:r>
        <w:rPr>
          <w:b w:val="0"/>
        </w:rPr>
        <w:t>- [X]+ years managing marketing, creative or agency projects.</w:t>
      </w:r>
    </w:p>
    <w:p>
      <w:r>
        <w:rPr>
          <w:b w:val="0"/>
        </w:rPr>
        <w:t>- Experience running several projects at once with fixed launch dates.</w:t>
      </w:r>
    </w:p>
    <w:p>
      <w:r>
        <w:rPr>
          <w:b w:val="0"/>
        </w:rPr>
        <w:t xml:space="preserve">- Hands-on use of </w:t>
      </w:r>
      <w:r>
        <w:rPr>
          <w:b/>
        </w:rPr>
        <w:t>[tool]</w:t>
      </w:r>
      <w:r>
        <w:rPr>
          <w:b w:val="0"/>
        </w:rPr>
        <w:t xml:space="preserve"> or a similar project management platform.</w:t>
      </w:r>
    </w:p>
    <w:p>
      <w:r>
        <w:rPr>
          <w:b w:val="0"/>
        </w:rPr>
        <w:t>- Clear, calm written updates for busy stakeholders.</w:t>
      </w:r>
    </w:p>
    <w:p>
      <w:r>
        <w:rPr>
          <w:b w:val="0"/>
        </w:rPr>
        <w:t>- [Nice to have: CAPM, PMP or Agile certification; experience with creative production.]</w:t>
      </w:r>
    </w:p>
    <w:p/>
    <w:p>
      <w:r>
        <w:rPr>
          <w:b w:val="0"/>
        </w:rPr>
        <w:t>How we'll measure success</w:t>
      </w:r>
    </w:p>
    <w:p>
      <w:r>
        <w:rPr>
          <w:b w:val="0"/>
        </w:rPr>
        <w:t xml:space="preserve">- </w:t>
      </w:r>
      <w:r>
        <w:rPr>
          <w:b/>
        </w:rPr>
        <w:t>[Metric 1: e.g. share of projects launched on the planned date]</w:t>
      </w:r>
    </w:p>
    <w:p>
      <w:r>
        <w:rPr>
          <w:b w:val="0"/>
        </w:rPr>
        <w:t xml:space="preserve">- </w:t>
      </w:r>
      <w:r>
        <w:rPr>
          <w:b/>
        </w:rPr>
        <w:t>[Metric 2: e.g. projects delivered within budget]</w:t>
      </w:r>
    </w:p>
    <w:p>
      <w:r>
        <w:rPr>
          <w:b w:val="0"/>
        </w:rPr>
        <w:t xml:space="preserve">- </w:t>
      </w:r>
      <w:r>
        <w:rPr>
          <w:b/>
        </w:rPr>
        <w:t>[Metric 3: e.g. turnaround time from brief to final approval]</w:t>
      </w:r>
    </w:p>
    <w:p/>
    <w:p>
      <w:r>
        <w:rPr>
          <w:b w:val="0"/>
        </w:rPr>
        <w:t>Pay and benefits</w:t>
      </w:r>
    </w:p>
    <w:p>
      <w:r>
        <w:rPr>
          <w:b/>
        </w:rPr>
        <w:t>[Salary range]</w:t>
      </w:r>
      <w:r>
        <w:rPr>
          <w:b w:val="0"/>
        </w:rPr>
        <w:t xml:space="preserve">, </w:t>
      </w:r>
      <w:r>
        <w:rPr>
          <w:b/>
        </w:rPr>
        <w:t>[benefits]</w:t>
      </w:r>
      <w:r>
        <w:rPr>
          <w:b w:val="0"/>
        </w:rPr>
        <w:t xml:space="preserve">, </w:t>
      </w:r>
      <w:r>
        <w:rPr>
          <w:b/>
        </w:rPr>
        <w:t>[location / hybrid / remote]</w:t>
      </w:r>
      <w:r>
        <w:rPr>
          <w:b w:val="0"/>
        </w:rPr>
        <w:t>.</w:t>
      </w:r>
    </w:p>
    <w:p>
      <w:pPr>
        <w:pStyle w:val="Heading2"/>
      </w:pPr>
      <w:r>
        <w:t>Skills and tools</w:t>
      </w:r>
    </w:p>
    <w:p>
      <w:r>
        <w:rPr>
          <w:b w:val="0"/>
        </w:rPr>
        <w:t xml:space="preserve">Ran </w:t>
      </w:r>
      <w:r>
        <w:rPr>
          <w:b/>
        </w:rPr>
        <w:t>[number]</w:t>
      </w:r>
      <w:r>
        <w:rPr>
          <w:b w:val="0"/>
        </w:rPr>
        <w:t xml:space="preserve"> concurrent </w:t>
      </w:r>
      <w:r>
        <w:rPr>
          <w:b/>
        </w:rPr>
        <w:t>[campaigns / launches / content projects]</w:t>
      </w:r>
      <w:r>
        <w:rPr>
          <w:b w:val="0"/>
        </w:rPr>
        <w:t xml:space="preserve"> for </w:t>
      </w:r>
      <w:r>
        <w:rPr>
          <w:b/>
        </w:rPr>
        <w:t>[teams or clients]</w:t>
      </w:r>
      <w:r>
        <w:rPr>
          <w:b w:val="0"/>
        </w:rPr>
        <w:t xml:space="preserve">, introducing </w:t>
      </w:r>
      <w:r>
        <w:rPr>
          <w:b/>
        </w:rPr>
        <w:t>[process or tool change]</w:t>
      </w:r>
      <w:r>
        <w:rPr>
          <w:b w:val="0"/>
        </w:rPr>
        <w:t xml:space="preserve"> that cut brief-to-launch time from [X] to [Y] weeks.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