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Marketing Operations Manager Job Description: Templates by Level and Focus</w:t>
      </w:r>
    </w:p>
    <w:p>
      <w:r>
        <w:t>Templates from https://knowtheroom.ai/career-guides/marketing-operations-manager-job-description/ · Replace everything in [brackets].</w:t>
      </w:r>
    </w:p>
    <w:p>
      <w:pPr>
        <w:pStyle w:val="Heading2"/>
      </w:pPr>
      <w:r>
        <w:t>Marketing operations manager job description template</w:t>
      </w:r>
    </w:p>
    <w:p>
      <w:r>
        <w:rPr>
          <w:b w:val="0"/>
        </w:rPr>
        <w:t>Job title: Marketing Operations Manager</w:t>
      </w:r>
    </w:p>
    <w:p/>
    <w:p>
      <w:r>
        <w:rPr>
          <w:b w:val="0"/>
        </w:rPr>
        <w:t xml:space="preserve">About </w:t>
      </w:r>
      <w:r>
        <w:rPr>
          <w:b/>
        </w:rPr>
        <w:t>[Company]</w:t>
      </w:r>
    </w:p>
    <w:p>
      <w:r>
        <w:rPr>
          <w:b/>
        </w:rPr>
        <w:t>[Two sentences: what you sell, to whom, and the size of the marketing and sales teams.]</w:t>
      </w:r>
    </w:p>
    <w:p/>
    <w:p>
      <w:r>
        <w:rPr>
          <w:b w:val="0"/>
        </w:rPr>
        <w:t>About the role</w:t>
      </w:r>
    </w:p>
    <w:p>
      <w:r>
        <w:rPr>
          <w:b w:val="0"/>
        </w:rPr>
        <w:t xml:space="preserve">We're hiring a Marketing Operations Manager to own the systems, data and reporting our marketing team runs on. You'll keep leads flowing cleanly to sales, make our numbers trustworthy and help every campaign launch faster. You'll report to </w:t>
      </w:r>
      <w:r>
        <w:rPr>
          <w:b/>
        </w:rPr>
        <w:t>[title]</w:t>
      </w:r>
      <w:r>
        <w:rPr>
          <w:b w:val="0"/>
        </w:rPr>
        <w:t xml:space="preserve"> and work closely with </w:t>
      </w:r>
      <w:r>
        <w:rPr>
          <w:b/>
        </w:rPr>
        <w:t>[sales operations / revenue operations / analytics]</w:t>
      </w:r>
      <w:r>
        <w:rPr>
          <w:b w:val="0"/>
        </w:rPr>
        <w:t>.</w:t>
      </w:r>
    </w:p>
    <w:p/>
    <w:p>
      <w:r>
        <w:rPr>
          <w:b w:val="0"/>
        </w:rPr>
        <w:t>What you'll do</w:t>
      </w:r>
    </w:p>
    <w:p>
      <w:r>
        <w:rPr>
          <w:b w:val="0"/>
        </w:rPr>
        <w:t xml:space="preserve">- Own our marketing technology stack: </w:t>
      </w:r>
      <w:r>
        <w:rPr>
          <w:b/>
        </w:rPr>
        <w:t>[marketing automation platform]</w:t>
      </w:r>
      <w:r>
        <w:rPr>
          <w:b w:val="0"/>
        </w:rPr>
        <w:t xml:space="preserve">, </w:t>
      </w:r>
      <w:r>
        <w:rPr>
          <w:b/>
        </w:rPr>
        <w:t>[CRM]</w:t>
      </w:r>
      <w:r>
        <w:rPr>
          <w:b w:val="0"/>
        </w:rPr>
        <w:t xml:space="preserve">, </w:t>
      </w:r>
      <w:r>
        <w:rPr>
          <w:b/>
        </w:rPr>
        <w:t>[enrichment, intent or event tools]</w:t>
      </w:r>
      <w:r>
        <w:rPr>
          <w:b w:val="0"/>
        </w:rPr>
        <w:t>. Evaluate, add and retire tools.</w:t>
      </w:r>
    </w:p>
    <w:p>
      <w:r>
        <w:rPr>
          <w:b w:val="0"/>
        </w:rPr>
        <w:t>- Manage lead flow: capture, scoring, routing and the handoff to sales, with agreed definitions for each stage.</w:t>
      </w:r>
    </w:p>
    <w:p>
      <w:r>
        <w:rPr>
          <w:b w:val="0"/>
        </w:rPr>
        <w:t>- Keep data clean: field standards, deduplication, enrichment, consent and preference management.</w:t>
      </w:r>
    </w:p>
    <w:p>
      <w:r>
        <w:rPr>
          <w:b w:val="0"/>
        </w:rPr>
        <w:t>- Set campaign standards: naming, UTM conventions, launch checklists and QA.</w:t>
      </w:r>
    </w:p>
    <w:p>
      <w:r>
        <w:rPr>
          <w:b w:val="0"/>
        </w:rPr>
        <w:t>- Build and maintain dashboards for pipeline, campaign results and marketing spend.</w:t>
      </w:r>
    </w:p>
    <w:p>
      <w:r>
        <w:rPr>
          <w:b w:val="0"/>
        </w:rPr>
        <w:t xml:space="preserve">- Support attribution and reporting with </w:t>
      </w:r>
      <w:r>
        <w:rPr>
          <w:b/>
        </w:rPr>
        <w:t>[analytics / finance / revenue operations]</w:t>
      </w:r>
      <w:r>
        <w:rPr>
          <w:b w:val="0"/>
        </w:rPr>
        <w:t>.</w:t>
      </w:r>
    </w:p>
    <w:p>
      <w:r>
        <w:rPr>
          <w:b w:val="0"/>
        </w:rPr>
        <w:t>- Train marketers on the tools and document how things work.</w:t>
      </w:r>
    </w:p>
    <w:p>
      <w:r>
        <w:rPr>
          <w:b w:val="0"/>
        </w:rPr>
        <w:t xml:space="preserve">- </w:t>
      </w:r>
      <w:r>
        <w:rPr>
          <w:b/>
        </w:rPr>
        <w:t>[Manage a marketing operations specialist / an outside admin or agency.]</w:t>
      </w:r>
    </w:p>
    <w:p/>
    <w:p>
      <w:r>
        <w:rPr>
          <w:b w:val="0"/>
        </w:rPr>
        <w:t>What you'll bring</w:t>
      </w:r>
    </w:p>
    <w:p>
      <w:r>
        <w:rPr>
          <w:b w:val="0"/>
        </w:rPr>
        <w:t>- [X]+ years in marketing operations, marketing automation or sales operations.</w:t>
      </w:r>
    </w:p>
    <w:p>
      <w:r>
        <w:rPr>
          <w:b w:val="0"/>
        </w:rPr>
        <w:t xml:space="preserve">- Hands-on admin experience with </w:t>
      </w:r>
      <w:r>
        <w:rPr>
          <w:b/>
        </w:rPr>
        <w:t>[marketing automation platform]</w:t>
      </w:r>
      <w:r>
        <w:rPr>
          <w:b w:val="0"/>
        </w:rPr>
        <w:t xml:space="preserve"> and </w:t>
      </w:r>
      <w:r>
        <w:rPr>
          <w:b/>
        </w:rPr>
        <w:t>[CRM]</w:t>
      </w:r>
      <w:r>
        <w:rPr>
          <w:b w:val="0"/>
        </w:rPr>
        <w:t>.</w:t>
      </w:r>
    </w:p>
    <w:p>
      <w:r>
        <w:rPr>
          <w:b w:val="0"/>
        </w:rPr>
        <w:t>- Comfort with data: building reports, spotting what's broken and explaining it simply.</w:t>
      </w:r>
    </w:p>
    <w:p>
      <w:r>
        <w:rPr>
          <w:b w:val="0"/>
        </w:rPr>
        <w:t>- Clear process thinking and documentation.</w:t>
      </w:r>
    </w:p>
    <w:p>
      <w:r>
        <w:rPr>
          <w:b w:val="0"/>
        </w:rPr>
        <w:t>- Experience working with sales or revenue operations on shared definitions.</w:t>
      </w:r>
    </w:p>
    <w:p/>
    <w:p>
      <w:r>
        <w:rPr>
          <w:b w:val="0"/>
        </w:rPr>
        <w:t>How we'll measure success</w:t>
      </w:r>
    </w:p>
    <w:p>
      <w:r>
        <w:rPr>
          <w:b w:val="0"/>
        </w:rPr>
        <w:t xml:space="preserve">- [Leads reach the right salesperson within </w:t>
      </w:r>
      <w:r>
        <w:rPr>
          <w:b/>
        </w:rPr>
        <w:t>[time]</w:t>
      </w:r>
      <w:r>
        <w:rPr>
          <w:b w:val="0"/>
        </w:rPr>
        <w:t>, with no manual fixes]</w:t>
      </w:r>
    </w:p>
    <w:p>
      <w:r>
        <w:rPr>
          <w:b w:val="0"/>
        </w:rPr>
        <w:t xml:space="preserve">- </w:t>
      </w:r>
      <w:r>
        <w:rPr>
          <w:b/>
        </w:rPr>
        <w:t>[Leadership uses one pipeline report that marketing and sales both trust]</w:t>
      </w:r>
    </w:p>
    <w:p>
      <w:r>
        <w:rPr>
          <w:b w:val="0"/>
        </w:rPr>
        <w:t>- [Campaign launch time drops from [X] to [Y] days]</w:t>
      </w:r>
    </w:p>
    <w:p>
      <w:r>
        <w:rPr>
          <w:b w:val="0"/>
        </w:rPr>
        <w:t xml:space="preserve">- [Tool spend reviewed and justified each </w:t>
      </w:r>
      <w:r>
        <w:rPr>
          <w:b/>
        </w:rPr>
        <w:t>[quarter / year]</w:t>
      </w:r>
      <w:r>
        <w:rPr>
          <w:b w:val="0"/>
        </w:rPr>
        <w:t>]</w:t>
      </w:r>
    </w:p>
    <w:p/>
    <w:p>
      <w:r>
        <w:rPr>
          <w:b w:val="0"/>
        </w:rPr>
        <w:t>Pay and benefits</w:t>
      </w:r>
    </w:p>
    <w:p>
      <w:r>
        <w:rPr>
          <w:b/>
        </w:rPr>
        <w:t>[Salary range]</w:t>
      </w:r>
      <w:r>
        <w:rPr>
          <w:b w:val="0"/>
        </w:rPr>
        <w:t xml:space="preserve">, </w:t>
      </w:r>
      <w:r>
        <w:rPr>
          <w:b/>
        </w:rPr>
        <w:t>[benefits]</w:t>
      </w:r>
      <w:r>
        <w:rPr>
          <w:b w:val="0"/>
        </w:rPr>
        <w:t xml:space="preserve">, </w:t>
      </w:r>
      <w:r>
        <w:rPr>
          <w:b/>
        </w:rPr>
        <w:t>[location / hybrid / remote]</w:t>
      </w:r>
      <w:r>
        <w:rPr>
          <w:b w:val="0"/>
        </w:rPr>
        <w:t>.</w:t>
      </w:r>
    </w:p>
    <w:p>
      <w:pPr>
        <w:pStyle w:val="Heading2"/>
      </w:pPr>
      <w:r>
        <w:t>Marketing operations specialist job description template</w:t>
      </w:r>
    </w:p>
    <w:p>
      <w:r>
        <w:rPr>
          <w:b w:val="0"/>
        </w:rPr>
        <w:t>Job title: Marketing Operations Specialist</w:t>
      </w:r>
    </w:p>
    <w:p/>
    <w:p>
      <w:r>
        <w:rPr>
          <w:b w:val="0"/>
        </w:rPr>
        <w:t>About the role</w:t>
      </w:r>
    </w:p>
    <w:p>
      <w:r>
        <w:rPr>
          <w:b w:val="0"/>
        </w:rPr>
        <w:t xml:space="preserve">We're looking for a Marketing Operations Specialist to build and run campaigns in </w:t>
      </w:r>
      <w:r>
        <w:rPr>
          <w:b/>
        </w:rPr>
        <w:t>[marketing automation platform]</w:t>
      </w:r>
      <w:r>
        <w:rPr>
          <w:b w:val="0"/>
        </w:rPr>
        <w:t xml:space="preserve"> and keep our marketing data in good shape. You'll be the person marketers come to when they need an email, a form, a list or a landing page built right. You'll report to </w:t>
      </w:r>
      <w:r>
        <w:rPr>
          <w:b/>
        </w:rPr>
        <w:t>[Marketing Operations Manager]</w:t>
      </w:r>
      <w:r>
        <w:rPr>
          <w:b w:val="0"/>
        </w:rPr>
        <w:t>.</w:t>
      </w:r>
    </w:p>
    <w:p/>
    <w:p>
      <w:r>
        <w:rPr>
          <w:b w:val="0"/>
        </w:rPr>
        <w:t>What you'll do</w:t>
      </w:r>
    </w:p>
    <w:p>
      <w:r>
        <w:rPr>
          <w:b w:val="0"/>
        </w:rPr>
        <w:t xml:space="preserve">- Build emails, forms, landing pages, lists and programs in </w:t>
      </w:r>
      <w:r>
        <w:rPr>
          <w:b/>
        </w:rPr>
        <w:t>[platform]</w:t>
      </w:r>
      <w:r>
        <w:rPr>
          <w:b w:val="0"/>
        </w:rPr>
        <w:t>.</w:t>
      </w:r>
    </w:p>
    <w:p>
      <w:r>
        <w:rPr>
          <w:b w:val="0"/>
        </w:rPr>
        <w:t>- QA every launch: links, tracking, segmentation, personalization and suppression lists.</w:t>
      </w:r>
    </w:p>
    <w:p>
      <w:r>
        <w:rPr>
          <w:b w:val="0"/>
        </w:rPr>
        <w:t xml:space="preserve">- Maintain lead scoring and routing rules, and fix sync errors with </w:t>
      </w:r>
      <w:r>
        <w:rPr>
          <w:b/>
        </w:rPr>
        <w:t>[CRM]</w:t>
      </w:r>
      <w:r>
        <w:rPr>
          <w:b w:val="0"/>
        </w:rPr>
        <w:t>.</w:t>
      </w:r>
    </w:p>
    <w:p>
      <w:r>
        <w:rPr>
          <w:b w:val="0"/>
        </w:rPr>
        <w:t>- Clean and import lists, following our data and consent standards.</w:t>
      </w:r>
    </w:p>
    <w:p>
      <w:r>
        <w:rPr>
          <w:b w:val="0"/>
        </w:rPr>
        <w:t>- Pull campaign reports and keep dashboards up to date.</w:t>
      </w:r>
    </w:p>
    <w:p>
      <w:r>
        <w:rPr>
          <w:b w:val="0"/>
        </w:rPr>
        <w:t>- Keep documentation and request processes current.</w:t>
      </w:r>
    </w:p>
    <w:p/>
    <w:p>
      <w:r>
        <w:rPr>
          <w:b w:val="0"/>
        </w:rPr>
        <w:t>What you'll bring</w:t>
      </w:r>
    </w:p>
    <w:p>
      <w:r>
        <w:rPr>
          <w:b w:val="0"/>
        </w:rPr>
        <w:t xml:space="preserve">- </w:t>
      </w:r>
      <w:r>
        <w:rPr>
          <w:b/>
        </w:rPr>
        <w:t>[1 to 3]</w:t>
      </w:r>
      <w:r>
        <w:rPr>
          <w:b w:val="0"/>
        </w:rPr>
        <w:t xml:space="preserve"> years in marketing operations, email marketing or a similar role.</w:t>
      </w:r>
    </w:p>
    <w:p>
      <w:r>
        <w:rPr>
          <w:b w:val="0"/>
        </w:rPr>
        <w:t xml:space="preserve">- Experience in </w:t>
      </w:r>
      <w:r>
        <w:rPr>
          <w:b/>
        </w:rPr>
        <w:t>[platform]</w:t>
      </w:r>
      <w:r>
        <w:rPr>
          <w:b w:val="0"/>
        </w:rPr>
        <w:t xml:space="preserve">; </w:t>
      </w:r>
      <w:r>
        <w:rPr>
          <w:b/>
        </w:rPr>
        <w:t>[certification]</w:t>
      </w:r>
      <w:r>
        <w:rPr>
          <w:b w:val="0"/>
        </w:rPr>
        <w:t xml:space="preserve"> is a plus.</w:t>
      </w:r>
    </w:p>
    <w:p>
      <w:r>
        <w:rPr>
          <w:b w:val="0"/>
        </w:rPr>
        <w:t>- Careful attention to detail and a habit of testing before sending.</w:t>
      </w:r>
    </w:p>
    <w:p>
      <w:r>
        <w:rPr>
          <w:b w:val="0"/>
        </w:rPr>
        <w:t>- Basic HTML and comfort with spreadsheets.</w:t>
      </w:r>
    </w:p>
    <w:p>
      <w:pPr>
        <w:pStyle w:val="Heading2"/>
      </w:pPr>
      <w:r>
        <w:t>Director of marketing operations job description template</w:t>
      </w:r>
    </w:p>
    <w:p>
      <w:r>
        <w:rPr>
          <w:b w:val="0"/>
        </w:rPr>
        <w:t>Job title: Director of Marketing Operations</w:t>
      </w:r>
    </w:p>
    <w:p/>
    <w:p>
      <w:r>
        <w:rPr>
          <w:b w:val="0"/>
        </w:rPr>
        <w:t>About the role</w:t>
      </w:r>
    </w:p>
    <w:p>
      <w:r>
        <w:rPr>
          <w:b w:val="0"/>
        </w:rPr>
        <w:t xml:space="preserve">We're hiring a Director of Marketing Operations to set how our marketing team plans, runs and measures its work. You'll lead a team of </w:t>
      </w:r>
      <w:r>
        <w:rPr>
          <w:b/>
        </w:rPr>
        <w:t>[number]</w:t>
      </w:r>
      <w:r>
        <w:rPr>
          <w:b w:val="0"/>
        </w:rPr>
        <w:t xml:space="preserve">, own the marketing technology budget and partner with </w:t>
      </w:r>
      <w:r>
        <w:rPr>
          <w:b/>
        </w:rPr>
        <w:t>[revenue operations / finance / sales leadership]</w:t>
      </w:r>
      <w:r>
        <w:rPr>
          <w:b w:val="0"/>
        </w:rPr>
        <w:t xml:space="preserve"> on the numbers the business runs on. You'll report to </w:t>
      </w:r>
      <w:r>
        <w:rPr>
          <w:b/>
        </w:rPr>
        <w:t>[CMO / VP of Marketing]</w:t>
      </w:r>
      <w:r>
        <w:rPr>
          <w:b w:val="0"/>
        </w:rPr>
        <w:t>.</w:t>
      </w:r>
    </w:p>
    <w:p/>
    <w:p>
      <w:r>
        <w:rPr>
          <w:b w:val="0"/>
        </w:rPr>
        <w:t>What you'll do</w:t>
      </w:r>
    </w:p>
    <w:p>
      <w:r>
        <w:rPr>
          <w:b w:val="0"/>
        </w:rPr>
        <w:t>- Set the marketing operations roadmap and the operating model: planning, budgeting, campaign process and reporting cadence.</w:t>
      </w:r>
    </w:p>
    <w:p>
      <w:r>
        <w:rPr>
          <w:b w:val="0"/>
        </w:rPr>
        <w:t>- Own the marketing technology strategy and budget, including vendor selection and contracts.</w:t>
      </w:r>
    </w:p>
    <w:p>
      <w:r>
        <w:rPr>
          <w:b w:val="0"/>
        </w:rPr>
        <w:t xml:space="preserve">- Lead and develop a team of </w:t>
      </w:r>
      <w:r>
        <w:rPr>
          <w:b/>
        </w:rPr>
        <w:t>[operations specialists, analysts, automation admins]</w:t>
      </w:r>
      <w:r>
        <w:rPr>
          <w:b w:val="0"/>
        </w:rPr>
        <w:t>.</w:t>
      </w:r>
    </w:p>
    <w:p>
      <w:r>
        <w:rPr>
          <w:b w:val="0"/>
        </w:rPr>
        <w:t>- Define funnel stages, attribution approach and pipeline reporting with revenue operations and finance.</w:t>
      </w:r>
    </w:p>
    <w:p>
      <w:r>
        <w:rPr>
          <w:b w:val="0"/>
        </w:rPr>
        <w:t>- Run marketing's planning and budget tracking with finance.</w:t>
      </w:r>
    </w:p>
    <w:p>
      <w:r>
        <w:rPr>
          <w:b w:val="0"/>
        </w:rPr>
        <w:t>- Make sure data practices meet privacy and consent requirements in our markets.</w:t>
      </w:r>
    </w:p>
    <w:p/>
    <w:p>
      <w:r>
        <w:rPr>
          <w:b w:val="0"/>
        </w:rPr>
        <w:t>What you'll bring</w:t>
      </w:r>
    </w:p>
    <w:p>
      <w:r>
        <w:rPr>
          <w:b w:val="0"/>
        </w:rPr>
        <w:t>- [8]+ years in marketing or revenue operations, with [3]+ years leading a team.</w:t>
      </w:r>
    </w:p>
    <w:p>
      <w:r>
        <w:rPr>
          <w:b w:val="0"/>
        </w:rPr>
        <w:t>- Experience owning a marketing tech budget and choosing vendors.</w:t>
      </w:r>
    </w:p>
    <w:p>
      <w:r>
        <w:rPr>
          <w:b w:val="0"/>
        </w:rPr>
        <w:t>- A record of building reporting that executives use to make decisions.</w:t>
      </w:r>
    </w:p>
    <w:p>
      <w:pPr>
        <w:pStyle w:val="Heading2"/>
      </w:pPr>
      <w:r>
        <w:t>How is marketing ops different at B2B and consumer companies?</w:t>
      </w:r>
    </w:p>
    <w:p>
      <w:r>
        <w:rPr>
          <w:b w:val="0"/>
        </w:rPr>
        <w:t xml:space="preserve">- Manage customer data and segments in </w:t>
      </w:r>
      <w:r>
        <w:rPr>
          <w:b/>
        </w:rPr>
        <w:t>[customer data platform / CRM]</w:t>
      </w:r>
      <w:r>
        <w:rPr>
          <w:b w:val="0"/>
        </w:rPr>
        <w:t>, with clear consent and preference handling.</w:t>
      </w:r>
    </w:p>
    <w:p>
      <w:r>
        <w:rPr>
          <w:b w:val="0"/>
        </w:rPr>
        <w:t>- Run the campaign calendar and intake process across email, SMS, app and paid media.</w:t>
      </w:r>
    </w:p>
    <w:p>
      <w:r>
        <w:rPr>
          <w:b w:val="0"/>
        </w:rPr>
        <w:t>- Set QA and approval steps so launches go out right the first time.</w:t>
      </w:r>
    </w:p>
    <w:p>
      <w:r>
        <w:rPr>
          <w:b w:val="0"/>
        </w:rPr>
        <w:t>- Report on customer-level results: retention, repeat purchase and revenue by campaign.</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