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Marketing Manager Resume: Examples, Summary and Skills</w:t>
      </w:r>
    </w:p>
    <w:p>
      <w:r>
        <w:t>Templates from https://knowtheroom.ai/career-guides/marketing-manager-resume/ · Replace everything in [brackets].</w:t>
      </w:r>
    </w:p>
    <w:p>
      <w:pPr>
        <w:pStyle w:val="Heading2"/>
      </w:pPr>
      <w:r>
        <w:t>How do you write a marketing manager resume summary?</w:t>
      </w:r>
    </w:p>
    <w:p>
      <w:r>
        <w:rPr>
          <w:b w:val="0"/>
        </w:rPr>
        <w:t xml:space="preserve">Marketing manager with </w:t>
      </w:r>
      <w:r>
        <w:rPr>
          <w:b/>
        </w:rPr>
        <w:t>[number]</w:t>
      </w:r>
      <w:r>
        <w:rPr>
          <w:b w:val="0"/>
        </w:rPr>
        <w:t xml:space="preserve"> years running </w:t>
      </w:r>
      <w:r>
        <w:rPr>
          <w:b/>
        </w:rPr>
        <w:t>[type: lifecycle / brand / demand gen / product launch]</w:t>
      </w:r>
      <w:r>
        <w:rPr>
          <w:b w:val="0"/>
        </w:rPr>
        <w:t xml:space="preserve"> programs for </w:t>
      </w:r>
      <w:r>
        <w:rPr>
          <w:b/>
        </w:rPr>
        <w:t>[kind of company: a DTC brand, a B2B SaaS company, a regional retailer]</w:t>
      </w:r>
      <w:r>
        <w:rPr>
          <w:b w:val="0"/>
        </w:rPr>
        <w:t>. Own [scope: a $</w:t>
      </w:r>
      <w:r>
        <w:rPr>
          <w:b/>
        </w:rPr>
        <w:t>[budget]</w:t>
      </w:r>
      <w:r>
        <w:rPr>
          <w:b w:val="0"/>
        </w:rPr>
        <w:t xml:space="preserve"> budget, a team of </w:t>
      </w:r>
      <w:r>
        <w:rPr>
          <w:b/>
        </w:rPr>
        <w:t>[number]</w:t>
      </w:r>
      <w:r>
        <w:rPr>
          <w:b w:val="0"/>
        </w:rPr>
        <w:t xml:space="preserve">, </w:t>
      </w:r>
      <w:r>
        <w:rPr>
          <w:b/>
        </w:rPr>
        <w:t>[channels]</w:t>
      </w:r>
      <w:r>
        <w:rPr>
          <w:b w:val="0"/>
        </w:rPr>
        <w:t xml:space="preserve">] and grew </w:t>
      </w:r>
      <w:r>
        <w:rPr>
          <w:b/>
        </w:rPr>
        <w:t>[metric]</w:t>
      </w:r>
      <w:r>
        <w:rPr>
          <w:b w:val="0"/>
        </w:rPr>
        <w:t xml:space="preserve"> by </w:t>
      </w:r>
      <w:r>
        <w:rPr>
          <w:b/>
        </w:rPr>
        <w:t>[amount]</w:t>
      </w:r>
      <w:r>
        <w:rPr>
          <w:b w:val="0"/>
        </w:rPr>
        <w:t xml:space="preserve"> in </w:t>
      </w:r>
      <w:r>
        <w:rPr>
          <w:b/>
        </w:rPr>
        <w:t>[time]</w:t>
      </w:r>
      <w:r>
        <w:rPr>
          <w:b w:val="0"/>
        </w:rPr>
        <w:t>.</w:t>
      </w:r>
    </w:p>
    <w:p>
      <w:pPr>
        <w:pStyle w:val="Heading2"/>
      </w:pPr>
      <w:r>
        <w:t>How do you write a marketing manager resume summary?</w:t>
      </w:r>
    </w:p>
    <w:p>
      <w:r>
        <w:rPr>
          <w:b/>
        </w:rPr>
        <w:t>[Type]</w:t>
      </w:r>
      <w:r>
        <w:rPr>
          <w:b w:val="0"/>
        </w:rPr>
        <w:t xml:space="preserve"> marketing manager who builds programs from a blank page. Launched </w:t>
      </w:r>
      <w:r>
        <w:rPr>
          <w:b/>
        </w:rPr>
        <w:t>[program]</w:t>
      </w:r>
      <w:r>
        <w:rPr>
          <w:b w:val="0"/>
        </w:rPr>
        <w:t xml:space="preserve"> at </w:t>
      </w:r>
      <w:r>
        <w:rPr>
          <w:b/>
        </w:rPr>
        <w:t>[company]</w:t>
      </w:r>
      <w:r>
        <w:rPr>
          <w:b w:val="0"/>
        </w:rPr>
        <w:t xml:space="preserve">, took it from </w:t>
      </w:r>
      <w:r>
        <w:rPr>
          <w:b/>
        </w:rPr>
        <w:t>[starting point]</w:t>
      </w:r>
      <w:r>
        <w:rPr>
          <w:b w:val="0"/>
        </w:rPr>
        <w:t xml:space="preserve"> to </w:t>
      </w:r>
      <w:r>
        <w:rPr>
          <w:b/>
        </w:rPr>
        <w:t>[result]</w:t>
      </w:r>
      <w:r>
        <w:rPr>
          <w:b w:val="0"/>
        </w:rPr>
        <w:t xml:space="preserve">, and managed </w:t>
      </w:r>
      <w:r>
        <w:rPr>
          <w:b/>
        </w:rPr>
        <w:t>[agency / freelancers / direct reports]</w:t>
      </w:r>
      <w:r>
        <w:rPr>
          <w:b w:val="0"/>
        </w:rPr>
        <w:t xml:space="preserve"> to do it.</w:t>
      </w:r>
    </w:p>
    <w:p>
      <w:pPr>
        <w:pStyle w:val="Heading2"/>
      </w:pPr>
      <w:r>
        <w:t>What makes a strong marketing manager resume bullet?</w:t>
      </w:r>
    </w:p>
    <w:p>
      <w:r>
        <w:rPr>
          <w:b/>
        </w:rPr>
        <w:t>[Action verb]</w:t>
      </w:r>
      <w:r>
        <w:rPr>
          <w:b w:val="0"/>
        </w:rPr>
        <w:t xml:space="preserve"> </w:t>
      </w:r>
      <w:r>
        <w:rPr>
          <w:b/>
        </w:rPr>
        <w:t>[what you owned or changed]</w:t>
      </w:r>
      <w:r>
        <w:rPr>
          <w:b w:val="0"/>
        </w:rPr>
        <w:t xml:space="preserve"> for </w:t>
      </w:r>
      <w:r>
        <w:rPr>
          <w:b/>
        </w:rPr>
        <w:t>[scope: budget, audience, team]</w:t>
      </w:r>
      <w:r>
        <w:rPr>
          <w:b w:val="0"/>
        </w:rPr>
        <w:t xml:space="preserve">, </w:t>
      </w:r>
      <w:r>
        <w:rPr>
          <w:b/>
        </w:rPr>
        <w:t>[result with a number]</w:t>
      </w:r>
      <w:r>
        <w:rPr>
          <w:b w:val="0"/>
        </w:rPr>
        <w:t xml:space="preserve"> in </w:t>
      </w:r>
      <w:r>
        <w:rPr>
          <w:b/>
        </w:rPr>
        <w:t>[time]</w:t>
      </w:r>
      <w:r>
        <w:rPr>
          <w:b w:val="0"/>
        </w:rPr>
        <w:t>.</w:t>
      </w:r>
    </w:p>
    <w:p>
      <w:pPr>
        <w:pStyle w:val="Heading2"/>
      </w:pPr>
      <w:r>
        <w:t>Campaigns and programs</w:t>
      </w:r>
    </w:p>
    <w:p>
      <w:r>
        <w:rPr>
          <w:b w:val="0"/>
        </w:rPr>
        <w:t xml:space="preserve">- Planned and launched </w:t>
      </w:r>
      <w:r>
        <w:rPr>
          <w:b/>
        </w:rPr>
        <w:t>[campaign]</w:t>
      </w:r>
      <w:r>
        <w:rPr>
          <w:b w:val="0"/>
        </w:rPr>
        <w:t xml:space="preserve"> across </w:t>
      </w:r>
      <w:r>
        <w:rPr>
          <w:b/>
        </w:rPr>
        <w:t>[channels]</w:t>
      </w:r>
      <w:r>
        <w:rPr>
          <w:b w:val="0"/>
        </w:rPr>
        <w:t xml:space="preserve"> on a $</w:t>
      </w:r>
      <w:r>
        <w:rPr>
          <w:b/>
        </w:rPr>
        <w:t>[budget]</w:t>
      </w:r>
      <w:r>
        <w:rPr>
          <w:b w:val="0"/>
        </w:rPr>
        <w:t xml:space="preserve"> budget, producing </w:t>
      </w:r>
      <w:r>
        <w:rPr>
          <w:b/>
        </w:rPr>
        <w:t>[result: leads, sales, sign-ups]</w:t>
      </w:r>
      <w:r>
        <w:rPr>
          <w:b w:val="0"/>
        </w:rPr>
        <w:t xml:space="preserve"> at </w:t>
      </w:r>
      <w:r>
        <w:rPr>
          <w:b/>
        </w:rPr>
        <w:t>[cost per result]</w:t>
      </w:r>
      <w:r>
        <w:rPr>
          <w:b w:val="0"/>
        </w:rPr>
        <w:t xml:space="preserve">, </w:t>
      </w:r>
      <w:r>
        <w:rPr>
          <w:b/>
        </w:rPr>
        <w:t>[comparison: below target / down from last year]</w:t>
      </w:r>
      <w:r>
        <w:rPr>
          <w:b w:val="0"/>
        </w:rPr>
        <w:t>.</w:t>
      </w:r>
    </w:p>
    <w:p>
      <w:r>
        <w:rPr>
          <w:b w:val="0"/>
        </w:rPr>
        <w:t xml:space="preserve">- Rebuilt the </w:t>
      </w:r>
      <w:r>
        <w:rPr>
          <w:b/>
        </w:rPr>
        <w:t>[onboarding / win-back / nurture]</w:t>
      </w:r>
      <w:r>
        <w:rPr>
          <w:b w:val="0"/>
        </w:rPr>
        <w:t xml:space="preserve"> program from </w:t>
      </w:r>
      <w:r>
        <w:rPr>
          <w:b/>
        </w:rPr>
        <w:t>[number]</w:t>
      </w:r>
      <w:r>
        <w:rPr>
          <w:b w:val="0"/>
        </w:rPr>
        <w:t xml:space="preserve"> emails to </w:t>
      </w:r>
      <w:r>
        <w:rPr>
          <w:b/>
        </w:rPr>
        <w:t>[number]</w:t>
      </w:r>
      <w:r>
        <w:rPr>
          <w:b w:val="0"/>
        </w:rPr>
        <w:t xml:space="preserve">, lifting </w:t>
      </w:r>
      <w:r>
        <w:rPr>
          <w:b/>
        </w:rPr>
        <w:t>[metric]</w:t>
      </w:r>
      <w:r>
        <w:rPr>
          <w:b w:val="0"/>
        </w:rPr>
        <w:t xml:space="preserve"> from [x] to [y].</w:t>
      </w:r>
    </w:p>
    <w:p>
      <w:r>
        <w:rPr>
          <w:b w:val="0"/>
        </w:rPr>
        <w:t xml:space="preserve">- Ran </w:t>
      </w:r>
      <w:r>
        <w:rPr>
          <w:b/>
        </w:rPr>
        <w:t>[number]</w:t>
      </w:r>
      <w:r>
        <w:rPr>
          <w:b w:val="0"/>
        </w:rPr>
        <w:t xml:space="preserve"> tests on </w:t>
      </w:r>
      <w:r>
        <w:rPr>
          <w:b/>
        </w:rPr>
        <w:t>[audiences / offers / landing pages]</w:t>
      </w:r>
      <w:r>
        <w:rPr>
          <w:b w:val="0"/>
        </w:rPr>
        <w:t xml:space="preserve"> a quarter and rolled the winners into the always-on plan, raising </w:t>
      </w:r>
      <w:r>
        <w:rPr>
          <w:b/>
        </w:rPr>
        <w:t>[metric]</w:t>
      </w:r>
      <w:r>
        <w:rPr>
          <w:b w:val="0"/>
        </w:rPr>
        <w:t xml:space="preserve"> by </w:t>
      </w:r>
      <w:r>
        <w:rPr>
          <w:b/>
        </w:rPr>
        <w:t>[amount]</w:t>
      </w:r>
      <w:r>
        <w:rPr>
          <w:b w:val="0"/>
        </w:rPr>
        <w:t>.</w:t>
      </w:r>
    </w:p>
    <w:p>
      <w:pPr>
        <w:pStyle w:val="Heading2"/>
      </w:pPr>
      <w:r>
        <w:t>Budget, agencies and teams</w:t>
      </w:r>
    </w:p>
    <w:p>
      <w:r>
        <w:rPr>
          <w:b w:val="0"/>
        </w:rPr>
        <w:t>- Managed a $</w:t>
      </w:r>
      <w:r>
        <w:rPr>
          <w:b/>
        </w:rPr>
        <w:t>[budget]</w:t>
      </w:r>
      <w:r>
        <w:rPr>
          <w:b w:val="0"/>
        </w:rPr>
        <w:t xml:space="preserve"> annual budget across </w:t>
      </w:r>
      <w:r>
        <w:rPr>
          <w:b/>
        </w:rPr>
        <w:t>[channels]</w:t>
      </w:r>
      <w:r>
        <w:rPr>
          <w:b w:val="0"/>
        </w:rPr>
        <w:t xml:space="preserve">, moving </w:t>
      </w:r>
      <w:r>
        <w:rPr>
          <w:b/>
        </w:rPr>
        <w:t>[percent or amount]</w:t>
      </w:r>
      <w:r>
        <w:rPr>
          <w:b w:val="0"/>
        </w:rPr>
        <w:t xml:space="preserve"> from </w:t>
      </w:r>
      <w:r>
        <w:rPr>
          <w:b/>
        </w:rPr>
        <w:t>[weaker channel]</w:t>
      </w:r>
      <w:r>
        <w:rPr>
          <w:b w:val="0"/>
        </w:rPr>
        <w:t xml:space="preserve"> to </w:t>
      </w:r>
      <w:r>
        <w:rPr>
          <w:b/>
        </w:rPr>
        <w:t>[stronger channel]</w:t>
      </w:r>
      <w:r>
        <w:rPr>
          <w:b w:val="0"/>
        </w:rPr>
        <w:t xml:space="preserve"> after </w:t>
      </w:r>
      <w:r>
        <w:rPr>
          <w:b/>
        </w:rPr>
        <w:t>[what the data showed]</w:t>
      </w:r>
      <w:r>
        <w:rPr>
          <w:b w:val="0"/>
        </w:rPr>
        <w:t>.</w:t>
      </w:r>
    </w:p>
    <w:p>
      <w:r>
        <w:rPr>
          <w:b w:val="0"/>
        </w:rPr>
        <w:t xml:space="preserve">- Hired and led </w:t>
      </w:r>
      <w:r>
        <w:rPr>
          <w:b/>
        </w:rPr>
        <w:t>[number]</w:t>
      </w:r>
      <w:r>
        <w:rPr>
          <w:b w:val="0"/>
        </w:rPr>
        <w:t xml:space="preserve"> </w:t>
      </w:r>
      <w:r>
        <w:rPr>
          <w:b/>
        </w:rPr>
        <w:t>[coordinators / specialists]</w:t>
      </w:r>
      <w:r>
        <w:rPr>
          <w:b w:val="0"/>
        </w:rPr>
        <w:t xml:space="preserve">, and briefed </w:t>
      </w:r>
      <w:r>
        <w:rPr>
          <w:b/>
        </w:rPr>
        <w:t>[agency]</w:t>
      </w:r>
      <w:r>
        <w:rPr>
          <w:b w:val="0"/>
        </w:rPr>
        <w:t xml:space="preserve"> on </w:t>
      </w:r>
      <w:r>
        <w:rPr>
          <w:b/>
        </w:rPr>
        <w:t>[scope of work]</w:t>
      </w:r>
      <w:r>
        <w:rPr>
          <w:b w:val="0"/>
        </w:rPr>
        <w:t>.</w:t>
      </w:r>
    </w:p>
    <w:p>
      <w:r>
        <w:rPr>
          <w:b w:val="0"/>
        </w:rPr>
        <w:t xml:space="preserve">- Cut </w:t>
      </w:r>
      <w:r>
        <w:rPr>
          <w:b/>
        </w:rPr>
        <w:t>[cost / time to launch]</w:t>
      </w:r>
      <w:r>
        <w:rPr>
          <w:b w:val="0"/>
        </w:rPr>
        <w:t xml:space="preserve"> by </w:t>
      </w:r>
      <w:r>
        <w:rPr>
          <w:b/>
        </w:rPr>
        <w:t>[amount]</w:t>
      </w:r>
      <w:r>
        <w:rPr>
          <w:b w:val="0"/>
        </w:rPr>
        <w:t xml:space="preserve"> by [what you changed: consolidating agencies, building templates, a new brief process].</w:t>
      </w:r>
    </w:p>
    <w:p>
      <w:pPr>
        <w:pStyle w:val="Heading2"/>
      </w:pPr>
      <w:r>
        <w:t>Cross-functional work</w:t>
      </w:r>
    </w:p>
    <w:p>
      <w:r>
        <w:rPr>
          <w:b w:val="0"/>
        </w:rPr>
        <w:t xml:space="preserve">- Partnered with </w:t>
      </w:r>
      <w:r>
        <w:rPr>
          <w:b/>
        </w:rPr>
        <w:t>[sales / product]</w:t>
      </w:r>
      <w:r>
        <w:rPr>
          <w:b w:val="0"/>
        </w:rPr>
        <w:t xml:space="preserve"> on </w:t>
      </w:r>
      <w:r>
        <w:rPr>
          <w:b/>
        </w:rPr>
        <w:t>[launch or program]</w:t>
      </w:r>
      <w:r>
        <w:rPr>
          <w:b w:val="0"/>
        </w:rPr>
        <w:t xml:space="preserve">, aligning messaging and handoff rules; </w:t>
      </w:r>
      <w:r>
        <w:rPr>
          <w:b/>
        </w:rPr>
        <w:t>[result: pipeline, adoption, win rate]</w:t>
      </w:r>
      <w:r>
        <w:rPr>
          <w:b w:val="0"/>
        </w:rPr>
        <w:t>.</w:t>
      </w:r>
    </w:p>
    <w:p>
      <w:r>
        <w:rPr>
          <w:b w:val="0"/>
        </w:rPr>
        <w:t xml:space="preserve">- Presented </w:t>
      </w:r>
      <w:r>
        <w:rPr>
          <w:b/>
        </w:rPr>
        <w:t>[monthly / quarterly]</w:t>
      </w:r>
      <w:r>
        <w:rPr>
          <w:b w:val="0"/>
        </w:rPr>
        <w:t xml:space="preserve"> results to </w:t>
      </w:r>
      <w:r>
        <w:rPr>
          <w:b/>
        </w:rPr>
        <w:t>[leadership audience]</w:t>
      </w:r>
      <w:r>
        <w:rPr>
          <w:b w:val="0"/>
        </w:rPr>
        <w:t xml:space="preserve"> and set the next quarter's plan from them.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