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Intern Resume: Examples, Objective and Skills</w:t>
      </w:r>
    </w:p>
    <w:p>
      <w:r>
        <w:t>Templates from https://knowtheroom.ai/career-guides/marketing-intern-resume/ · Replace everything in [brackets].</w:t>
      </w:r>
    </w:p>
    <w:p>
      <w:pPr>
        <w:pStyle w:val="Heading2"/>
      </w:pPr>
      <w:r>
        <w:t>How do you write a marketing intern resume objective?</w:t>
      </w:r>
    </w:p>
    <w:p>
      <w:r>
        <w:rPr>
          <w:b/>
        </w:rPr>
        <w:t>[Year]</w:t>
      </w:r>
      <w:r>
        <w:rPr>
          <w:b w:val="0"/>
        </w:rPr>
        <w:t xml:space="preserve"> </w:t>
      </w:r>
      <w:r>
        <w:rPr>
          <w:b/>
        </w:rPr>
        <w:t>[major]</w:t>
      </w:r>
      <w:r>
        <w:rPr>
          <w:b w:val="0"/>
        </w:rPr>
        <w:t xml:space="preserve"> student at </w:t>
      </w:r>
      <w:r>
        <w:rPr>
          <w:b/>
        </w:rPr>
        <w:t>[school]</w:t>
      </w:r>
      <w:r>
        <w:rPr>
          <w:b w:val="0"/>
        </w:rPr>
        <w:t xml:space="preserve"> looking for a </w:t>
      </w:r>
      <w:r>
        <w:rPr>
          <w:b/>
        </w:rPr>
        <w:t>[social media / content / brand / events]</w:t>
      </w:r>
      <w:r>
        <w:rPr>
          <w:b w:val="0"/>
        </w:rPr>
        <w:t xml:space="preserve"> marketing internship. Grew </w:t>
      </w:r>
      <w:r>
        <w:rPr>
          <w:b/>
        </w:rPr>
        <w:t>[club or account]</w:t>
      </w:r>
      <w:r>
        <w:rPr>
          <w:b w:val="0"/>
        </w:rPr>
        <w:t xml:space="preserve"> from [x] to [y] followers and planned </w:t>
      </w:r>
      <w:r>
        <w:rPr>
          <w:b/>
        </w:rPr>
        <w:t>[number]</w:t>
      </w:r>
      <w:r>
        <w:rPr>
          <w:b w:val="0"/>
        </w:rPr>
        <w:t xml:space="preserve"> campus events.</w:t>
      </w:r>
    </w:p>
    <w:p>
      <w:pPr>
        <w:pStyle w:val="Heading2"/>
      </w:pPr>
      <w:r>
        <w:t>How do you write a marketing intern resume objective?</w:t>
      </w:r>
    </w:p>
    <w:p>
      <w:r>
        <w:rPr>
          <w:b w:val="0"/>
        </w:rPr>
        <w:t xml:space="preserve">Marketing student with hands-on experience creating content in </w:t>
      </w:r>
      <w:r>
        <w:rPr>
          <w:b/>
        </w:rPr>
        <w:t>[Canva / CapCut / Figma]</w:t>
      </w:r>
      <w:r>
        <w:rPr>
          <w:b w:val="0"/>
        </w:rPr>
        <w:t xml:space="preserve"> and tracking results in </w:t>
      </w:r>
      <w:r>
        <w:rPr>
          <w:b/>
        </w:rPr>
        <w:t>[Google Sheets / Instagram Insights]</w:t>
      </w:r>
      <w:r>
        <w:rPr>
          <w:b w:val="0"/>
        </w:rPr>
        <w:t xml:space="preserve">. Looking for a summer internship in </w:t>
      </w:r>
      <w:r>
        <w:rPr>
          <w:b/>
        </w:rPr>
        <w:t>[area]</w:t>
      </w:r>
      <w:r>
        <w:rPr>
          <w:b w:val="0"/>
        </w:rPr>
        <w:t xml:space="preserve"> at </w:t>
      </w:r>
      <w:r>
        <w:rPr>
          <w:b/>
        </w:rPr>
        <w:t>[kind of company]</w:t>
      </w:r>
      <w:r>
        <w:rPr>
          <w:b w:val="0"/>
        </w:rPr>
        <w:t>.</w:t>
      </w:r>
    </w:p>
    <w:p>
      <w:pPr>
        <w:pStyle w:val="Heading2"/>
      </w:pPr>
      <w:r>
        <w:t>Clubs and student organizations</w:t>
      </w:r>
    </w:p>
    <w:p>
      <w:r>
        <w:rPr>
          <w:b w:val="0"/>
        </w:rPr>
        <w:t xml:space="preserve">- Ran the Instagram account for </w:t>
      </w:r>
      <w:r>
        <w:rPr>
          <w:b/>
        </w:rPr>
        <w:t>[club]</w:t>
      </w:r>
      <w:r>
        <w:rPr>
          <w:b w:val="0"/>
        </w:rPr>
        <w:t xml:space="preserve">, posting </w:t>
      </w:r>
      <w:r>
        <w:rPr>
          <w:b/>
        </w:rPr>
        <w:t>[number]</w:t>
      </w:r>
      <w:r>
        <w:rPr>
          <w:b w:val="0"/>
        </w:rPr>
        <w:t xml:space="preserve"> times a week and growing followers from [x] to [y] in one semester.</w:t>
      </w:r>
    </w:p>
    <w:p>
      <w:r>
        <w:rPr>
          <w:b w:val="0"/>
        </w:rPr>
        <w:t xml:space="preserve">- Promoted </w:t>
      </w:r>
      <w:r>
        <w:rPr>
          <w:b/>
        </w:rPr>
        <w:t>[event]</w:t>
      </w:r>
      <w:r>
        <w:rPr>
          <w:b w:val="0"/>
        </w:rPr>
        <w:t xml:space="preserve"> through </w:t>
      </w:r>
      <w:r>
        <w:rPr>
          <w:b/>
        </w:rPr>
        <w:t>[channels]</w:t>
      </w:r>
      <w:r>
        <w:rPr>
          <w:b w:val="0"/>
        </w:rPr>
        <w:t xml:space="preserve">, bringing in </w:t>
      </w:r>
      <w:r>
        <w:rPr>
          <w:b/>
        </w:rPr>
        <w:t>[number]</w:t>
      </w:r>
      <w:r>
        <w:rPr>
          <w:b w:val="0"/>
        </w:rPr>
        <w:t xml:space="preserve"> attendees, up from </w:t>
      </w:r>
      <w:r>
        <w:rPr>
          <w:b/>
        </w:rPr>
        <w:t>[number]</w:t>
      </w:r>
      <w:r>
        <w:rPr>
          <w:b w:val="0"/>
        </w:rPr>
        <w:t xml:space="preserve"> the year before.</w:t>
      </w:r>
    </w:p>
    <w:p>
      <w:r>
        <w:rPr>
          <w:b w:val="0"/>
        </w:rPr>
        <w:t xml:space="preserve">- Designed flyers and stories in Canva for </w:t>
      </w:r>
      <w:r>
        <w:rPr>
          <w:b/>
        </w:rPr>
        <w:t>[number]</w:t>
      </w:r>
      <w:r>
        <w:rPr>
          <w:b w:val="0"/>
        </w:rPr>
        <w:t xml:space="preserve"> events.</w:t>
      </w:r>
    </w:p>
    <w:p>
      <w:pPr>
        <w:pStyle w:val="Heading2"/>
      </w:pPr>
      <w:r>
        <w:t>Class projects</w:t>
      </w:r>
    </w:p>
    <w:p>
      <w:r>
        <w:rPr>
          <w:b w:val="0"/>
        </w:rPr>
        <w:t xml:space="preserve">- Built a marketing plan for </w:t>
      </w:r>
      <w:r>
        <w:rPr>
          <w:b/>
        </w:rPr>
        <w:t>[real or mock company]</w:t>
      </w:r>
      <w:r>
        <w:rPr>
          <w:b w:val="0"/>
        </w:rPr>
        <w:t xml:space="preserve"> in </w:t>
      </w:r>
      <w:r>
        <w:rPr>
          <w:b/>
        </w:rPr>
        <w:t>[course]</w:t>
      </w:r>
      <w:r>
        <w:rPr>
          <w:b w:val="0"/>
        </w:rPr>
        <w:t>, including audience research, channel mix and a $</w:t>
      </w:r>
      <w:r>
        <w:rPr>
          <w:b/>
        </w:rPr>
        <w:t>[budget]</w:t>
      </w:r>
      <w:r>
        <w:rPr>
          <w:b w:val="0"/>
        </w:rPr>
        <w:t xml:space="preserve"> budget; presented to </w:t>
      </w:r>
      <w:r>
        <w:rPr>
          <w:b/>
        </w:rPr>
        <w:t>[audience]</w:t>
      </w:r>
      <w:r>
        <w:rPr>
          <w:b w:val="0"/>
        </w:rPr>
        <w:t>.</w:t>
      </w:r>
    </w:p>
    <w:p>
      <w:r>
        <w:rPr>
          <w:b w:val="0"/>
        </w:rPr>
        <w:t xml:space="preserve">- Surveyed </w:t>
      </w:r>
      <w:r>
        <w:rPr>
          <w:b/>
        </w:rPr>
        <w:t>[number]</w:t>
      </w:r>
      <w:r>
        <w:rPr>
          <w:b w:val="0"/>
        </w:rPr>
        <w:t xml:space="preserve"> students on </w:t>
      </w:r>
      <w:r>
        <w:rPr>
          <w:b/>
        </w:rPr>
        <w:t>[topic]</w:t>
      </w:r>
      <w:r>
        <w:rPr>
          <w:b w:val="0"/>
        </w:rPr>
        <w:t xml:space="preserve"> and turned the results into </w:t>
      </w:r>
      <w:r>
        <w:rPr>
          <w:b/>
        </w:rPr>
        <w:t>[recommendation]</w:t>
      </w:r>
      <w:r>
        <w:rPr>
          <w:b w:val="0"/>
        </w:rPr>
        <w:t>.</w:t>
      </w:r>
    </w:p>
    <w:p>
      <w:pPr>
        <w:pStyle w:val="Heading2"/>
      </w:pPr>
      <w:r>
        <w:t>Part-time jobs</w:t>
      </w:r>
    </w:p>
    <w:p>
      <w:r>
        <w:rPr>
          <w:b w:val="0"/>
        </w:rPr>
        <w:t xml:space="preserve">- Suggested and set up </w:t>
      </w:r>
      <w:r>
        <w:rPr>
          <w:b/>
        </w:rPr>
        <w:t>[display / promotion]</w:t>
      </w:r>
      <w:r>
        <w:rPr>
          <w:b w:val="0"/>
        </w:rPr>
        <w:t xml:space="preserve"> at </w:t>
      </w:r>
      <w:r>
        <w:rPr>
          <w:b/>
        </w:rPr>
        <w:t>[store or café]</w:t>
      </w:r>
      <w:r>
        <w:rPr>
          <w:b w:val="0"/>
        </w:rPr>
        <w:t xml:space="preserve">, which </w:t>
      </w:r>
      <w:r>
        <w:rPr>
          <w:b/>
        </w:rPr>
        <w:t>[result: sold out, drew comments, increased sign-ups]</w:t>
      </w:r>
      <w:r>
        <w:rPr>
          <w:b w:val="0"/>
        </w:rPr>
        <w:t>.</w:t>
      </w:r>
    </w:p>
    <w:p>
      <w:r>
        <w:rPr>
          <w:b w:val="0"/>
        </w:rPr>
        <w:t xml:space="preserve">- Answered </w:t>
      </w:r>
      <w:r>
        <w:rPr>
          <w:b/>
        </w:rPr>
        <w:t>[number]</w:t>
      </w:r>
      <w:r>
        <w:rPr>
          <w:b w:val="0"/>
        </w:rPr>
        <w:t xml:space="preserve"> customer questions a shift, and noted the most common ones for the manager.</w:t>
      </w:r>
    </w:p>
    <w:p>
      <w:pPr>
        <w:pStyle w:val="Heading2"/>
      </w:pPr>
      <w:r>
        <w:t>Personal projects and freelance</w:t>
      </w:r>
    </w:p>
    <w:p>
      <w:r>
        <w:rPr>
          <w:b w:val="0"/>
        </w:rPr>
        <w:t xml:space="preserve">- Started a </w:t>
      </w:r>
      <w:r>
        <w:rPr>
          <w:b/>
        </w:rPr>
        <w:t>[TikTok / blog / newsletter]</w:t>
      </w:r>
      <w:r>
        <w:rPr>
          <w:b w:val="0"/>
        </w:rPr>
        <w:t xml:space="preserve"> about </w:t>
      </w:r>
      <w:r>
        <w:rPr>
          <w:b/>
        </w:rPr>
        <w:t>[topic]</w:t>
      </w:r>
      <w:r>
        <w:rPr>
          <w:b w:val="0"/>
        </w:rPr>
        <w:t xml:space="preserve">, reaching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[followers / subscribers]</w:t>
      </w:r>
      <w:r>
        <w:rPr>
          <w:b w:val="0"/>
        </w:rPr>
        <w:t xml:space="preserve"> and testing </w:t>
      </w:r>
      <w:r>
        <w:rPr>
          <w:b/>
        </w:rPr>
        <w:t>[what you tested]</w:t>
      </w:r>
      <w:r>
        <w:rPr>
          <w:b w:val="0"/>
        </w:rPr>
        <w:t>.</w:t>
      </w:r>
    </w:p>
    <w:p>
      <w:r>
        <w:rPr>
          <w:b w:val="0"/>
        </w:rPr>
        <w:t xml:space="preserve">- Created social posts for </w:t>
      </w:r>
      <w:r>
        <w:rPr>
          <w:b/>
        </w:rPr>
        <w:t>[local business]</w:t>
      </w:r>
      <w:r>
        <w:rPr>
          <w:b w:val="0"/>
        </w:rPr>
        <w:t xml:space="preserve">, producing </w:t>
      </w:r>
      <w:r>
        <w:rPr>
          <w:b/>
        </w:rPr>
        <w:t>[result]</w:t>
      </w:r>
      <w:r>
        <w:rPr>
          <w:b w:val="0"/>
        </w:rPr>
        <w:t xml:space="preserve"> over </w:t>
      </w:r>
      <w:r>
        <w:rPr>
          <w:b/>
        </w:rPr>
        <w:t>[time]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