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Director Resume: Examples, Summary and Skills</w:t>
      </w:r>
    </w:p>
    <w:p>
      <w:r>
        <w:t>Templates from https://knowtheroom.ai/career-guides/marketing-director-resume/ · Replace everything in [brackets].</w:t>
      </w:r>
    </w:p>
    <w:p>
      <w:pPr>
        <w:pStyle w:val="Heading2"/>
      </w:pPr>
      <w:r>
        <w:t>How do you write a marketing director resume summary?</w:t>
      </w:r>
    </w:p>
    <w:p>
      <w:r>
        <w:rPr>
          <w:b w:val="0"/>
        </w:rPr>
        <w:t xml:space="preserve">Marketing director with </w:t>
      </w:r>
      <w:r>
        <w:rPr>
          <w:b/>
        </w:rPr>
        <w:t>[number]</w:t>
      </w:r>
      <w:r>
        <w:rPr>
          <w:b w:val="0"/>
        </w:rPr>
        <w:t xml:space="preserve"> years leading </w:t>
      </w:r>
      <w:r>
        <w:rPr>
          <w:b/>
        </w:rPr>
        <w:t>[brand / demand generation / growth / integrated]</w:t>
      </w:r>
      <w:r>
        <w:rPr>
          <w:b w:val="0"/>
        </w:rPr>
        <w:t xml:space="preserve"> marketing at </w:t>
      </w:r>
      <w:r>
        <w:rPr>
          <w:b/>
        </w:rPr>
        <w:t>[kind of company]</w:t>
      </w:r>
      <w:r>
        <w:rPr>
          <w:b w:val="0"/>
        </w:rPr>
        <w:t xml:space="preserve">. Lead a team of </w:t>
      </w:r>
      <w:r>
        <w:rPr>
          <w:b/>
        </w:rPr>
        <w:t>[number]</w:t>
      </w:r>
      <w:r>
        <w:rPr>
          <w:b w:val="0"/>
        </w:rPr>
        <w:t xml:space="preserve"> and a $</w:t>
      </w:r>
      <w:r>
        <w:rPr>
          <w:b/>
        </w:rPr>
        <w:t>[amount]</w:t>
      </w:r>
      <w:r>
        <w:rPr>
          <w:b w:val="0"/>
        </w:rPr>
        <w:t xml:space="preserve"> budget; grew </w:t>
      </w:r>
      <w:r>
        <w:rPr>
          <w:b/>
        </w:rPr>
        <w:t>[revenue / pipeline / customers]</w:t>
      </w:r>
      <w:r>
        <w:rPr>
          <w:b w:val="0"/>
        </w:rPr>
        <w:t xml:space="preserve"> </w:t>
      </w:r>
      <w:r>
        <w:rPr>
          <w:b/>
        </w:rPr>
        <w:t>[amount]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write a marketing director resume summary?</w:t>
      </w:r>
    </w:p>
    <w:p>
      <w:r>
        <w:rPr>
          <w:b w:val="0"/>
        </w:rPr>
        <w:t xml:space="preserve">Director of marketing who builds teams and plans from scratch. At </w:t>
      </w:r>
      <w:r>
        <w:rPr>
          <w:b/>
        </w:rPr>
        <w:t>[company]</w:t>
      </w:r>
      <w:r>
        <w:rPr>
          <w:b w:val="0"/>
        </w:rPr>
        <w:t xml:space="preserve">, hired </w:t>
      </w:r>
      <w:r>
        <w:rPr>
          <w:b/>
        </w:rPr>
        <w:t>[number]</w:t>
      </w:r>
      <w:r>
        <w:rPr>
          <w:b w:val="0"/>
        </w:rPr>
        <w:t xml:space="preserve"> people, set the first </w:t>
      </w:r>
      <w:r>
        <w:rPr>
          <w:b/>
        </w:rPr>
        <w:t>[annual plan / measurement framework]</w:t>
      </w:r>
      <w:r>
        <w:rPr>
          <w:b w:val="0"/>
        </w:rPr>
        <w:t xml:space="preserve"> and took </w:t>
      </w:r>
      <w:r>
        <w:rPr>
          <w:b/>
        </w:rPr>
        <w:t>[metric]</w:t>
      </w:r>
      <w:r>
        <w:rPr>
          <w:b w:val="0"/>
        </w:rPr>
        <w:t xml:space="preserve"> from [x] to [y].</w:t>
      </w:r>
    </w:p>
    <w:p>
      <w:pPr>
        <w:pStyle w:val="Heading2"/>
      </w:pPr>
      <w:r>
        <w:t>Strategy and planning</w:t>
      </w:r>
    </w:p>
    <w:p>
      <w:r>
        <w:rPr>
          <w:b w:val="0"/>
        </w:rPr>
        <w:t xml:space="preserve">- Set the annual marketing plan for </w:t>
      </w:r>
      <w:r>
        <w:rPr>
          <w:b/>
        </w:rPr>
        <w:t>[business unit / company]</w:t>
      </w:r>
      <w:r>
        <w:rPr>
          <w:b w:val="0"/>
        </w:rPr>
        <w:t xml:space="preserve">, shifting </w:t>
      </w:r>
      <w:r>
        <w:rPr>
          <w:b/>
        </w:rPr>
        <w:t>[percent or amount]</w:t>
      </w:r>
      <w:r>
        <w:rPr>
          <w:b w:val="0"/>
        </w:rPr>
        <w:t xml:space="preserve"> of budget from </w:t>
      </w:r>
      <w:r>
        <w:rPr>
          <w:b/>
        </w:rPr>
        <w:t>[channel]</w:t>
      </w:r>
      <w:r>
        <w:rPr>
          <w:b w:val="0"/>
        </w:rPr>
        <w:t xml:space="preserve"> to </w:t>
      </w:r>
      <w:r>
        <w:rPr>
          <w:b/>
        </w:rPr>
        <w:t>[channel]</w:t>
      </w:r>
      <w:r>
        <w:rPr>
          <w:b w:val="0"/>
        </w:rPr>
        <w:t xml:space="preserve"> after </w:t>
      </w:r>
      <w:r>
        <w:rPr>
          <w:b/>
        </w:rPr>
        <w:t>[analysis]</w:t>
      </w:r>
      <w:r>
        <w:rPr>
          <w:b w:val="0"/>
        </w:rPr>
        <w:t xml:space="preserve">; </w:t>
      </w:r>
      <w:r>
        <w:rPr>
          <w:b/>
        </w:rPr>
        <w:t>[result]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Entered </w:t>
      </w:r>
      <w:r>
        <w:rPr>
          <w:b/>
        </w:rPr>
        <w:t>[new segment / market]</w:t>
      </w:r>
      <w:r>
        <w:rPr>
          <w:b w:val="0"/>
        </w:rPr>
        <w:t xml:space="preserve"> with </w:t>
      </w:r>
      <w:r>
        <w:rPr>
          <w:b/>
        </w:rPr>
        <w:t>[approach]</w:t>
      </w:r>
      <w:r>
        <w:rPr>
          <w:b w:val="0"/>
        </w:rPr>
        <w:t xml:space="preserve">, reaching </w:t>
      </w:r>
      <w:r>
        <w:rPr>
          <w:b/>
        </w:rPr>
        <w:t>[result]</w:t>
      </w:r>
      <w:r>
        <w:rPr>
          <w:b w:val="0"/>
        </w:rPr>
        <w:t xml:space="preserve"> in the first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Pipeline and revenue</w:t>
      </w:r>
    </w:p>
    <w:p>
      <w:r>
        <w:rPr>
          <w:b w:val="0"/>
        </w:rPr>
        <w:t xml:space="preserve">- Grew marketing-sourced pipeline from $[x] to $[y] in </w:t>
      </w:r>
      <w:r>
        <w:rPr>
          <w:b/>
        </w:rPr>
        <w:t>[time]</w:t>
      </w:r>
      <w:r>
        <w:rPr>
          <w:b w:val="0"/>
        </w:rPr>
        <w:t xml:space="preserve"> by </w:t>
      </w:r>
      <w:r>
        <w:rPr>
          <w:b/>
        </w:rPr>
        <w:t>[moves: new programs, ABM, partner marketing]</w:t>
      </w:r>
      <w:r>
        <w:rPr>
          <w:b w:val="0"/>
        </w:rPr>
        <w:t>.</w:t>
      </w:r>
    </w:p>
    <w:p>
      <w:r>
        <w:rPr>
          <w:b w:val="0"/>
        </w:rPr>
        <w:t xml:space="preserve">- Lowered customer acquisition cost by </w:t>
      </w:r>
      <w:r>
        <w:rPr>
          <w:b/>
        </w:rPr>
        <w:t>[amount]</w:t>
      </w:r>
      <w:r>
        <w:rPr>
          <w:b w:val="0"/>
        </w:rPr>
        <w:t xml:space="preserve"> while growing new customers </w:t>
      </w:r>
      <w:r>
        <w:rPr>
          <w:b/>
        </w:rPr>
        <w:t>[amount]</w:t>
      </w:r>
      <w:r>
        <w:rPr>
          <w:b w:val="0"/>
        </w:rPr>
        <w:t>.</w:t>
      </w:r>
    </w:p>
    <w:p>
      <w:pPr>
        <w:pStyle w:val="Heading2"/>
      </w:pPr>
      <w:r>
        <w:t>Brand</w:t>
      </w:r>
    </w:p>
    <w:p>
      <w:r>
        <w:rPr>
          <w:b w:val="0"/>
        </w:rPr>
        <w:t xml:space="preserve">- Led the </w:t>
      </w:r>
      <w:r>
        <w:rPr>
          <w:b/>
        </w:rPr>
        <w:t>[repositioning / brand refresh]</w:t>
      </w:r>
      <w:r>
        <w:rPr>
          <w:b w:val="0"/>
        </w:rPr>
        <w:t xml:space="preserve"> with </w:t>
      </w:r>
      <w:r>
        <w:rPr>
          <w:b/>
        </w:rPr>
        <w:t>[agency]</w:t>
      </w:r>
      <w:r>
        <w:rPr>
          <w:b w:val="0"/>
        </w:rPr>
        <w:t xml:space="preserve">, lifting </w:t>
      </w:r>
      <w:r>
        <w:rPr>
          <w:b/>
        </w:rPr>
        <w:t>[awareness / consideration / share of search]</w:t>
      </w:r>
      <w:r>
        <w:rPr>
          <w:b w:val="0"/>
        </w:rPr>
        <w:t xml:space="preserve"> from [x] to [y].</w:t>
      </w:r>
    </w:p>
    <w:p>
      <w:pPr>
        <w:pStyle w:val="Heading2"/>
      </w:pPr>
      <w:r>
        <w:t>Team and budget</w:t>
      </w:r>
    </w:p>
    <w:p>
      <w:r>
        <w:rPr>
          <w:b w:val="0"/>
        </w:rPr>
        <w:t xml:space="preserve">- Built and led a team of </w:t>
      </w:r>
      <w:r>
        <w:rPr>
          <w:b/>
        </w:rPr>
        <w:t>[number]</w:t>
      </w:r>
      <w:r>
        <w:rPr>
          <w:b w:val="0"/>
        </w:rPr>
        <w:t xml:space="preserve"> across </w:t>
      </w:r>
      <w:r>
        <w:rPr>
          <w:b/>
        </w:rPr>
        <w:t>[functions]</w:t>
      </w:r>
      <w:r>
        <w:rPr>
          <w:b w:val="0"/>
        </w:rPr>
        <w:t xml:space="preserve">, hiring </w:t>
      </w:r>
      <w:r>
        <w:rPr>
          <w:b/>
        </w:rPr>
        <w:t>[number]</w:t>
      </w:r>
      <w:r>
        <w:rPr>
          <w:b w:val="0"/>
        </w:rPr>
        <w:t xml:space="preserve"> managers and promoting </w:t>
      </w:r>
      <w:r>
        <w:rPr>
          <w:b/>
        </w:rPr>
        <w:t>[number]</w:t>
      </w:r>
      <w:r>
        <w:rPr>
          <w:b w:val="0"/>
        </w:rPr>
        <w:t xml:space="preserve"> people.</w:t>
      </w:r>
    </w:p>
    <w:p>
      <w:r>
        <w:rPr>
          <w:b w:val="0"/>
        </w:rPr>
        <w:t>- Managed a $</w:t>
      </w:r>
      <w:r>
        <w:rPr>
          <w:b/>
        </w:rPr>
        <w:t>[amount]</w:t>
      </w:r>
      <w:r>
        <w:rPr>
          <w:b w:val="0"/>
        </w:rPr>
        <w:t xml:space="preserve"> budget and </w:t>
      </w:r>
      <w:r>
        <w:rPr>
          <w:b/>
        </w:rPr>
        <w:t>[number]</w:t>
      </w:r>
      <w:r>
        <w:rPr>
          <w:b w:val="0"/>
        </w:rPr>
        <w:t xml:space="preserve"> agencies, cutting agency spend </w:t>
      </w:r>
      <w:r>
        <w:rPr>
          <w:b/>
        </w:rPr>
        <w:t>[amount]</w:t>
      </w:r>
      <w:r>
        <w:rPr>
          <w:b w:val="0"/>
        </w:rPr>
        <w:t xml:space="preserve"> by </w:t>
      </w:r>
      <w:r>
        <w:rPr>
          <w:b/>
        </w:rPr>
        <w:t>[change]</w:t>
      </w:r>
      <w:r>
        <w:rPr>
          <w:b w:val="0"/>
        </w:rPr>
        <w:t>.</w:t>
      </w:r>
    </w:p>
    <w:p>
      <w:r>
        <w:rPr>
          <w:b w:val="0"/>
        </w:rPr>
        <w:t xml:space="preserve">- Partnered with </w:t>
      </w:r>
      <w:r>
        <w:rPr>
          <w:b/>
        </w:rPr>
        <w:t>[sales / product / finance]</w:t>
      </w:r>
      <w:r>
        <w:rPr>
          <w:b w:val="0"/>
        </w:rPr>
        <w:t xml:space="preserve"> leadership on </w:t>
      </w:r>
      <w:r>
        <w:rPr>
          <w:b/>
        </w:rPr>
        <w:t>[planning process]</w:t>
      </w:r>
      <w:r>
        <w:rPr>
          <w:b w:val="0"/>
        </w:rPr>
        <w:t>, aligning targets and reporting.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