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Coordinator Resume: Bullet Examples, Skills and Summary</w:t>
      </w:r>
    </w:p>
    <w:p>
      <w:r>
        <w:t>Templates from https://knowtheroom.ai/career-guides/marketing-coordinator-resume/ · Replace everything in [brackets].</w:t>
      </w:r>
    </w:p>
    <w:p>
      <w:pPr>
        <w:pStyle w:val="Heading2"/>
      </w:pPr>
      <w:r>
        <w:t>How do you write a marketing coordinator resume summary?</w:t>
      </w:r>
    </w:p>
    <w:p>
      <w:r>
        <w:rPr>
          <w:b w:val="0"/>
        </w:rPr>
        <w:t xml:space="preserve">Marketing coordinator with </w:t>
      </w:r>
      <w:r>
        <w:rPr>
          <w:b/>
        </w:rPr>
        <w:t>[number]</w:t>
      </w:r>
      <w:r>
        <w:rPr>
          <w:b w:val="0"/>
        </w:rPr>
        <w:t xml:space="preserve"> years supporting [type of team: a B2B demand gen team, a retail brand team, an agency's client accounts]. Ran </w:t>
      </w:r>
      <w:r>
        <w:rPr>
          <w:b/>
        </w:rPr>
        <w:t>[what: the email calendar, event logistics, the asset library]</w:t>
      </w:r>
      <w:r>
        <w:rPr>
          <w:b w:val="0"/>
        </w:rPr>
        <w:t xml:space="preserve"> for </w:t>
      </w:r>
      <w:r>
        <w:rPr>
          <w:b/>
        </w:rPr>
        <w:t>[scope]</w:t>
      </w:r>
      <w:r>
        <w:rPr>
          <w:b w:val="0"/>
        </w:rPr>
        <w:t xml:space="preserve">, and </w:t>
      </w:r>
      <w:r>
        <w:rPr>
          <w:b/>
        </w:rPr>
        <w:t>[one result: cut turnaround, shipped a launch on time, built the weekly report]</w:t>
      </w:r>
      <w:r>
        <w:rPr>
          <w:b w:val="0"/>
        </w:rPr>
        <w:t>.</w:t>
      </w:r>
    </w:p>
    <w:p>
      <w:pPr>
        <w:pStyle w:val="Heading2"/>
      </w:pPr>
      <w:r>
        <w:t>How do you write a marketing coordinator resume summary?</w:t>
      </w:r>
    </w:p>
    <w:p>
      <w:r>
        <w:rPr>
          <w:b w:val="0"/>
        </w:rPr>
        <w:t xml:space="preserve">Marketing assistant ready for a coordinator role. Scheduled </w:t>
      </w:r>
      <w:r>
        <w:rPr>
          <w:b/>
        </w:rPr>
        <w:t>[channels]</w:t>
      </w:r>
      <w:r>
        <w:rPr>
          <w:b w:val="0"/>
        </w:rPr>
        <w:t xml:space="preserve"> for </w:t>
      </w:r>
      <w:r>
        <w:rPr>
          <w:b/>
        </w:rPr>
        <w:t>[brand]</w:t>
      </w:r>
      <w:r>
        <w:rPr>
          <w:b w:val="0"/>
        </w:rPr>
        <w:t xml:space="preserve">, managed </w:t>
      </w:r>
      <w:r>
        <w:rPr>
          <w:b/>
        </w:rPr>
        <w:t>[vendors or assets]</w:t>
      </w:r>
      <w:r>
        <w:rPr>
          <w:b w:val="0"/>
        </w:rPr>
        <w:t xml:space="preserve">, and set up </w:t>
      </w:r>
      <w:r>
        <w:rPr>
          <w:b/>
        </w:rPr>
        <w:t>[process or report]</w:t>
      </w:r>
      <w:r>
        <w:rPr>
          <w:b w:val="0"/>
        </w:rPr>
        <w:t xml:space="preserve"> that the team still uses.</w:t>
      </w:r>
    </w:p>
    <w:p>
      <w:pPr>
        <w:pStyle w:val="Heading2"/>
      </w:pPr>
      <w:r>
        <w:t>What makes a strong marketing coordinator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coordinated]</w:t>
      </w:r>
      <w:r>
        <w:rPr>
          <w:b w:val="0"/>
        </w:rPr>
        <w:t xml:space="preserve"> across </w:t>
      </w:r>
      <w:r>
        <w:rPr>
          <w:b/>
        </w:rPr>
        <w:t>[scope: channels, teams, vendors]</w:t>
      </w:r>
      <w:r>
        <w:rPr>
          <w:b w:val="0"/>
        </w:rPr>
        <w:t xml:space="preserve">, </w:t>
      </w:r>
      <w:r>
        <w:rPr>
          <w:b/>
        </w:rPr>
        <w:t>[how you kept it on track]</w:t>
      </w:r>
      <w:r>
        <w:rPr>
          <w:b w:val="0"/>
        </w:rPr>
        <w:t xml:space="preserve">, so that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Campaigns and email</w:t>
      </w:r>
    </w:p>
    <w:p>
      <w:r>
        <w:rPr>
          <w:b w:val="0"/>
        </w:rPr>
        <w:t xml:space="preserve">- Built and scheduled </w:t>
      </w:r>
      <w:r>
        <w:rPr>
          <w:b/>
        </w:rPr>
        <w:t>[number]</w:t>
      </w:r>
      <w:r>
        <w:rPr>
          <w:b w:val="0"/>
        </w:rPr>
        <w:t xml:space="preserve"> emails a month in </w:t>
      </w:r>
      <w:r>
        <w:rPr>
          <w:b/>
        </w:rPr>
        <w:t>[tool]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>, testing every version across devices before send.</w:t>
      </w:r>
    </w:p>
    <w:p>
      <w:r>
        <w:rPr>
          <w:b w:val="0"/>
        </w:rPr>
        <w:t xml:space="preserve">- Coordinated the </w:t>
      </w:r>
      <w:r>
        <w:rPr>
          <w:b/>
        </w:rPr>
        <w:t>[campaign name]</w:t>
      </w:r>
      <w:r>
        <w:rPr>
          <w:b w:val="0"/>
        </w:rPr>
        <w:t xml:space="preserve"> launch across </w:t>
      </w:r>
      <w:r>
        <w:rPr>
          <w:b/>
        </w:rPr>
        <w:t>[channels]</w:t>
      </w:r>
      <w:r>
        <w:rPr>
          <w:b w:val="0"/>
        </w:rPr>
        <w:t xml:space="preserve">, tracking </w:t>
      </w:r>
      <w:r>
        <w:rPr>
          <w:b/>
        </w:rPr>
        <w:t>[number]</w:t>
      </w:r>
      <w:r>
        <w:rPr>
          <w:b w:val="0"/>
        </w:rPr>
        <w:t xml:space="preserve"> assets and approvals in </w:t>
      </w:r>
      <w:r>
        <w:rPr>
          <w:b/>
        </w:rPr>
        <w:t>[project tool]</w:t>
      </w:r>
      <w:r>
        <w:rPr>
          <w:b w:val="0"/>
        </w:rPr>
        <w:t xml:space="preserve"> so all went live on </w:t>
      </w:r>
      <w:r>
        <w:rPr>
          <w:b/>
        </w:rPr>
        <w:t>[date or "on schedule"]</w:t>
      </w:r>
      <w:r>
        <w:rPr>
          <w:b w:val="0"/>
        </w:rPr>
        <w:t>.</w:t>
      </w:r>
    </w:p>
    <w:p>
      <w:r>
        <w:rPr>
          <w:b w:val="0"/>
        </w:rPr>
        <w:t xml:space="preserve">- Ran A/B tests on </w:t>
      </w:r>
      <w:r>
        <w:rPr>
          <w:b/>
        </w:rPr>
        <w:t>[subject lines / send times]</w:t>
      </w:r>
      <w:r>
        <w:rPr>
          <w:b w:val="0"/>
        </w:rPr>
        <w:t xml:space="preserve"> and reported results to </w:t>
      </w:r>
      <w:r>
        <w:rPr>
          <w:b/>
        </w:rPr>
        <w:t>[manager or team]</w:t>
      </w:r>
      <w:r>
        <w:rPr>
          <w:b w:val="0"/>
        </w:rPr>
        <w:t xml:space="preserve">, which changed </w:t>
      </w:r>
      <w:r>
        <w:rPr>
          <w:b/>
        </w:rPr>
        <w:t>[what]</w:t>
      </w:r>
      <w:r>
        <w:rPr>
          <w:b w:val="0"/>
        </w:rPr>
        <w:t>.</w:t>
      </w:r>
    </w:p>
    <w:p>
      <w:pPr>
        <w:pStyle w:val="Heading2"/>
      </w:pPr>
      <w:r>
        <w:t>Events and trade shows</w:t>
      </w:r>
    </w:p>
    <w:p>
      <w:r>
        <w:rPr>
          <w:b w:val="0"/>
        </w:rPr>
        <w:t xml:space="preserve">- Managed logistics for </w:t>
      </w:r>
      <w:r>
        <w:rPr>
          <w:b/>
        </w:rPr>
        <w:t>[number]</w:t>
      </w:r>
      <w:r>
        <w:rPr>
          <w:b w:val="0"/>
        </w:rPr>
        <w:t xml:space="preserve"> events a year, from venue and vendor booking to shipping, registration and follow-up lists.</w:t>
      </w:r>
    </w:p>
    <w:p>
      <w:r>
        <w:rPr>
          <w:b w:val="0"/>
        </w:rPr>
        <w:t xml:space="preserve">- Tracked the events budget of </w:t>
      </w:r>
      <w:r>
        <w:rPr>
          <w:b/>
        </w:rPr>
        <w:t>[budget size]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 xml:space="preserve">, keeping spend within plan by </w:t>
      </w:r>
      <w:r>
        <w:rPr>
          <w:b/>
        </w:rPr>
        <w:t>[how: comparing quotes, renegotiating shipping]</w:t>
      </w:r>
      <w:r>
        <w:rPr>
          <w:b w:val="0"/>
        </w:rPr>
        <w:t>.</w:t>
      </w:r>
    </w:p>
    <w:p>
      <w:r>
        <w:rPr>
          <w:b w:val="0"/>
        </w:rPr>
        <w:t xml:space="preserve">- Built the post-event lead list and handed it to sales within </w:t>
      </w:r>
      <w:r>
        <w:rPr>
          <w:b/>
        </w:rPr>
        <w:t>[time]</w:t>
      </w:r>
      <w:r>
        <w:rPr>
          <w:b w:val="0"/>
        </w:rPr>
        <w:t xml:space="preserve">, up from </w:t>
      </w:r>
      <w:r>
        <w:rPr>
          <w:b/>
        </w:rPr>
        <w:t>[previous time]</w:t>
      </w:r>
      <w:r>
        <w:rPr>
          <w:b w:val="0"/>
        </w:rPr>
        <w:t>.</w:t>
      </w:r>
    </w:p>
    <w:p>
      <w:pPr>
        <w:pStyle w:val="Heading2"/>
      </w:pPr>
      <w:r>
        <w:t>Content, social and web</w:t>
      </w:r>
    </w:p>
    <w:p>
      <w:r>
        <w:rPr>
          <w:b w:val="0"/>
        </w:rPr>
        <w:t xml:space="preserve">- Published </w:t>
      </w:r>
      <w:r>
        <w:rPr>
          <w:b/>
        </w:rPr>
        <w:t>[number]</w:t>
      </w:r>
      <w:r>
        <w:rPr>
          <w:b w:val="0"/>
        </w:rPr>
        <w:t xml:space="preserve"> blog posts and landing pages a month in </w:t>
      </w:r>
      <w:r>
        <w:rPr>
          <w:b/>
        </w:rPr>
        <w:t>[CMS]</w:t>
      </w:r>
      <w:r>
        <w:rPr>
          <w:b w:val="0"/>
        </w:rPr>
        <w:t>, handling formatting, images, metadata and links.</w:t>
      </w:r>
    </w:p>
    <w:p>
      <w:r>
        <w:rPr>
          <w:b w:val="0"/>
        </w:rPr>
        <w:t xml:space="preserve">- Scheduled social posts across </w:t>
      </w:r>
      <w:r>
        <w:rPr>
          <w:b/>
        </w:rPr>
        <w:t>[platforms]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 xml:space="preserve"> and pulled the weekly performance numbers for the team meeting.</w:t>
      </w:r>
    </w:p>
    <w:p>
      <w:r>
        <w:rPr>
          <w:b w:val="0"/>
        </w:rPr>
        <w:t xml:space="preserve">- Kept the brand asset library in </w:t>
      </w:r>
      <w:r>
        <w:rPr>
          <w:b/>
        </w:rPr>
        <w:t>[tool]</w:t>
      </w:r>
      <w:r>
        <w:rPr>
          <w:b w:val="0"/>
        </w:rPr>
        <w:t xml:space="preserve"> organized, cutting the time it took the sales team to find approved materials.</w:t>
      </w:r>
    </w:p>
    <w:p>
      <w:pPr>
        <w:pStyle w:val="Heading2"/>
      </w:pPr>
      <w:r>
        <w:t>Reporting and operations</w:t>
      </w:r>
    </w:p>
    <w:p>
      <w:r>
        <w:rPr>
          <w:b w:val="0"/>
        </w:rPr>
        <w:t xml:space="preserve">- Built a weekly marketing dashboard in </w:t>
      </w:r>
      <w:r>
        <w:rPr>
          <w:b/>
        </w:rPr>
        <w:t>[tool]</w:t>
      </w:r>
      <w:r>
        <w:rPr>
          <w:b w:val="0"/>
        </w:rPr>
        <w:t xml:space="preserve"> pulling from </w:t>
      </w:r>
      <w:r>
        <w:rPr>
          <w:b/>
        </w:rPr>
        <w:t>[sources]</w:t>
      </w:r>
      <w:r>
        <w:rPr>
          <w:b w:val="0"/>
        </w:rPr>
        <w:t xml:space="preserve">, replacing </w:t>
      </w:r>
      <w:r>
        <w:rPr>
          <w:b/>
        </w:rPr>
        <w:t>[number]</w:t>
      </w:r>
      <w:r>
        <w:rPr>
          <w:b w:val="0"/>
        </w:rPr>
        <w:t xml:space="preserve"> manual spreadsheets.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vendor and agency relationships, from purchase orders to invoices, with </w:t>
      </w:r>
      <w:r>
        <w:rPr>
          <w:b/>
        </w:rPr>
        <w:t>[result: no late payments, faster approvals]</w:t>
      </w:r>
      <w:r>
        <w:rPr>
          <w:b w:val="0"/>
        </w:rPr>
        <w:t>.</w:t>
      </w:r>
    </w:p>
    <w:p>
      <w:r>
        <w:rPr>
          <w:b w:val="0"/>
        </w:rPr>
        <w:t xml:space="preserve">- Wrote the team's </w:t>
      </w:r>
      <w:r>
        <w:rPr>
          <w:b/>
        </w:rPr>
        <w:t>[process: creative request form, launch checklist]</w:t>
      </w:r>
      <w:r>
        <w:rPr>
          <w:b w:val="0"/>
        </w:rPr>
        <w:t xml:space="preserve">, adopted by </w:t>
      </w:r>
      <w:r>
        <w:rPr>
          <w:b/>
        </w:rPr>
        <w:t>[team or number of people]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