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Consultant Resume: Examples, Client Work and Summary</w:t>
      </w:r>
    </w:p>
    <w:p>
      <w:r>
        <w:t>Templates from https://knowtheroom.ai/career-guides/marketing-consultant-resume/ · Replace everything in [brackets].</w:t>
      </w:r>
    </w:p>
    <w:p>
      <w:pPr>
        <w:pStyle w:val="Heading2"/>
      </w:pPr>
      <w:r>
        <w:t>How do you list client work under your own business?</w:t>
      </w:r>
    </w:p>
    <w:p>
      <w:r>
        <w:rPr>
          <w:b/>
        </w:rPr>
        <w:t>[Your Business Name or "Independent Marketing Consultant"]</w:t>
      </w:r>
      <w:r>
        <w:rPr>
          <w:b w:val="0"/>
        </w:rPr>
        <w:t xml:space="preserve"> · </w:t>
      </w:r>
      <w:r>
        <w:rPr>
          <w:b/>
        </w:rPr>
        <w:t>[City or Remote]</w:t>
      </w:r>
    </w:p>
    <w:p>
      <w:r>
        <w:rPr>
          <w:b w:val="0"/>
        </w:rPr>
        <w:t xml:space="preserve">Marketing Consultant / Founder · </w:t>
      </w:r>
      <w:r>
        <w:rPr>
          <w:b/>
        </w:rPr>
        <w:t>[Month Year]</w:t>
      </w:r>
      <w:r>
        <w:rPr>
          <w:b w:val="0"/>
        </w:rPr>
        <w:t xml:space="preserve"> – Present</w:t>
      </w:r>
    </w:p>
    <w:p>
      <w:r>
        <w:rPr>
          <w:b/>
        </w:rPr>
        <w:t>[One line: what you're hired for and for whom, e.g. "Positioning and launch strategy for B2B software companies, Seed to Series C."]</w:t>
      </w:r>
    </w:p>
    <w:p/>
    <w:p>
      <w:r>
        <w:rPr>
          <w:b w:val="0"/>
        </w:rPr>
        <w:t xml:space="preserve">- </w:t>
      </w:r>
      <w:r>
        <w:rPr>
          <w:b/>
        </w:rPr>
        <w:t>[Client type and size]</w:t>
      </w:r>
      <w:r>
        <w:rPr>
          <w:b w:val="0"/>
        </w:rPr>
        <w:t xml:space="preserve">: </w:t>
      </w:r>
      <w:r>
        <w:rPr>
          <w:b/>
        </w:rPr>
        <w:t>[problem]</w:t>
      </w:r>
      <w:r>
        <w:rPr>
          <w:b w:val="0"/>
        </w:rPr>
        <w:t xml:space="preserve">. </w:t>
      </w:r>
      <w:r>
        <w:rPr>
          <w:b/>
        </w:rPr>
        <w:t>[What you did]</w:t>
      </w:r>
      <w:r>
        <w:rPr>
          <w:b w:val="0"/>
        </w:rPr>
        <w:t xml:space="preserve">. </w:t>
      </w:r>
      <w:r>
        <w:rPr>
          <w:b/>
        </w:rPr>
        <w:t>[Result, with a number if you have one]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[Client type and size]</w:t>
      </w:r>
      <w:r>
        <w:rPr>
          <w:b w:val="0"/>
        </w:rPr>
        <w:t xml:space="preserve">: </w:t>
      </w:r>
      <w:r>
        <w:rPr>
          <w:b/>
        </w:rPr>
        <w:t>[problem]</w:t>
      </w:r>
      <w:r>
        <w:rPr>
          <w:b w:val="0"/>
        </w:rPr>
        <w:t xml:space="preserve">. </w:t>
      </w:r>
      <w:r>
        <w:rPr>
          <w:b/>
        </w:rPr>
        <w:t>[What you did]</w:t>
      </w:r>
      <w:r>
        <w:rPr>
          <w:b w:val="0"/>
        </w:rPr>
        <w:t xml:space="preserve">.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[Client type and size]</w:t>
      </w:r>
      <w:r>
        <w:rPr>
          <w:b w:val="0"/>
        </w:rPr>
        <w:t xml:space="preserve">: </w:t>
      </w:r>
      <w:r>
        <w:rPr>
          <w:b/>
        </w:rPr>
        <w:t>[problem]</w:t>
      </w:r>
      <w:r>
        <w:rPr>
          <w:b w:val="0"/>
        </w:rPr>
        <w:t xml:space="preserve">. </w:t>
      </w:r>
      <w:r>
        <w:rPr>
          <w:b/>
        </w:rPr>
        <w:t>[What you did]</w:t>
      </w:r>
      <w:r>
        <w:rPr>
          <w:b w:val="0"/>
        </w:rPr>
        <w:t xml:space="preserve">.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Selected clients: </w:t>
      </w:r>
      <w:r>
        <w:rPr>
          <w:b/>
        </w:rPr>
        <w:t>[names you're allowed to share, or industries if you can't name them]</w:t>
      </w:r>
      <w:r>
        <w:rPr>
          <w:b w:val="0"/>
        </w:rPr>
        <w:t>.</w:t>
      </w:r>
    </w:p>
    <w:p>
      <w:pPr>
        <w:pStyle w:val="Heading2"/>
      </w:pPr>
      <w:r>
        <w:t>How do you write a marketing consultant resume summary?</w:t>
      </w:r>
    </w:p>
    <w:p>
      <w:r>
        <w:rPr>
          <w:b w:val="0"/>
        </w:rPr>
        <w:t xml:space="preserve">Marketing consultant specializing in </w:t>
      </w:r>
      <w:r>
        <w:rPr>
          <w:b/>
        </w:rPr>
        <w:t>[specialty]</w:t>
      </w:r>
      <w:r>
        <w:rPr>
          <w:b w:val="0"/>
        </w:rPr>
        <w:t xml:space="preserve"> for </w:t>
      </w:r>
      <w:r>
        <w:rPr>
          <w:b/>
        </w:rPr>
        <w:t>[client type]</w:t>
      </w:r>
      <w:r>
        <w:rPr>
          <w:b w:val="0"/>
        </w:rPr>
        <w:t xml:space="preserve">. </w:t>
      </w:r>
      <w:r>
        <w:rPr>
          <w:b/>
        </w:rPr>
        <w:t>[Years]</w:t>
      </w:r>
      <w:r>
        <w:rPr>
          <w:b w:val="0"/>
        </w:rPr>
        <w:t xml:space="preserve"> years across </w:t>
      </w:r>
      <w:r>
        <w:rPr>
          <w:b/>
        </w:rPr>
        <w:t>[in-house, agency and independent]</w:t>
      </w:r>
      <w:r>
        <w:rPr>
          <w:b w:val="0"/>
        </w:rPr>
        <w:t xml:space="preserve"> work, with </w:t>
      </w:r>
      <w:r>
        <w:rPr>
          <w:b/>
        </w:rPr>
        <w:t>[number]</w:t>
      </w:r>
      <w:r>
        <w:rPr>
          <w:b w:val="0"/>
        </w:rPr>
        <w:t xml:space="preserve"> engagements for companies including </w:t>
      </w:r>
      <w:r>
        <w:rPr>
          <w:b/>
        </w:rPr>
        <w:t>[names or industries]</w:t>
      </w:r>
      <w:r>
        <w:rPr>
          <w:b w:val="0"/>
        </w:rPr>
        <w:t xml:space="preserve">. Recent work: </w:t>
      </w:r>
      <w:r>
        <w:rPr>
          <w:b/>
        </w:rPr>
        <w:t>[one result in one sentence]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