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Consultant Job Description: Template, Duties and Types</w:t>
      </w:r>
    </w:p>
    <w:p>
      <w:r>
        <w:t>Templates from https://knowtheroom.ai/career-guides/marketing-consultant-job-description/ · Replace everything in [brackets].</w:t>
      </w:r>
    </w:p>
    <w:p>
      <w:pPr>
        <w:pStyle w:val="Heading2"/>
      </w:pPr>
      <w:r>
        <w:t>Marketing consultant job description template (firm or agency role)</w:t>
      </w:r>
    </w:p>
    <w:p>
      <w:r>
        <w:rPr>
          <w:b w:val="0"/>
        </w:rPr>
        <w:t xml:space="preserve">Job title: Marketing Consultant </w:t>
      </w:r>
      <w:r>
        <w:rPr>
          <w:b/>
        </w:rPr>
        <w:t>[or Senior Marketing Consultant]</w:t>
      </w:r>
      <w:r>
        <w:rPr>
          <w:b w:val="0"/>
        </w:rPr>
        <w:t xml:space="preserve">, </w:t>
      </w:r>
      <w:r>
        <w:rPr>
          <w:b/>
        </w:rPr>
        <w:t>[Practice: e.g. Go-to-Market / Brand / Growth]</w:t>
      </w:r>
    </w:p>
    <w:p/>
    <w:p>
      <w:r>
        <w:rPr>
          <w:b w:val="0"/>
        </w:rPr>
        <w:t xml:space="preserve">About </w:t>
      </w:r>
      <w:r>
        <w:rPr>
          <w:b/>
        </w:rPr>
        <w:t>[Firm]</w:t>
      </w:r>
    </w:p>
    <w:p>
      <w:r>
        <w:rPr>
          <w:b/>
        </w:rPr>
        <w:t>[Two sentences: what kinds of clients you serve and the problems you're known for solving.]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Marketing Consultant to work with </w:t>
      </w:r>
      <w:r>
        <w:rPr>
          <w:b/>
        </w:rPr>
        <w:t>[client type: e.g. mid-sized consumer brands / B2B software companies]</w:t>
      </w:r>
      <w:r>
        <w:rPr>
          <w:b w:val="0"/>
        </w:rPr>
        <w:t xml:space="preserve"> on </w:t>
      </w:r>
      <w:r>
        <w:rPr>
          <w:b/>
        </w:rPr>
        <w:t>[practice area]</w:t>
      </w:r>
      <w:r>
        <w:rPr>
          <w:b w:val="0"/>
        </w:rPr>
        <w:t xml:space="preserve">. You'll run research and analysis, shape recommendations and present them to client leadership, working on </w:t>
      </w:r>
      <w:r>
        <w:rPr>
          <w:b/>
        </w:rPr>
        <w:t>[number]</w:t>
      </w:r>
      <w:r>
        <w:rPr>
          <w:b w:val="0"/>
        </w:rPr>
        <w:t xml:space="preserve"> engagements at a time with </w:t>
      </w:r>
      <w:r>
        <w:rPr>
          <w:b/>
        </w:rPr>
        <w:t>[partner / engagement manager]</w:t>
      </w:r>
      <w:r>
        <w:rPr>
          <w:b w:val="0"/>
        </w:rPr>
        <w:t xml:space="preserve">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Run discovery: stakeholder interviews, customer research, competitive and channel reviews.</w:t>
      </w:r>
    </w:p>
    <w:p>
      <w:r>
        <w:rPr>
          <w:b w:val="0"/>
        </w:rPr>
        <w:t>- Analyze marketing and sales data to find what's working and what isn't.</w:t>
      </w:r>
    </w:p>
    <w:p>
      <w:r>
        <w:rPr>
          <w:b w:val="0"/>
        </w:rPr>
        <w:t>- Build recommendations: positioning, go-to-market plans, channel mix, budgets or team structure.</w:t>
      </w:r>
    </w:p>
    <w:p>
      <w:r>
        <w:rPr>
          <w:b w:val="0"/>
        </w:rPr>
        <w:t xml:space="preserve">- Write and present findings to client </w:t>
      </w:r>
      <w:r>
        <w:rPr>
          <w:b/>
        </w:rPr>
        <w:t>[CMOs / founders / leadership teams]</w:t>
      </w:r>
      <w:r>
        <w:rPr>
          <w:b w:val="0"/>
        </w:rPr>
        <w:t>.</w:t>
      </w:r>
    </w:p>
    <w:p>
      <w:r>
        <w:rPr>
          <w:b w:val="0"/>
        </w:rPr>
        <w:t>- Help clients put the plan in place: briefs, roadmaps, playbooks, workshops.</w:t>
      </w:r>
    </w:p>
    <w:p>
      <w:r>
        <w:rPr>
          <w:b w:val="0"/>
        </w:rPr>
        <w:t>- Track results against the goals agreed at the start of each engagement.</w:t>
      </w:r>
    </w:p>
    <w:p>
      <w:r>
        <w:rPr>
          <w:b w:val="0"/>
        </w:rPr>
        <w:t>- Contribute to proposals and new-business pitches.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[X]+ years in marketing, with </w:t>
      </w:r>
      <w:r>
        <w:rPr>
          <w:b/>
        </w:rPr>
        <w:t>[in-house, agency or consulting]</w:t>
      </w:r>
      <w:r>
        <w:rPr>
          <w:b w:val="0"/>
        </w:rPr>
        <w:t xml:space="preserve"> experience.</w:t>
      </w:r>
    </w:p>
    <w:p>
      <w:r>
        <w:rPr>
          <w:b w:val="0"/>
        </w:rPr>
        <w:t>- Depth in [practice area: e.g. positioning, paid acquisition, lifecycle, marketing operations].</w:t>
      </w:r>
    </w:p>
    <w:p>
      <w:r>
        <w:rPr>
          <w:b w:val="0"/>
        </w:rPr>
        <w:t>- Clear writing and presenting for senior audiences.</w:t>
      </w:r>
    </w:p>
    <w:p>
      <w:r>
        <w:rPr>
          <w:b w:val="0"/>
        </w:rPr>
        <w:t>- Comfort with data: spreadsheets, analytics tools, simple models.</w:t>
      </w:r>
    </w:p>
    <w:p>
      <w:r>
        <w:rPr>
          <w:b w:val="0"/>
        </w:rPr>
        <w:t>- Experience managing several projects and stakeholders at once.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client results against engagement goals]</w:t>
      </w:r>
    </w:p>
    <w:p>
      <w:r>
        <w:rPr>
          <w:b w:val="0"/>
        </w:rPr>
        <w:t xml:space="preserve">- </w:t>
      </w:r>
      <w:r>
        <w:rPr>
          <w:b/>
        </w:rPr>
        <w:t>[Metric 2: e.g. client satisfaction and repeat work]</w:t>
      </w:r>
    </w:p>
    <w:p>
      <w:r>
        <w:rPr>
          <w:b w:val="0"/>
        </w:rPr>
        <w:t xml:space="preserve">- </w:t>
      </w:r>
      <w:r>
        <w:rPr>
          <w:b/>
        </w:rPr>
        <w:t>[Metric 3: e.g. on-time, on-scope delivery]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[bonus]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[travel expectations]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Template for hiring an independent marketing consultant</w:t>
      </w:r>
    </w:p>
    <w:p>
      <w:r>
        <w:rPr>
          <w:b w:val="0"/>
        </w:rPr>
        <w:t xml:space="preserve">Engagement: Marketing Consultant, </w:t>
      </w:r>
      <w:r>
        <w:rPr>
          <w:b/>
        </w:rPr>
        <w:t>[Problem: e.g. Repositioning / Launch Plan / Paid Media Audit]</w:t>
      </w:r>
    </w:p>
    <w:p/>
    <w:p>
      <w:r>
        <w:rPr>
          <w:b w:val="0"/>
        </w:rPr>
        <w:t>About us</w:t>
      </w:r>
    </w:p>
    <w:p>
      <w:r>
        <w:rPr>
          <w:b/>
        </w:rPr>
        <w:t>[Two sentences: what you sell, to whom, and where the business is now.]</w:t>
      </w:r>
    </w:p>
    <w:p/>
    <w:p>
      <w:r>
        <w:rPr>
          <w:b w:val="0"/>
        </w:rPr>
        <w:t>The problem</w:t>
      </w:r>
    </w:p>
    <w:p>
      <w:r>
        <w:rPr>
          <w:b/>
        </w:rPr>
        <w:t>[Two or three sentences: what's not working or what's coming, and why it matters now.]</w:t>
      </w:r>
    </w:p>
    <w:p/>
    <w:p>
      <w:r>
        <w:rPr>
          <w:b w:val="0"/>
        </w:rPr>
        <w:t>What we need</w:t>
      </w:r>
    </w:p>
    <w:p>
      <w:r>
        <w:rPr>
          <w:b w:val="0"/>
        </w:rPr>
        <w:t>- [Deliverable 1: e.g. a positioning and messaging framework, tested with five customers]</w:t>
      </w:r>
    </w:p>
    <w:p>
      <w:r>
        <w:rPr>
          <w:b w:val="0"/>
        </w:rPr>
        <w:t xml:space="preserve">- </w:t>
      </w:r>
      <w:r>
        <w:rPr>
          <w:b/>
        </w:rPr>
        <w:t>[Deliverable 2: e.g. a 90-day launch plan with budget and channel mix]</w:t>
      </w:r>
    </w:p>
    <w:p>
      <w:r>
        <w:rPr>
          <w:b w:val="0"/>
        </w:rPr>
        <w:t xml:space="preserve">- </w:t>
      </w:r>
      <w:r>
        <w:rPr>
          <w:b/>
        </w:rPr>
        <w:t>[Deliverable 3: e.g. two workshops to hand over to our team]</w:t>
      </w:r>
    </w:p>
    <w:p/>
    <w:p>
      <w:r>
        <w:rPr>
          <w:b w:val="0"/>
        </w:rPr>
        <w:t>Timing and scope</w:t>
      </w:r>
    </w:p>
    <w:p>
      <w:r>
        <w:rPr>
          <w:b/>
        </w:rPr>
        <w:t>[Start date]</w:t>
      </w:r>
      <w:r>
        <w:rPr>
          <w:b w:val="0"/>
        </w:rPr>
        <w:t xml:space="preserve">, </w:t>
      </w:r>
      <w:r>
        <w:rPr>
          <w:b/>
        </w:rPr>
        <w:t>[length: e.g. eight weeks]</w:t>
      </w:r>
      <w:r>
        <w:rPr>
          <w:b w:val="0"/>
        </w:rPr>
        <w:t xml:space="preserve">, </w:t>
      </w:r>
      <w:r>
        <w:rPr>
          <w:b/>
        </w:rPr>
        <w:t>[expected time: e.g. about two days a week]</w:t>
      </w:r>
      <w:r>
        <w:rPr>
          <w:b w:val="0"/>
        </w:rPr>
        <w:t xml:space="preserve">, </w:t>
      </w:r>
      <w:r>
        <w:rPr>
          <w:b/>
        </w:rPr>
        <w:t>[remote / on-site]</w:t>
      </w:r>
      <w:r>
        <w:rPr>
          <w:b w:val="0"/>
        </w:rPr>
        <w:t>.</w:t>
      </w:r>
    </w:p>
    <w:p/>
    <w:p>
      <w:r>
        <w:rPr>
          <w:b w:val="0"/>
        </w:rPr>
        <w:t>Who you'll work with</w:t>
      </w:r>
    </w:p>
    <w:p>
      <w:r>
        <w:rPr>
          <w:b/>
        </w:rPr>
        <w:t>[Titles: e.g. CEO, head of sales, two marketers]</w:t>
      </w:r>
      <w:r>
        <w:rPr>
          <w:b w:val="0"/>
        </w:rPr>
        <w:t>.</w:t>
      </w:r>
    </w:p>
    <w:p/>
    <w:p>
      <w:r>
        <w:rPr>
          <w:b w:val="0"/>
        </w:rPr>
        <w:t>What we're looking for</w:t>
      </w:r>
    </w:p>
    <w:p>
      <w:r>
        <w:rPr>
          <w:b w:val="0"/>
        </w:rPr>
        <w:t xml:space="preserve">- Proven work on </w:t>
      </w:r>
      <w:r>
        <w:rPr>
          <w:b/>
        </w:rPr>
        <w:t>[this kind of problem]</w:t>
      </w:r>
      <w:r>
        <w:rPr>
          <w:b w:val="0"/>
        </w:rPr>
        <w:t xml:space="preserve"> for </w:t>
      </w:r>
      <w:r>
        <w:rPr>
          <w:b/>
        </w:rPr>
        <w:t>[similar companies]</w:t>
      </w:r>
      <w:r>
        <w:rPr>
          <w:b w:val="0"/>
        </w:rPr>
        <w:t>.</w:t>
      </w:r>
    </w:p>
    <w:p>
      <w:r>
        <w:rPr>
          <w:b w:val="0"/>
        </w:rPr>
        <w:t>- Examples or case studies with results.</w:t>
      </w:r>
    </w:p>
    <w:p>
      <w:r>
        <w:rPr>
          <w:b w:val="0"/>
        </w:rPr>
        <w:t>- References from recent clients.</w:t>
      </w:r>
    </w:p>
    <w:p/>
    <w:p>
      <w:r>
        <w:rPr>
          <w:b w:val="0"/>
        </w:rPr>
        <w:t>Budget</w:t>
      </w:r>
    </w:p>
    <w:p>
      <w:r>
        <w:rPr>
          <w:b/>
        </w:rPr>
        <w:t>[Fixed fee range, day rate or monthly retainer]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