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Assistant Resume: Examples, Summary and Skills</w:t>
      </w:r>
    </w:p>
    <w:p>
      <w:r>
        <w:t>Templates from https://knowtheroom.ai/career-guides/marketing-assistant-resume/ · Replace everything in [brackets].</w:t>
      </w:r>
    </w:p>
    <w:p>
      <w:pPr>
        <w:pStyle w:val="Heading2"/>
      </w:pPr>
      <w:r>
        <w:t>How do you write a marketing assistant resume summary?</w:t>
      </w:r>
    </w:p>
    <w:p>
      <w:r>
        <w:rPr>
          <w:b w:val="0"/>
        </w:rPr>
        <w:t xml:space="preserve">Organized marketing assistant with </w:t>
      </w:r>
      <w:r>
        <w:rPr>
          <w:b/>
        </w:rPr>
        <w:t>[experience: a year of internship and part-time work]</w:t>
      </w:r>
      <w:r>
        <w:rPr>
          <w:b w:val="0"/>
        </w:rPr>
        <w:t xml:space="preserve"> supporting </w:t>
      </w:r>
      <w:r>
        <w:rPr>
          <w:b/>
        </w:rPr>
        <w:t>[social / email / events]</w:t>
      </w:r>
      <w:r>
        <w:rPr>
          <w:b w:val="0"/>
        </w:rPr>
        <w:t xml:space="preserve"> for </w:t>
      </w:r>
      <w:r>
        <w:rPr>
          <w:b/>
        </w:rPr>
        <w:t>[kind of organization]</w:t>
      </w:r>
      <w:r>
        <w:rPr>
          <w:b w:val="0"/>
        </w:rPr>
        <w:t xml:space="preserve">. Comfortable in </w:t>
      </w:r>
      <w:r>
        <w:rPr>
          <w:b/>
        </w:rPr>
        <w:t>[two or three tools]</w:t>
      </w:r>
      <w:r>
        <w:rPr>
          <w:b w:val="0"/>
        </w:rPr>
        <w:t xml:space="preserve"> and quick to pick up new ones.</w:t>
      </w:r>
    </w:p>
    <w:p>
      <w:pPr>
        <w:pStyle w:val="Heading2"/>
      </w:pPr>
      <w:r>
        <w:t>How do you write a marketing assistant resume summary?</w:t>
      </w:r>
    </w:p>
    <w:p>
      <w:r>
        <w:rPr>
          <w:b w:val="0"/>
        </w:rPr>
        <w:t xml:space="preserve">Recent </w:t>
      </w:r>
      <w:r>
        <w:rPr>
          <w:b/>
        </w:rPr>
        <w:t>[degree]</w:t>
      </w:r>
      <w:r>
        <w:rPr>
          <w:b w:val="0"/>
        </w:rPr>
        <w:t xml:space="preserve"> graduate looking to support a marketing team as a Marketing Assistant at </w:t>
      </w:r>
      <w:r>
        <w:rPr>
          <w:b/>
        </w:rPr>
        <w:t>[Company]</w:t>
      </w:r>
      <w:r>
        <w:rPr>
          <w:b w:val="0"/>
        </w:rPr>
        <w:t xml:space="preserve">. Ran </w:t>
      </w:r>
      <w:r>
        <w:rPr>
          <w:b/>
        </w:rPr>
        <w:t>[social account / event promotion / newsletter]</w:t>
      </w:r>
      <w:r>
        <w:rPr>
          <w:b w:val="0"/>
        </w:rPr>
        <w:t xml:space="preserve"> for </w:t>
      </w:r>
      <w:r>
        <w:rPr>
          <w:b/>
        </w:rPr>
        <w:t>[club or employer]</w:t>
      </w:r>
      <w:r>
        <w:rPr>
          <w:b w:val="0"/>
        </w:rPr>
        <w:t xml:space="preserve"> and built </w:t>
      </w:r>
      <w:r>
        <w:rPr>
          <w:b/>
        </w:rPr>
        <w:t>[one result: followers, sign-ups, attendance]</w:t>
      </w:r>
      <w:r>
        <w:rPr>
          <w:b w:val="0"/>
        </w:rPr>
        <w:t>.</w:t>
      </w:r>
    </w:p>
    <w:p>
      <w:pPr>
        <w:pStyle w:val="Heading2"/>
      </w:pPr>
      <w:r>
        <w:t>Social media and content</w:t>
      </w:r>
    </w:p>
    <w:p>
      <w:r>
        <w:rPr>
          <w:b w:val="0"/>
        </w:rPr>
        <w:t xml:space="preserve">- Scheduled </w:t>
      </w:r>
      <w:r>
        <w:rPr>
          <w:b/>
        </w:rPr>
        <w:t>[number]</w:t>
      </w:r>
      <w:r>
        <w:rPr>
          <w:b w:val="0"/>
        </w:rPr>
        <w:t xml:space="preserve"> posts a week across </w:t>
      </w:r>
      <w:r>
        <w:rPr>
          <w:b/>
        </w:rPr>
        <w:t>[platforms]</w:t>
      </w:r>
      <w:r>
        <w:rPr>
          <w:b w:val="0"/>
        </w:rPr>
        <w:t xml:space="preserve"> in </w:t>
      </w:r>
      <w:r>
        <w:rPr>
          <w:b/>
        </w:rPr>
        <w:t>[tool]</w:t>
      </w:r>
      <w:r>
        <w:rPr>
          <w:b w:val="0"/>
        </w:rPr>
        <w:t>, and pulled the weekly engagement numbers for the team meeting.</w:t>
      </w:r>
    </w:p>
    <w:p>
      <w:r>
        <w:rPr>
          <w:b w:val="0"/>
        </w:rPr>
        <w:t xml:space="preserve">- Created </w:t>
      </w:r>
      <w:r>
        <w:rPr>
          <w:b/>
        </w:rPr>
        <w:t>[number]</w:t>
      </w:r>
      <w:r>
        <w:rPr>
          <w:b w:val="0"/>
        </w:rPr>
        <w:t xml:space="preserve"> graphics a month in Canva using the brand templates, with </w:t>
      </w:r>
      <w:r>
        <w:rPr>
          <w:b/>
        </w:rPr>
        <w:t>[result: faster turnaround, fewer revision rounds]</w:t>
      </w:r>
      <w:r>
        <w:rPr>
          <w:b w:val="0"/>
        </w:rPr>
        <w:t>.</w:t>
      </w:r>
    </w:p>
    <w:p>
      <w:r>
        <w:rPr>
          <w:b w:val="0"/>
        </w:rPr>
        <w:t xml:space="preserve">- Wrote first drafts of </w:t>
      </w:r>
      <w:r>
        <w:rPr>
          <w:b/>
        </w:rPr>
        <w:t>[captions / blog posts / product descriptions]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[products or campaigns]</w:t>
      </w:r>
      <w:r>
        <w:rPr>
          <w:b w:val="0"/>
        </w:rPr>
        <w:t>.</w:t>
      </w:r>
    </w:p>
    <w:p>
      <w:pPr>
        <w:pStyle w:val="Heading2"/>
      </w:pPr>
      <w:r>
        <w:t>Email, web and events</w:t>
      </w:r>
    </w:p>
    <w:p>
      <w:r>
        <w:rPr>
          <w:b w:val="0"/>
        </w:rPr>
        <w:t xml:space="preserve">- Built and tested </w:t>
      </w:r>
      <w:r>
        <w:rPr>
          <w:b/>
        </w:rPr>
        <w:t>[number]</w:t>
      </w:r>
      <w:r>
        <w:rPr>
          <w:b w:val="0"/>
        </w:rPr>
        <w:t xml:space="preserve"> marketing emails in </w:t>
      </w:r>
      <w:r>
        <w:rPr>
          <w:b/>
        </w:rPr>
        <w:t>[platform]</w:t>
      </w:r>
      <w:r>
        <w:rPr>
          <w:b w:val="0"/>
        </w:rPr>
        <w:t>, checking links, images and segments before each send.</w:t>
      </w:r>
    </w:p>
    <w:p>
      <w:r>
        <w:rPr>
          <w:b w:val="0"/>
        </w:rPr>
        <w:t xml:space="preserve">- Updated </w:t>
      </w:r>
      <w:r>
        <w:rPr>
          <w:b/>
        </w:rPr>
        <w:t>[number]</w:t>
      </w:r>
      <w:r>
        <w:rPr>
          <w:b w:val="0"/>
        </w:rPr>
        <w:t xml:space="preserve"> website pages in </w:t>
      </w:r>
      <w:r>
        <w:rPr>
          <w:b/>
        </w:rPr>
        <w:t>[CMS]</w:t>
      </w:r>
      <w:r>
        <w:rPr>
          <w:b w:val="0"/>
        </w:rPr>
        <w:t xml:space="preserve"> each month, including images, copy edits and metadata.</w:t>
      </w:r>
    </w:p>
    <w:p>
      <w:r>
        <w:rPr>
          <w:b w:val="0"/>
        </w:rPr>
        <w:t xml:space="preserve">- Supported </w:t>
      </w:r>
      <w:r>
        <w:rPr>
          <w:b/>
        </w:rPr>
        <w:t>[number]</w:t>
      </w:r>
      <w:r>
        <w:rPr>
          <w:b w:val="0"/>
        </w:rPr>
        <w:t xml:space="preserve"> events, from shipping materials and managing the registration list to sending the follow-up email.</w:t>
      </w:r>
    </w:p>
    <w:p>
      <w:pPr>
        <w:pStyle w:val="Heading2"/>
      </w:pPr>
      <w:r>
        <w:t>Admin and reporting</w:t>
      </w:r>
    </w:p>
    <w:p>
      <w:r>
        <w:rPr>
          <w:b w:val="0"/>
        </w:rPr>
        <w:t xml:space="preserve">- Kept the shared asset library in </w:t>
      </w:r>
      <w:r>
        <w:rPr>
          <w:b/>
        </w:rPr>
        <w:t>[tool]</w:t>
      </w:r>
      <w:r>
        <w:rPr>
          <w:b w:val="0"/>
        </w:rPr>
        <w:t xml:space="preserve"> organized, so the team could find approved files in seconds.</w:t>
      </w:r>
    </w:p>
    <w:p>
      <w:r>
        <w:rPr>
          <w:b w:val="0"/>
        </w:rPr>
        <w:t xml:space="preserve">- Tracked </w:t>
      </w:r>
      <w:r>
        <w:rPr>
          <w:b/>
        </w:rPr>
        <w:t>[vendor invoices / purchase orders / content requests]</w:t>
      </w:r>
      <w:r>
        <w:rPr>
          <w:b w:val="0"/>
        </w:rPr>
        <w:t xml:space="preserve"> in a spreadsheet and flagged anything overdue.</w:t>
      </w:r>
    </w:p>
    <w:p>
      <w:r>
        <w:rPr>
          <w:b w:val="0"/>
        </w:rPr>
        <w:t xml:space="preserve">- Pulled monthly numbers from </w:t>
      </w:r>
      <w:r>
        <w:rPr>
          <w:b/>
        </w:rPr>
        <w:t>[GA4 / the social platforms / the email tool]</w:t>
      </w:r>
      <w:r>
        <w:rPr>
          <w:b w:val="0"/>
        </w:rPr>
        <w:t xml:space="preserve"> into a simple report for </w:t>
      </w:r>
      <w:r>
        <w:rPr>
          <w:b/>
        </w:rPr>
        <w:t>[manager]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