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Analyst Resume: Examples, Summary and Skills</w:t>
      </w:r>
    </w:p>
    <w:p>
      <w:r>
        <w:t>Templates from https://knowtheroom.ai/career-guides/marketing-analyst-resume/ · Replace everything in [brackets].</w:t>
      </w:r>
    </w:p>
    <w:p>
      <w:pPr>
        <w:pStyle w:val="Heading2"/>
      </w:pPr>
      <w:r>
        <w:t>How do you write a marketing analyst resume summary?</w:t>
      </w:r>
    </w:p>
    <w:p>
      <w:r>
        <w:rPr>
          <w:b w:val="0"/>
        </w:rPr>
        <w:t xml:space="preserve">Marketing analyst with </w:t>
      </w:r>
      <w:r>
        <w:rPr>
          <w:b/>
        </w:rPr>
        <w:t>[number]</w:t>
      </w:r>
      <w:r>
        <w:rPr>
          <w:b w:val="0"/>
        </w:rPr>
        <w:t xml:space="preserve"> years in </w:t>
      </w:r>
      <w:r>
        <w:rPr>
          <w:b/>
        </w:rPr>
        <w:t>[ecommerce / B2B SaaS / retail / agency]</w:t>
      </w:r>
      <w:r>
        <w:rPr>
          <w:b w:val="0"/>
        </w:rPr>
        <w:t xml:space="preserve">. Use </w:t>
      </w:r>
      <w:r>
        <w:rPr>
          <w:b/>
        </w:rPr>
        <w:t>[SQL, GA4, Looker Studio]</w:t>
      </w:r>
      <w:r>
        <w:rPr>
          <w:b w:val="0"/>
        </w:rPr>
        <w:t xml:space="preserve"> to measure </w:t>
      </w:r>
      <w:r>
        <w:rPr>
          <w:b/>
        </w:rPr>
        <w:t>[channel performance / campaign lift / customer lifetime value]</w:t>
      </w:r>
      <w:r>
        <w:rPr>
          <w:b w:val="0"/>
        </w:rPr>
        <w:t xml:space="preserve">; my </w:t>
      </w:r>
      <w:r>
        <w:rPr>
          <w:b/>
        </w:rPr>
        <w:t>[analysis]</w:t>
      </w:r>
      <w:r>
        <w:rPr>
          <w:b w:val="0"/>
        </w:rPr>
        <w:t xml:space="preserve"> moved $</w:t>
      </w:r>
      <w:r>
        <w:rPr>
          <w:b/>
        </w:rPr>
        <w:t>[amount]</w:t>
      </w:r>
      <w:r>
        <w:rPr>
          <w:b w:val="0"/>
        </w:rPr>
        <w:t xml:space="preserve"> of spend to </w:t>
      </w:r>
      <w:r>
        <w:rPr>
          <w:b/>
        </w:rPr>
        <w:t>[channel]</w:t>
      </w:r>
      <w:r>
        <w:rPr>
          <w:b w:val="0"/>
        </w:rPr>
        <w:t xml:space="preserve"> at a </w:t>
      </w:r>
      <w:r>
        <w:rPr>
          <w:b/>
        </w:rPr>
        <w:t>[result]</w:t>
      </w:r>
      <w:r>
        <w:rPr>
          <w:b w:val="0"/>
        </w:rPr>
        <w:t>.</w:t>
      </w:r>
    </w:p>
    <w:p>
      <w:pPr>
        <w:pStyle w:val="Heading2"/>
      </w:pPr>
      <w:r>
        <w:t>How do you write a marketing analyst resume summary?</w:t>
      </w:r>
    </w:p>
    <w:p>
      <w:r>
        <w:rPr>
          <w:b w:val="0"/>
        </w:rPr>
        <w:t xml:space="preserve">Analyst who connects marketing data to revenue. Built </w:t>
      </w:r>
      <w:r>
        <w:rPr>
          <w:b/>
        </w:rPr>
        <w:t>[reporting / attribution model / test framework]</w:t>
      </w:r>
      <w:r>
        <w:rPr>
          <w:b w:val="0"/>
        </w:rPr>
        <w:t xml:space="preserve"> used by </w:t>
      </w:r>
      <w:r>
        <w:rPr>
          <w:b/>
        </w:rPr>
        <w:t>[team]</w:t>
      </w:r>
      <w:r>
        <w:rPr>
          <w:b w:val="0"/>
        </w:rPr>
        <w:t xml:space="preserve"> to decide </w:t>
      </w:r>
      <w:r>
        <w:rPr>
          <w:b/>
        </w:rPr>
        <w:t>[what]</w:t>
      </w:r>
      <w:r>
        <w:rPr>
          <w:b w:val="0"/>
        </w:rPr>
        <w:t xml:space="preserve">, and cut </w:t>
      </w:r>
      <w:r>
        <w:rPr>
          <w:b/>
        </w:rPr>
        <w:t>[reporting time / wasted spend]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>.</w:t>
      </w:r>
    </w:p>
    <w:p>
      <w:pPr>
        <w:pStyle w:val="Heading2"/>
      </w:pPr>
      <w:r>
        <w:t>Reporting and dashboards</w:t>
      </w:r>
    </w:p>
    <w:p>
      <w:r>
        <w:rPr>
          <w:b w:val="0"/>
        </w:rPr>
        <w:t xml:space="preserve">- Built a </w:t>
      </w:r>
      <w:r>
        <w:rPr>
          <w:b/>
        </w:rPr>
        <w:t>[Looker Studio / Tableau]</w:t>
      </w:r>
      <w:r>
        <w:rPr>
          <w:b w:val="0"/>
        </w:rPr>
        <w:t xml:space="preserve"> dashboard combining </w:t>
      </w:r>
      <w:r>
        <w:rPr>
          <w:b/>
        </w:rPr>
        <w:t>[sources]</w:t>
      </w:r>
      <w:r>
        <w:rPr>
          <w:b w:val="0"/>
        </w:rPr>
        <w:t xml:space="preserve">, replacing </w:t>
      </w:r>
      <w:r>
        <w:rPr>
          <w:b/>
        </w:rPr>
        <w:t>[number]</w:t>
      </w:r>
      <w:r>
        <w:rPr>
          <w:b w:val="0"/>
        </w:rPr>
        <w:t xml:space="preserve"> manual reports and saving the team </w:t>
      </w:r>
      <w:r>
        <w:rPr>
          <w:b/>
        </w:rPr>
        <w:t>[hours]</w:t>
      </w:r>
      <w:r>
        <w:rPr>
          <w:b w:val="0"/>
        </w:rPr>
        <w:t xml:space="preserve"> a week.</w:t>
      </w:r>
    </w:p>
    <w:p>
      <w:r>
        <w:rPr>
          <w:b w:val="0"/>
        </w:rPr>
        <w:t xml:space="preserve">- Defined </w:t>
      </w:r>
      <w:r>
        <w:rPr>
          <w:b/>
        </w:rPr>
        <w:t>[number]</w:t>
      </w:r>
      <w:r>
        <w:rPr>
          <w:b w:val="0"/>
        </w:rPr>
        <w:t xml:space="preserve"> core KPIs with the marketing leads, so every channel reported </w:t>
      </w:r>
      <w:r>
        <w:rPr>
          <w:b/>
        </w:rPr>
        <w:t>[metric]</w:t>
      </w:r>
      <w:r>
        <w:rPr>
          <w:b w:val="0"/>
        </w:rPr>
        <w:t xml:space="preserve"> the same way.</w:t>
      </w:r>
    </w:p>
    <w:p>
      <w:pPr>
        <w:pStyle w:val="Heading2"/>
      </w:pPr>
      <w:r>
        <w:t>Testing and campaign measurement</w:t>
      </w:r>
    </w:p>
    <w:p>
      <w:r>
        <w:rPr>
          <w:b w:val="0"/>
        </w:rPr>
        <w:t xml:space="preserve">- Analyzed </w:t>
      </w:r>
      <w:r>
        <w:rPr>
          <w:b/>
        </w:rPr>
        <w:t>[number]</w:t>
      </w:r>
      <w:r>
        <w:rPr>
          <w:b w:val="0"/>
        </w:rPr>
        <w:t xml:space="preserve"> A/B tests a quarter on </w:t>
      </w:r>
      <w:r>
        <w:rPr>
          <w:b/>
        </w:rPr>
        <w:t>[emails / landing pages / ads]</w:t>
      </w:r>
      <w:r>
        <w:rPr>
          <w:b w:val="0"/>
        </w:rPr>
        <w:t xml:space="preserve">; the winning variants lifted </w:t>
      </w:r>
      <w:r>
        <w:rPr>
          <w:b/>
        </w:rPr>
        <w:t>[metric]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>.</w:t>
      </w:r>
    </w:p>
    <w:p>
      <w:r>
        <w:rPr>
          <w:b w:val="0"/>
        </w:rPr>
        <w:t xml:space="preserve">- Measured incremental lift of </w:t>
      </w:r>
      <w:r>
        <w:rPr>
          <w:b/>
        </w:rPr>
        <w:t>[campaign]</w:t>
      </w:r>
      <w:r>
        <w:rPr>
          <w:b w:val="0"/>
        </w:rPr>
        <w:t xml:space="preserve"> with a </w:t>
      </w:r>
      <w:r>
        <w:rPr>
          <w:b/>
        </w:rPr>
        <w:t>[holdout / geo test]</w:t>
      </w:r>
      <w:r>
        <w:rPr>
          <w:b w:val="0"/>
        </w:rPr>
        <w:t xml:space="preserve">, showing </w:t>
      </w:r>
      <w:r>
        <w:rPr>
          <w:b/>
        </w:rPr>
        <w:t>[result]</w:t>
      </w:r>
      <w:r>
        <w:rPr>
          <w:b w:val="0"/>
        </w:rPr>
        <w:t xml:space="preserve"> and leading to </w:t>
      </w:r>
      <w:r>
        <w:rPr>
          <w:b/>
        </w:rPr>
        <w:t>[decision]</w:t>
      </w:r>
      <w:r>
        <w:rPr>
          <w:b w:val="0"/>
        </w:rPr>
        <w:t>.</w:t>
      </w:r>
    </w:p>
    <w:p>
      <w:pPr>
        <w:pStyle w:val="Heading2"/>
      </w:pPr>
      <w:r>
        <w:t>Attribution, budget and forecasting</w:t>
      </w:r>
    </w:p>
    <w:p>
      <w:r>
        <w:rPr>
          <w:b w:val="0"/>
        </w:rPr>
        <w:t xml:space="preserve">- Compared channel performance by </w:t>
      </w:r>
      <w:r>
        <w:rPr>
          <w:b/>
        </w:rPr>
        <w:t>[cost per acquisition / customer lifetime value]</w:t>
      </w:r>
      <w:r>
        <w:rPr>
          <w:b w:val="0"/>
        </w:rPr>
        <w:t>, which moved $</w:t>
      </w:r>
      <w:r>
        <w:rPr>
          <w:b/>
        </w:rPr>
        <w:t>[amount]</w:t>
      </w:r>
      <w:r>
        <w:rPr>
          <w:b w:val="0"/>
        </w:rPr>
        <w:t xml:space="preserve"> from </w:t>
      </w:r>
      <w:r>
        <w:rPr>
          <w:b/>
        </w:rPr>
        <w:t>[channel]</w:t>
      </w:r>
      <w:r>
        <w:rPr>
          <w:b w:val="0"/>
        </w:rPr>
        <w:t xml:space="preserve"> to </w:t>
      </w:r>
      <w:r>
        <w:rPr>
          <w:b/>
        </w:rPr>
        <w:t>[channel]</w:t>
      </w:r>
      <w:r>
        <w:rPr>
          <w:b w:val="0"/>
        </w:rPr>
        <w:t xml:space="preserve"> at </w:t>
      </w:r>
      <w:r>
        <w:rPr>
          <w:b/>
        </w:rPr>
        <w:t>[result]</w:t>
      </w:r>
      <w:r>
        <w:rPr>
          <w:b w:val="0"/>
        </w:rPr>
        <w:t>.</w:t>
      </w:r>
    </w:p>
    <w:p>
      <w:r>
        <w:rPr>
          <w:b w:val="0"/>
        </w:rPr>
        <w:t xml:space="preserve">- Built a </w:t>
      </w:r>
      <w:r>
        <w:rPr>
          <w:b/>
        </w:rPr>
        <w:t>[monthly / quarterly]</w:t>
      </w:r>
      <w:r>
        <w:rPr>
          <w:b w:val="0"/>
        </w:rPr>
        <w:t xml:space="preserve"> forecast for </w:t>
      </w:r>
      <w:r>
        <w:rPr>
          <w:b/>
        </w:rPr>
        <w:t>[leads / revenue]</w:t>
      </w:r>
      <w:r>
        <w:rPr>
          <w:b w:val="0"/>
        </w:rPr>
        <w:t xml:space="preserve"> that landed within [x]% of actuals.</w:t>
      </w:r>
    </w:p>
    <w:p>
      <w:pPr>
        <w:pStyle w:val="Heading2"/>
      </w:pPr>
      <w:r>
        <w:t>Customer and segment analysis</w:t>
      </w:r>
    </w:p>
    <w:p>
      <w:r>
        <w:rPr>
          <w:b w:val="0"/>
        </w:rPr>
        <w:t xml:space="preserve">- Segmented </w:t>
      </w:r>
      <w:r>
        <w:rPr>
          <w:b/>
        </w:rPr>
        <w:t>[number]</w:t>
      </w:r>
      <w:r>
        <w:rPr>
          <w:b w:val="0"/>
        </w:rPr>
        <w:t xml:space="preserve"> customers by </w:t>
      </w:r>
      <w:r>
        <w:rPr>
          <w:b/>
        </w:rPr>
        <w:t>[behavior / value]</w:t>
      </w:r>
      <w:r>
        <w:rPr>
          <w:b w:val="0"/>
        </w:rPr>
        <w:t xml:space="preserve">, and the </w:t>
      </w:r>
      <w:r>
        <w:rPr>
          <w:b/>
        </w:rPr>
        <w:t>[team]</w:t>
      </w:r>
      <w:r>
        <w:rPr>
          <w:b w:val="0"/>
        </w:rPr>
        <w:t xml:space="preserve"> used the segments to </w:t>
      </w:r>
      <w:r>
        <w:rPr>
          <w:b/>
        </w:rPr>
        <w:t>[result: target win-back, cut discounting]</w:t>
      </w:r>
      <w:r>
        <w:rPr>
          <w:b w:val="0"/>
        </w:rPr>
        <w:t>.</w:t>
      </w:r>
    </w:p>
    <w:p>
      <w:r>
        <w:rPr>
          <w:b w:val="0"/>
        </w:rPr>
        <w:t xml:space="preserve">- Ran cohort analysis on </w:t>
      </w:r>
      <w:r>
        <w:rPr>
          <w:b/>
        </w:rPr>
        <w:t>[product or channel]</w:t>
      </w:r>
      <w:r>
        <w:rPr>
          <w:b w:val="0"/>
        </w:rPr>
        <w:t xml:space="preserve">, finding </w:t>
      </w:r>
      <w:r>
        <w:rPr>
          <w:b/>
        </w:rPr>
        <w:t>[insight]</w:t>
      </w:r>
      <w:r>
        <w:rPr>
          <w:b w:val="0"/>
        </w:rPr>
        <w:t xml:space="preserve"> that changed </w:t>
      </w:r>
      <w:r>
        <w:rPr>
          <w:b/>
        </w:rPr>
        <w:t>[decision]</w:t>
      </w:r>
      <w:r>
        <w:rPr>
          <w:b w:val="0"/>
        </w:rPr>
        <w:t>.</w:t>
      </w:r>
    </w:p>
    <w:p>
      <w:pPr>
        <w:pStyle w:val="Heading2"/>
      </w:pPr>
      <w:r>
        <w:t>How do you write a marketing analyst resume with no experience?</w:t>
      </w:r>
    </w:p>
    <w:p>
      <w:r>
        <w:rPr>
          <w:b w:val="0"/>
        </w:rPr>
        <w:t xml:space="preserve">- Analyzed </w:t>
      </w:r>
      <w:r>
        <w:rPr>
          <w:b/>
        </w:rPr>
        <w:t>[public dataset]</w:t>
      </w:r>
      <w:r>
        <w:rPr>
          <w:b w:val="0"/>
        </w:rPr>
        <w:t xml:space="preserve"> to answer </w:t>
      </w:r>
      <w:r>
        <w:rPr>
          <w:b/>
        </w:rPr>
        <w:t>[question]</w:t>
      </w:r>
      <w:r>
        <w:rPr>
          <w:b w:val="0"/>
        </w:rPr>
        <w:t xml:space="preserve">; built a </w:t>
      </w:r>
      <w:r>
        <w:rPr>
          <w:b/>
        </w:rPr>
        <w:t>[dashboard / notebook]</w:t>
      </w:r>
      <w:r>
        <w:rPr>
          <w:b w:val="0"/>
        </w:rPr>
        <w:t xml:space="preserve"> showing </w:t>
      </w:r>
      <w:r>
        <w:rPr>
          <w:b/>
        </w:rPr>
        <w:t>[finding]</w:t>
      </w:r>
      <w:r>
        <w:rPr>
          <w:b w:val="0"/>
        </w:rPr>
        <w:t xml:space="preserve"> and recommended </w:t>
      </w:r>
      <w:r>
        <w:rPr>
          <w:b/>
        </w:rPr>
        <w:t>[action]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