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LinkedIn Summary Examples for Marketers (About Section Templates)</w:t>
      </w:r>
    </w:p>
    <w:p>
      <w:r>
        <w:t>Templates from https://knowtheroom.ai/career-guides/linkedin-summary-examples/ · Replace everything in [brackets].</w:t>
      </w:r>
    </w:p>
    <w:p>
      <w:pPr>
        <w:pStyle w:val="Heading2"/>
      </w:pPr>
      <w:r>
        <w:t>How should you structure a LinkedIn summary?</w:t>
      </w:r>
    </w:p>
    <w:p>
      <w:r>
        <w:rPr>
          <w:b w:val="0"/>
        </w:rPr>
        <w:t xml:space="preserve">I'm a </w:t>
      </w:r>
      <w:r>
        <w:rPr>
          <w:b/>
        </w:rPr>
        <w:t>[title]</w:t>
      </w:r>
      <w:r>
        <w:rPr>
          <w:b w:val="0"/>
        </w:rPr>
        <w:t xml:space="preserve"> who </w:t>
      </w:r>
      <w:r>
        <w:rPr>
          <w:b/>
        </w:rPr>
        <w:t>[what you do best, for whom]</w:t>
      </w:r>
      <w:r>
        <w:rPr>
          <w:b w:val="0"/>
        </w:rPr>
        <w:t xml:space="preserve">. For the last [x] years I've </w:t>
      </w:r>
      <w:r>
        <w:rPr>
          <w:b/>
        </w:rPr>
        <w:t>[the through-line of your work]</w:t>
      </w:r>
      <w:r>
        <w:rPr>
          <w:b w:val="0"/>
        </w:rPr>
        <w:t>.</w:t>
      </w:r>
    </w:p>
    <w:p/>
    <w:p>
      <w:r>
        <w:rPr>
          <w:b w:val="0"/>
        </w:rPr>
        <w:t>A few things I'm proud of:</w:t>
      </w:r>
    </w:p>
    <w:p>
      <w:r>
        <w:rPr>
          <w:b w:val="0"/>
        </w:rPr>
        <w:t xml:space="preserve">• </w:t>
      </w:r>
      <w:r>
        <w:rPr>
          <w:b/>
        </w:rPr>
        <w:t>[Result 1: what you did and what changed]</w:t>
      </w:r>
    </w:p>
    <w:p>
      <w:r>
        <w:rPr>
          <w:b w:val="0"/>
        </w:rPr>
        <w:t xml:space="preserve">• </w:t>
      </w:r>
      <w:r>
        <w:rPr>
          <w:b/>
        </w:rPr>
        <w:t>[Result 2]</w:t>
      </w:r>
    </w:p>
    <w:p>
      <w:r>
        <w:rPr>
          <w:b w:val="0"/>
        </w:rPr>
        <w:t xml:space="preserve">• </w:t>
      </w:r>
      <w:r>
        <w:rPr>
          <w:b/>
        </w:rPr>
        <w:t>[Result 3]</w:t>
      </w:r>
    </w:p>
    <w:p/>
    <w:p>
      <w:r>
        <w:rPr>
          <w:b/>
        </w:rPr>
        <w:t>[One paragraph on how you work, what you care about, or the kind of problem you like.]</w:t>
      </w:r>
    </w:p>
    <w:p/>
    <w:p>
      <w:r>
        <w:rPr>
          <w:b w:val="0"/>
        </w:rPr>
        <w:t xml:space="preserve">I'm currently </w:t>
      </w:r>
      <w:r>
        <w:rPr>
          <w:b/>
        </w:rPr>
        <w:t>[open to / focused on]</w:t>
      </w:r>
      <w:r>
        <w:rPr>
          <w:b w:val="0"/>
        </w:rPr>
        <w:t xml:space="preserve"> </w:t>
      </w:r>
      <w:r>
        <w:rPr>
          <w:b/>
        </w:rPr>
        <w:t>[kind of role or work]</w:t>
      </w:r>
      <w:r>
        <w:rPr>
          <w:b w:val="0"/>
        </w:rPr>
        <w:t xml:space="preserve">. The best way to reach me is </w:t>
      </w:r>
      <w:r>
        <w:rPr>
          <w:b/>
        </w:rPr>
        <w:t>[email or "a message here"]</w:t>
      </w:r>
      <w:r>
        <w:rPr>
          <w:b w:val="0"/>
        </w:rPr>
        <w:t>.</w:t>
      </w:r>
    </w:p>
    <w:p>
      <w:pPr>
        <w:pStyle w:val="Heading2"/>
      </w:pPr>
      <w:r>
        <w:t>Student or recent graduate</w:t>
      </w:r>
    </w:p>
    <w:p>
      <w:r>
        <w:rPr>
          <w:b w:val="0"/>
        </w:rPr>
        <w:t xml:space="preserve">I'm a marketing graduate from </w:t>
      </w:r>
      <w:r>
        <w:rPr>
          <w:b/>
        </w:rPr>
        <w:t>[University]</w:t>
      </w:r>
      <w:r>
        <w:rPr>
          <w:b w:val="0"/>
        </w:rPr>
        <w:t xml:space="preserve"> who likes making things people actually stop scrolling for.</w:t>
      </w:r>
    </w:p>
    <w:p/>
    <w:p>
      <w:r>
        <w:rPr>
          <w:b w:val="0"/>
        </w:rPr>
        <w:t xml:space="preserve">Over [x] internships I've run social for </w:t>
      </w:r>
      <w:r>
        <w:rPr>
          <w:b/>
        </w:rPr>
        <w:t>[Company]</w:t>
      </w:r>
      <w:r>
        <w:rPr>
          <w:b w:val="0"/>
        </w:rPr>
        <w:t xml:space="preserve">, built the content calendar for a [x]-person team at </w:t>
      </w:r>
      <w:r>
        <w:rPr>
          <w:b/>
        </w:rPr>
        <w:t>[Company]</w:t>
      </w:r>
      <w:r>
        <w:rPr>
          <w:b w:val="0"/>
        </w:rPr>
        <w:t xml:space="preserve">, and started a short-video series for </w:t>
      </w:r>
      <w:r>
        <w:rPr>
          <w:b/>
        </w:rPr>
        <w:t>[student organization]</w:t>
      </w:r>
      <w:r>
        <w:rPr>
          <w:b w:val="0"/>
        </w:rPr>
        <w:t xml:space="preserve"> that took our Instagram from [x] to [y] followers.</w:t>
      </w:r>
    </w:p>
    <w:p/>
    <w:p>
      <w:r>
        <w:rPr>
          <w:b w:val="0"/>
        </w:rPr>
        <w:t xml:space="preserve">I'm happiest when I can test an idea quickly, look at what worked and do more of it. I'm comfortable in Canva, CapCut, Meta Business Suite and Google Analytics, and I'm learning </w:t>
      </w:r>
      <w:r>
        <w:rPr>
          <w:b/>
        </w:rPr>
        <w:t>[skill]</w:t>
      </w:r>
      <w:r>
        <w:rPr>
          <w:b w:val="0"/>
        </w:rPr>
        <w:t>.</w:t>
      </w:r>
    </w:p>
    <w:p/>
    <w:p>
      <w:r>
        <w:rPr>
          <w:b w:val="0"/>
        </w:rPr>
        <w:t xml:space="preserve">I'm looking for a social media or marketing coordinator role starting </w:t>
      </w:r>
      <w:r>
        <w:rPr>
          <w:b/>
        </w:rPr>
        <w:t>[month]</w:t>
      </w:r>
      <w:r>
        <w:rPr>
          <w:b w:val="0"/>
        </w:rPr>
        <w:t>. If you're hiring, or happy to share advice, send me a message.</w:t>
      </w:r>
    </w:p>
    <w:p>
      <w:pPr>
        <w:pStyle w:val="Heading2"/>
      </w:pPr>
      <w:r>
        <w:t>Marketing manager</w:t>
      </w:r>
    </w:p>
    <w:p>
      <w:r>
        <w:rPr>
          <w:b w:val="0"/>
        </w:rPr>
        <w:t>I'm a lifecycle marketing manager who turns sign-ups into customers who stay.</w:t>
      </w:r>
    </w:p>
    <w:p/>
    <w:p>
      <w:r>
        <w:rPr>
          <w:b w:val="0"/>
        </w:rPr>
        <w:t xml:space="preserve">For [x] years I've run email, push and in-app programs at subscription companies, most recently at </w:t>
      </w:r>
      <w:r>
        <w:rPr>
          <w:b/>
        </w:rPr>
        <w:t>[Company]</w:t>
      </w:r>
      <w:r>
        <w:rPr>
          <w:b w:val="0"/>
        </w:rPr>
        <w:t>, where I:</w:t>
      </w:r>
    </w:p>
    <w:p>
      <w:r>
        <w:rPr>
          <w:b w:val="0"/>
        </w:rPr>
        <w:t xml:space="preserve">• Rebuilt the onboarding journey and lifted </w:t>
      </w:r>
      <w:r>
        <w:rPr>
          <w:b/>
        </w:rPr>
        <w:t>[activation / trial conversion]</w:t>
      </w:r>
      <w:r>
        <w:rPr>
          <w:b w:val="0"/>
        </w:rPr>
        <w:t xml:space="preserve"> from [x]% to [y]%</w:t>
      </w:r>
    </w:p>
    <w:p>
      <w:r>
        <w:rPr>
          <w:b w:val="0"/>
        </w:rPr>
        <w:t>• Set up a testing program the team now runs every week</w:t>
      </w:r>
    </w:p>
    <w:p>
      <w:r>
        <w:rPr>
          <w:b w:val="0"/>
        </w:rPr>
        <w:t>• Cut [x] legacy campaigns down to [x] that are easier to maintain and perform better</w:t>
      </w:r>
    </w:p>
    <w:p/>
    <w:p>
      <w:r>
        <w:rPr>
          <w:b w:val="0"/>
        </w:rPr>
        <w:t>I like the unglamorous part: clean segments, clear naming, tests with a real hypothesis. I work closely with product and data, and I'd rather ship a small test this week than a big plan next quarter.</w:t>
      </w:r>
    </w:p>
    <w:p/>
    <w:p>
      <w:r>
        <w:rPr>
          <w:b w:val="0"/>
        </w:rPr>
        <w:t xml:space="preserve">I'm open to senior lifecycle and CRM roles at </w:t>
      </w:r>
      <w:r>
        <w:rPr>
          <w:b/>
        </w:rPr>
        <w:t>[type of company]</w:t>
      </w:r>
      <w:r>
        <w:rPr>
          <w:b w:val="0"/>
        </w:rPr>
        <w:t xml:space="preserve">. Message me here or email </w:t>
      </w:r>
      <w:r>
        <w:rPr>
          <w:b/>
        </w:rPr>
        <w:t>[address]</w:t>
      </w:r>
      <w:r>
        <w:rPr>
          <w:b w:val="0"/>
        </w:rPr>
        <w:t>.</w:t>
      </w:r>
    </w:p>
    <w:p>
      <w:pPr>
        <w:pStyle w:val="Heading2"/>
      </w:pPr>
      <w:r>
        <w:t>Director or VP</w:t>
      </w:r>
    </w:p>
    <w:p>
      <w:r>
        <w:rPr>
          <w:b w:val="0"/>
        </w:rPr>
        <w:t xml:space="preserve">I lead marketing teams at B2B software companies between </w:t>
      </w:r>
      <w:r>
        <w:rPr>
          <w:b/>
        </w:rPr>
        <w:t>[stage]</w:t>
      </w:r>
      <w:r>
        <w:rPr>
          <w:b w:val="0"/>
        </w:rPr>
        <w:t xml:space="preserve"> and </w:t>
      </w:r>
      <w:r>
        <w:rPr>
          <w:b/>
        </w:rPr>
        <w:t>[stage]</w:t>
      </w:r>
      <w:r>
        <w:rPr>
          <w:b w:val="0"/>
        </w:rPr>
        <w:t>, usually at the point where founder-led marketing stops scaling.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built the team from [x] to [x] people and grew marketing-sourced pipeline from [x] to [y] in </w:t>
      </w:r>
      <w:r>
        <w:rPr>
          <w:b/>
        </w:rPr>
        <w:t>[period]</w:t>
      </w:r>
      <w:r>
        <w:rPr>
          <w:b w:val="0"/>
        </w:rPr>
        <w:t xml:space="preserve">. Before that, at </w:t>
      </w:r>
      <w:r>
        <w:rPr>
          <w:b/>
        </w:rPr>
        <w:t>[Company]</w:t>
      </w:r>
      <w:r>
        <w:rPr>
          <w:b w:val="0"/>
        </w:rPr>
        <w:t xml:space="preserve">, I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What I'm known for: a plan the sales team believes in, reporting that matches finance's numbers, and managers who go on to run teams of their own.</w:t>
      </w:r>
    </w:p>
    <w:p/>
    <w:p>
      <w:r>
        <w:rPr>
          <w:b w:val="0"/>
        </w:rPr>
        <w:t xml:space="preserve">I'm interested in VP and head of marketing roles at </w:t>
      </w:r>
      <w:r>
        <w:rPr>
          <w:b/>
        </w:rPr>
        <w:t>[type of company]</w:t>
      </w:r>
      <w:r>
        <w:rPr>
          <w:b w:val="0"/>
        </w:rPr>
        <w:t xml:space="preserve">. The best way to reach me is </w:t>
      </w:r>
      <w:r>
        <w:rPr>
          <w:b/>
        </w:rPr>
        <w:t>[email]</w:t>
      </w:r>
      <w:r>
        <w:rPr>
          <w:b w:val="0"/>
        </w:rPr>
        <w:t>.</w:t>
      </w:r>
    </w:p>
    <w:p>
      <w:pPr>
        <w:pStyle w:val="Heading2"/>
      </w:pPr>
      <w:r>
        <w:t>CMO</w:t>
      </w:r>
    </w:p>
    <w:p>
      <w:r>
        <w:rPr>
          <w:b w:val="0"/>
        </w:rPr>
        <w:t xml:space="preserve">I've spent [x] years building consumer brands, the last [x] as CMO of </w:t>
      </w:r>
      <w:r>
        <w:rPr>
          <w:b/>
        </w:rPr>
        <w:t>[Company]</w:t>
      </w:r>
      <w:r>
        <w:rPr>
          <w:b w:val="0"/>
        </w:rPr>
        <w:t xml:space="preserve">, where we </w:t>
      </w:r>
      <w:r>
        <w:rPr>
          <w:b/>
        </w:rPr>
        <w:t>[the big change: relaunch, IPO, new category, turnaround]</w:t>
      </w:r>
      <w:r>
        <w:rPr>
          <w:b w:val="0"/>
        </w:rPr>
        <w:t>.</w:t>
      </w:r>
    </w:p>
    <w:p/>
    <w:p>
      <w:r>
        <w:rPr>
          <w:b w:val="0"/>
        </w:rPr>
        <w:t xml:space="preserve">I believe great brands are built on one clear idea, repeated with discipline, and measured honestly. My teams have </w:t>
      </w:r>
      <w:r>
        <w:rPr>
          <w:b/>
        </w:rPr>
        <w:t>[result]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>, and I report marketing's return to the board in terms the CFO signs off on.</w:t>
      </w:r>
    </w:p>
    <w:p/>
    <w:p>
      <w:r>
        <w:rPr>
          <w:b w:val="0"/>
        </w:rPr>
        <w:t xml:space="preserve">I also advise </w:t>
      </w:r>
      <w:r>
        <w:rPr>
          <w:b/>
        </w:rPr>
        <w:t>[type of companies]</w:t>
      </w:r>
      <w:r>
        <w:rPr>
          <w:b w:val="0"/>
        </w:rPr>
        <w:t xml:space="preserve"> on positioning and go-to-market. If that's relevant to you, email me at </w:t>
      </w:r>
      <w:r>
        <w:rPr>
          <w:b/>
        </w:rPr>
        <w:t>[address]</w:t>
      </w:r>
      <w:r>
        <w:rPr>
          <w:b w:val="0"/>
        </w:rPr>
        <w:t>.</w:t>
      </w:r>
    </w:p>
    <w:p>
      <w:pPr>
        <w:pStyle w:val="Heading2"/>
      </w:pPr>
      <w:r>
        <w:t>Short LinkedIn summary examples</w:t>
      </w:r>
    </w:p>
    <w:p>
      <w:r>
        <w:rPr>
          <w:b w:val="0"/>
        </w:rPr>
        <w:t xml:space="preserve">I'm a social media coordinator who turns product launches into short videos people share. Last year my series for </w:t>
      </w:r>
      <w:r>
        <w:rPr>
          <w:b/>
        </w:rPr>
        <w:t>[Company]</w:t>
      </w:r>
      <w:r>
        <w:rPr>
          <w:b w:val="0"/>
        </w:rPr>
        <w:t xml:space="preserve"> grew our TikTok from [x] to [y] followers. I'm looking for a social media manager role at a consumer brand.</w:t>
      </w:r>
    </w:p>
    <w:p>
      <w:pPr>
        <w:pStyle w:val="Heading2"/>
      </w:pPr>
      <w:r>
        <w:t>Short LinkedIn summary examples</w:t>
      </w:r>
    </w:p>
    <w:p>
      <w:r>
        <w:rPr>
          <w:b w:val="0"/>
        </w:rPr>
        <w:t xml:space="preserve">Brand manager in </w:t>
      </w:r>
      <w:r>
        <w:rPr>
          <w:b/>
        </w:rPr>
        <w:t>[category]</w:t>
      </w:r>
      <w:r>
        <w:rPr>
          <w:b w:val="0"/>
        </w:rPr>
        <w:t xml:space="preserve">, [x] years at </w:t>
      </w:r>
      <w:r>
        <w:rPr>
          <w:b/>
        </w:rPr>
        <w:t>[Company]</w:t>
      </w:r>
      <w:r>
        <w:rPr>
          <w:b w:val="0"/>
        </w:rPr>
        <w:t xml:space="preserve"> and </w:t>
      </w:r>
      <w:r>
        <w:rPr>
          <w:b/>
        </w:rPr>
        <w:t>[Company]</w:t>
      </w:r>
      <w:r>
        <w:rPr>
          <w:b w:val="0"/>
        </w:rPr>
        <w:t xml:space="preserve">. I relaunched </w:t>
      </w:r>
      <w:r>
        <w:rPr>
          <w:b/>
        </w:rPr>
        <w:t>[product]</w:t>
      </w:r>
      <w:r>
        <w:rPr>
          <w:b w:val="0"/>
        </w:rPr>
        <w:t xml:space="preserve"> and grew its share of </w:t>
      </w:r>
      <w:r>
        <w:rPr>
          <w:b/>
        </w:rPr>
        <w:t>[market or retailer]</w:t>
      </w:r>
      <w:r>
        <w:rPr>
          <w:b w:val="0"/>
        </w:rPr>
        <w:t xml:space="preserve"> from [x]% to [y]%. Open to senior brand roles; message me here.</w:t>
      </w:r>
    </w:p>
    <w:p>
      <w:pPr>
        <w:pStyle w:val="Heading2"/>
      </w:pPr>
      <w:r>
        <w:t>Short LinkedIn summary examples</w:t>
      </w:r>
    </w:p>
    <w:p>
      <w:r>
        <w:rPr>
          <w:b w:val="0"/>
        </w:rPr>
        <w:t xml:space="preserve">Content marketer and former </w:t>
      </w:r>
      <w:r>
        <w:rPr>
          <w:b/>
        </w:rPr>
        <w:t>[previous career]</w:t>
      </w:r>
      <w:r>
        <w:rPr>
          <w:b w:val="0"/>
        </w:rPr>
        <w:t xml:space="preserve">. I write </w:t>
      </w:r>
      <w:r>
        <w:rPr>
          <w:b/>
        </w:rPr>
        <w:t>[type of content]</w:t>
      </w:r>
      <w:r>
        <w:rPr>
          <w:b w:val="0"/>
        </w:rPr>
        <w:t xml:space="preserve"> that </w:t>
      </w:r>
      <w:r>
        <w:rPr>
          <w:b/>
        </w:rPr>
        <w:t>[result, e.g. brings in sign-ups the sales team follows up]</w:t>
      </w:r>
      <w:r>
        <w:rPr>
          <w:b w:val="0"/>
        </w:rPr>
        <w:t>. Portfolio in Featured.</w:t>
      </w:r>
    </w:p>
    <w:p>
      <w:pPr>
        <w:pStyle w:val="Heading2"/>
      </w:pPr>
      <w:r>
        <w:t>Open to work after a layoff</w:t>
      </w:r>
    </w:p>
    <w:p>
      <w:r>
        <w:rPr>
          <w:b w:val="0"/>
        </w:rPr>
        <w:t xml:space="preserve">I'm a product marketing manager with [x] years in fintech, most recently at </w:t>
      </w:r>
      <w:r>
        <w:rPr>
          <w:b/>
        </w:rPr>
        <w:t>[Company]</w:t>
      </w:r>
      <w:r>
        <w:rPr>
          <w:b w:val="0"/>
        </w:rPr>
        <w:t xml:space="preserve"> until the team was cut in </w:t>
      </w:r>
      <w:r>
        <w:rPr>
          <w:b/>
        </w:rPr>
        <w:t>[month]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led launches for </w:t>
      </w:r>
      <w:r>
        <w:rPr>
          <w:b/>
        </w:rPr>
        <w:t>[product]</w:t>
      </w:r>
      <w:r>
        <w:rPr>
          <w:b w:val="0"/>
        </w:rPr>
        <w:t>, built the sales enablement program [x] reps used, and ran the win/loss interviews that changed our pricing page.</w:t>
      </w:r>
    </w:p>
    <w:p/>
    <w:p>
      <w:r>
        <w:rPr>
          <w:b w:val="0"/>
        </w:rPr>
        <w:t xml:space="preserve">I'm now looking for a PMM role at a </w:t>
      </w:r>
      <w:r>
        <w:rPr>
          <w:b/>
        </w:rPr>
        <w:t>[stage or type]</w:t>
      </w:r>
      <w:r>
        <w:rPr>
          <w:b w:val="0"/>
        </w:rPr>
        <w:t xml:space="preserve"> company, ideally </w:t>
      </w:r>
      <w:r>
        <w:rPr>
          <w:b/>
        </w:rPr>
        <w:t>[remote / in city]</w:t>
      </w:r>
      <w:r>
        <w:rPr>
          <w:b w:val="0"/>
        </w:rPr>
        <w:t>. If you know of one, or know someone I should talk to, I'd be grateful for a message.</w:t>
      </w:r>
    </w:p>
    <w:p>
      <w:pPr>
        <w:pStyle w:val="Heading2"/>
      </w:pPr>
      <w:r>
        <w:t>Career changer into marketing</w:t>
      </w:r>
    </w:p>
    <w:p>
      <w:r>
        <w:rPr>
          <w:b w:val="0"/>
        </w:rPr>
        <w:t>After [x] years teaching high school English, I'm moving into content marketing, and it's less of a jump than it sounds. I've spent my career explaining hard ideas to audiences who'd rather be elsewhere.</w:t>
      </w:r>
    </w:p>
    <w:p/>
    <w:p>
      <w:r>
        <w:rPr>
          <w:b w:val="0"/>
        </w:rPr>
        <w:t xml:space="preserve">Since starting the move I've </w:t>
      </w:r>
      <w:r>
        <w:rPr>
          <w:b/>
        </w:rPr>
        <w:t>[completed course or certificate]</w:t>
      </w:r>
      <w:r>
        <w:rPr>
          <w:b w:val="0"/>
        </w:rPr>
        <w:t xml:space="preserve">, written [x] pieces for </w:t>
      </w:r>
      <w:r>
        <w:rPr>
          <w:b/>
        </w:rPr>
        <w:t>[publication or freelance client]</w:t>
      </w:r>
      <w:r>
        <w:rPr>
          <w:b w:val="0"/>
        </w:rPr>
        <w:t xml:space="preserve">, and built a [x]-subscriber newsletter about </w:t>
      </w:r>
      <w:r>
        <w:rPr>
          <w:b/>
        </w:rPr>
        <w:t>[topic]</w:t>
      </w:r>
      <w:r>
        <w:rPr>
          <w:b w:val="0"/>
        </w:rPr>
        <w:t>.</w:t>
      </w:r>
    </w:p>
    <w:p/>
    <w:p>
      <w:r>
        <w:rPr>
          <w:b w:val="0"/>
        </w:rPr>
        <w:t>I'm looking for a content marketing or copywriting role, especially in education or learning technology. My portfolio is in the Featured section; I'd love to hear from you.</w:t>
      </w:r>
    </w:p>
    <w:p>
      <w:pPr>
        <w:pStyle w:val="Heading2"/>
      </w:pPr>
      <w:r>
        <w:t>How do you write a LinkedIn company page summary?</w:t>
      </w:r>
    </w:p>
    <w:p>
      <w:r>
        <w:rPr>
          <w:b/>
        </w:rPr>
        <w:t>[Company]</w:t>
      </w:r>
      <w:r>
        <w:rPr>
          <w:b w:val="0"/>
        </w:rPr>
        <w:t xml:space="preserve"> makes </w:t>
      </w:r>
      <w:r>
        <w:rPr>
          <w:b/>
        </w:rPr>
        <w:t>[product]</w:t>
      </w:r>
      <w:r>
        <w:rPr>
          <w:b w:val="0"/>
        </w:rPr>
        <w:t xml:space="preserve"> for </w:t>
      </w:r>
      <w:r>
        <w:rPr>
          <w:b/>
        </w:rPr>
        <w:t>[customer]</w:t>
      </w:r>
      <w:r>
        <w:rPr>
          <w:b w:val="0"/>
        </w:rPr>
        <w:t xml:space="preserve">. We help </w:t>
      </w:r>
      <w:r>
        <w:rPr>
          <w:b/>
        </w:rPr>
        <w:t>[customer]</w:t>
      </w:r>
      <w:r>
        <w:rPr>
          <w:b w:val="0"/>
        </w:rPr>
        <w:t xml:space="preserve"> </w:t>
      </w:r>
      <w:r>
        <w:rPr>
          <w:b/>
        </w:rPr>
        <w:t>[the outcome]</w:t>
      </w:r>
      <w:r>
        <w:rPr>
          <w:b w:val="0"/>
        </w:rPr>
        <w:t xml:space="preserve"> without </w:t>
      </w:r>
      <w:r>
        <w:rPr>
          <w:b/>
        </w:rPr>
        <w:t>[the usual problem]</w:t>
      </w:r>
      <w:r>
        <w:rPr>
          <w:b w:val="0"/>
        </w:rPr>
        <w:t>.</w:t>
      </w:r>
    </w:p>
    <w:p/>
    <w:p>
      <w:r>
        <w:rPr>
          <w:b w:val="0"/>
        </w:rPr>
        <w:t xml:space="preserve">Founded in </w:t>
      </w:r>
      <w:r>
        <w:rPr>
          <w:b/>
        </w:rPr>
        <w:t>[year]</w:t>
      </w:r>
      <w:r>
        <w:rPr>
          <w:b w:val="0"/>
        </w:rPr>
        <w:t xml:space="preserve"> and based in </w:t>
      </w:r>
      <w:r>
        <w:rPr>
          <w:b/>
        </w:rPr>
        <w:t>[city]</w:t>
      </w:r>
      <w:r>
        <w:rPr>
          <w:b w:val="0"/>
        </w:rPr>
        <w:t xml:space="preserve">, we work with </w:t>
      </w:r>
      <w:r>
        <w:rPr>
          <w:b/>
        </w:rPr>
        <w:t>[type of customers]</w:t>
      </w:r>
      <w:r>
        <w:rPr>
          <w:b w:val="0"/>
        </w:rPr>
        <w:t xml:space="preserve">. Our team of [x] </w:t>
      </w:r>
      <w:r>
        <w:rPr>
          <w:b/>
        </w:rPr>
        <w:t>[one line on what makes the team different]</w:t>
      </w:r>
      <w:r>
        <w:rPr>
          <w:b w:val="0"/>
        </w:rPr>
        <w:t>.</w:t>
      </w:r>
    </w:p>
    <w:p/>
    <w:p>
      <w:r>
        <w:rPr>
          <w:b w:val="0"/>
        </w:rPr>
        <w:t xml:space="preserve">Follow us for </w:t>
      </w:r>
      <w:r>
        <w:rPr>
          <w:b/>
        </w:rPr>
        <w:t>[what you post: product updates, research, hiring news]</w:t>
      </w:r>
      <w:r>
        <w:rPr>
          <w:b w:val="0"/>
        </w:rPr>
        <w:t xml:space="preserve">. We're hiring: </w:t>
      </w:r>
      <w:r>
        <w:rPr>
          <w:b/>
        </w:rPr>
        <w:t>[careers link]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