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LinkedIn Headline Examples for Marketers (By Level and Situation)</w:t>
      </w:r>
    </w:p>
    <w:p>
      <w:r>
        <w:t>Templates from https://knowtheroom.ai/career-guides/linkedin-headline-examples/ · Replace everything in [brackets].</w:t>
      </w:r>
    </w:p>
    <w:p>
      <w:pPr>
        <w:pStyle w:val="Heading2"/>
      </w:pPr>
      <w:r>
        <w:t>The LinkedIn headline formula</w:t>
      </w:r>
    </w:p>
    <w:p>
      <w:r>
        <w:rPr>
          <w:b/>
        </w:rPr>
        <w:t>[Target title]</w:t>
      </w:r>
      <w:r>
        <w:rPr>
          <w:b w:val="0"/>
        </w:rPr>
        <w:t xml:space="preserve"> | </w:t>
      </w:r>
      <w:r>
        <w:rPr>
          <w:b/>
        </w:rPr>
        <w:t>[Specialty or industry]</w:t>
      </w:r>
      <w:r>
        <w:rPr>
          <w:b w:val="0"/>
        </w:rPr>
        <w:t xml:space="preserve"> | </w:t>
      </w:r>
      <w:r>
        <w:rPr>
          <w:b/>
        </w:rPr>
        <w:t>[Proof, focus or known employer]</w:t>
      </w:r>
    </w:p>
    <w:p>
      <w:pPr>
        <w:pStyle w:val="Heading2"/>
      </w:pPr>
      <w:r>
        <w:t>The LinkedIn headline formula</w:t>
      </w:r>
    </w:p>
    <w:p>
      <w:r>
        <w:rPr>
          <w:b/>
        </w:rPr>
        <w:t>[Target title]</w:t>
      </w:r>
      <w:r>
        <w:rPr>
          <w:b w:val="0"/>
        </w:rPr>
        <w:t xml:space="preserve"> helping </w:t>
      </w:r>
      <w:r>
        <w:rPr>
          <w:b/>
        </w:rPr>
        <w:t>[type of company or audience]</w:t>
      </w:r>
      <w:r>
        <w:rPr>
          <w:b w:val="0"/>
        </w:rPr>
        <w:t xml:space="preserve"> </w:t>
      </w:r>
      <w:r>
        <w:rPr>
          <w:b/>
        </w:rPr>
        <w:t>[achieve a specific outcome]</w:t>
      </w:r>
    </w:p>
    <w:p>
      <w:pPr>
        <w:pStyle w:val="Heading2"/>
      </w:pPr>
      <w:r>
        <w:t>Student or recent graduate</w:t>
      </w:r>
    </w:p>
    <w:p>
      <w:r>
        <w:rPr>
          <w:b w:val="0"/>
        </w:rPr>
        <w:t xml:space="preserve">Marketing Student at </w:t>
      </w:r>
      <w:r>
        <w:rPr>
          <w:b/>
        </w:rPr>
        <w:t>[University]</w:t>
      </w:r>
      <w:r>
        <w:rPr>
          <w:b w:val="0"/>
        </w:rPr>
        <w:t xml:space="preserve"> | Social Media and Content | Seeking </w:t>
      </w:r>
      <w:r>
        <w:rPr>
          <w:b/>
        </w:rPr>
        <w:t>[Season]</w:t>
      </w:r>
      <w:r>
        <w:rPr>
          <w:b w:val="0"/>
        </w:rPr>
        <w:t xml:space="preserve"> </w:t>
      </w:r>
      <w:r>
        <w:rPr>
          <w:b/>
        </w:rPr>
        <w:t>[Year]</w:t>
      </w:r>
      <w:r>
        <w:rPr>
          <w:b w:val="0"/>
        </w:rPr>
        <w:t xml:space="preserve"> Marketing Internships</w:t>
      </w:r>
    </w:p>
    <w:p>
      <w:pPr>
        <w:pStyle w:val="Heading2"/>
      </w:pPr>
      <w:r>
        <w:t>Student or recent graduate</w:t>
      </w:r>
    </w:p>
    <w:p>
      <w:r>
        <w:rPr>
          <w:b w:val="0"/>
        </w:rPr>
        <w:t>Marketing Graduate | Social Media Coordinator | Short-Form Video, Canva, Meta Ads</w:t>
      </w:r>
    </w:p>
    <w:p>
      <w:pPr>
        <w:pStyle w:val="Heading2"/>
      </w:pPr>
      <w:r>
        <w:t>Coordinator and specialist</w:t>
      </w:r>
    </w:p>
    <w:p>
      <w:r>
        <w:rPr>
          <w:b w:val="0"/>
        </w:rPr>
        <w:t>Marketing Coordinator | B2B SaaS | Campaigns, Events and HubSpot</w:t>
      </w:r>
    </w:p>
    <w:p>
      <w:pPr>
        <w:pStyle w:val="Heading2"/>
      </w:pPr>
      <w:r>
        <w:t>Coordinator and specialist</w:t>
      </w:r>
    </w:p>
    <w:p>
      <w:r>
        <w:rPr>
          <w:b w:val="0"/>
        </w:rPr>
        <w:t>SEO Specialist | E-commerce | Technical Audits and Content That Ranks</w:t>
      </w:r>
    </w:p>
    <w:p>
      <w:pPr>
        <w:pStyle w:val="Heading2"/>
      </w:pPr>
      <w:r>
        <w:t>Coordinator and specialist</w:t>
      </w:r>
    </w:p>
    <w:p>
      <w:r>
        <w:rPr>
          <w:b w:val="0"/>
        </w:rPr>
        <w:t>Email and Lifecycle Specialist | Subscription Brands | Klaviyo, Segmentation, Testing</w:t>
      </w:r>
    </w:p>
    <w:p>
      <w:pPr>
        <w:pStyle w:val="Heading2"/>
      </w:pPr>
      <w:r>
        <w:t>Marketing manager</w:t>
      </w:r>
    </w:p>
    <w:p>
      <w:r>
        <w:rPr>
          <w:b w:val="0"/>
        </w:rPr>
        <w:t>Growth Marketing Manager | Consumer Fintech | Paid Social, Search and Creative Testing</w:t>
      </w:r>
    </w:p>
    <w:p>
      <w:pPr>
        <w:pStyle w:val="Heading2"/>
      </w:pPr>
      <w:r>
        <w:t>Marketing manager</w:t>
      </w:r>
    </w:p>
    <w:p>
      <w:r>
        <w:rPr>
          <w:b w:val="0"/>
        </w:rPr>
        <w:t xml:space="preserve">Brand Manager at </w:t>
      </w:r>
      <w:r>
        <w:rPr>
          <w:b/>
        </w:rPr>
        <w:t>[Company]</w:t>
      </w:r>
      <w:r>
        <w:rPr>
          <w:b w:val="0"/>
        </w:rPr>
        <w:t xml:space="preserve"> | CPG | Positioning, Launches and Agency Partnerships</w:t>
      </w:r>
    </w:p>
    <w:p>
      <w:pPr>
        <w:pStyle w:val="Heading2"/>
      </w:pPr>
      <w:r>
        <w:t>Marketing manager</w:t>
      </w:r>
    </w:p>
    <w:p>
      <w:r>
        <w:rPr>
          <w:b w:val="0"/>
        </w:rPr>
        <w:t xml:space="preserve">Content Marketing Manager | Developer Tools | Built the </w:t>
      </w:r>
      <w:r>
        <w:rPr>
          <w:b/>
        </w:rPr>
        <w:t>[Company]</w:t>
      </w:r>
      <w:r>
        <w:rPr>
          <w:b w:val="0"/>
        </w:rPr>
        <w:t xml:space="preserve"> Blog and Newsletter</w:t>
      </w:r>
    </w:p>
    <w:p>
      <w:pPr>
        <w:pStyle w:val="Heading2"/>
      </w:pPr>
      <w:r>
        <w:t>Director and VP</w:t>
      </w:r>
    </w:p>
    <w:p>
      <w:r>
        <w:rPr>
          <w:b w:val="0"/>
        </w:rPr>
        <w:t>Marketing Director | Demand Generation for Mid-Market SaaS | Building Teams That Hit Pipeline</w:t>
      </w:r>
    </w:p>
    <w:p>
      <w:pPr>
        <w:pStyle w:val="Heading2"/>
      </w:pPr>
      <w:r>
        <w:t>Director and VP</w:t>
      </w:r>
    </w:p>
    <w:p>
      <w:r>
        <w:rPr>
          <w:b w:val="0"/>
        </w:rPr>
        <w:t xml:space="preserve">VP of Brand Marketing | Consumer and Retail | Previously </w:t>
      </w:r>
      <w:r>
        <w:rPr>
          <w:b/>
        </w:rPr>
        <w:t>[Known Company]</w:t>
      </w:r>
      <w:r>
        <w:rPr>
          <w:b w:val="0"/>
        </w:rPr>
        <w:t xml:space="preserve">, </w:t>
      </w:r>
      <w:r>
        <w:rPr>
          <w:b/>
        </w:rPr>
        <w:t>[Known Company]</w:t>
      </w:r>
    </w:p>
    <w:p>
      <w:pPr>
        <w:pStyle w:val="Heading2"/>
      </w:pPr>
      <w:r>
        <w:t>CMO</w:t>
      </w:r>
    </w:p>
    <w:p>
      <w:r>
        <w:rPr>
          <w:b w:val="0"/>
        </w:rPr>
        <w:t xml:space="preserve">Chief Marketing Officer at </w:t>
      </w:r>
      <w:r>
        <w:rPr>
          <w:b/>
        </w:rPr>
        <w:t>[Company]</w:t>
      </w:r>
      <w:r>
        <w:rPr>
          <w:b w:val="0"/>
        </w:rPr>
        <w:t xml:space="preserve"> | Building Brands From </w:t>
      </w:r>
      <w:r>
        <w:rPr>
          <w:b/>
        </w:rPr>
        <w:t>[Stage]</w:t>
      </w:r>
      <w:r>
        <w:rPr>
          <w:b w:val="0"/>
        </w:rPr>
        <w:t xml:space="preserve"> to </w:t>
      </w:r>
      <w:r>
        <w:rPr>
          <w:b/>
        </w:rPr>
        <w:t>[Stage]</w:t>
      </w:r>
    </w:p>
    <w:p>
      <w:pPr>
        <w:pStyle w:val="Heading2"/>
      </w:pPr>
      <w:r>
        <w:t>CMO</w:t>
      </w:r>
    </w:p>
    <w:p>
      <w:r>
        <w:rPr>
          <w:b w:val="0"/>
        </w:rPr>
        <w:t xml:space="preserve">CMO | </w:t>
      </w:r>
      <w:r>
        <w:rPr>
          <w:b/>
        </w:rPr>
        <w:t>[Industry]</w:t>
      </w:r>
      <w:r>
        <w:rPr>
          <w:b w:val="0"/>
        </w:rPr>
        <w:t xml:space="preserve"> | Brand, Growth and Board-Level Marketing Strategy</w:t>
      </w:r>
    </w:p>
    <w:p>
      <w:pPr>
        <w:pStyle w:val="Heading2"/>
      </w:pPr>
      <w:r>
        <w:t>While employed (quietly looking)</w:t>
      </w:r>
    </w:p>
    <w:p>
      <w:r>
        <w:rPr>
          <w:b w:val="0"/>
        </w:rPr>
        <w:t>Senior Brand Manager | CPG | Positioning and Launches That Grow Share</w:t>
      </w:r>
    </w:p>
    <w:p>
      <w:pPr>
        <w:pStyle w:val="Heading2"/>
      </w:pPr>
      <w:r>
        <w:t>Unemployed or between roles</w:t>
      </w:r>
    </w:p>
    <w:p>
      <w:r>
        <w:rPr>
          <w:b w:val="0"/>
        </w:rPr>
        <w:t>Marketing Manager | B2B SaaS Demand Gen | Open to Manager and Senior Manager Roles</w:t>
      </w:r>
    </w:p>
    <w:p>
      <w:pPr>
        <w:pStyle w:val="Heading2"/>
      </w:pPr>
      <w:r>
        <w:t>Unemployed or between roles</w:t>
      </w:r>
    </w:p>
    <w:p>
      <w:r>
        <w:rPr>
          <w:b w:val="0"/>
        </w:rPr>
        <w:t xml:space="preserve">Social Media Manager | Consumer Brands | Seeking Full-Time Roles in </w:t>
      </w:r>
      <w:r>
        <w:rPr>
          <w:b/>
        </w:rPr>
        <w:t>[City]</w:t>
      </w:r>
      <w:r>
        <w:rPr>
          <w:b w:val="0"/>
        </w:rPr>
        <w:t xml:space="preserve"> or Remote</w:t>
      </w:r>
    </w:p>
    <w:p>
      <w:pPr>
        <w:pStyle w:val="Heading2"/>
      </w:pPr>
      <w:r>
        <w:t>After a layoff</w:t>
      </w:r>
    </w:p>
    <w:p>
      <w:r>
        <w:rPr>
          <w:b w:val="0"/>
        </w:rPr>
        <w:t xml:space="preserve">Product Marketing Manager | Fintech | Previously </w:t>
      </w:r>
      <w:r>
        <w:rPr>
          <w:b/>
        </w:rPr>
        <w:t>[Company]</w:t>
      </w:r>
      <w:r>
        <w:rPr>
          <w:b w:val="0"/>
        </w:rPr>
        <w:t xml:space="preserve"> | Open to PMM Roles</w:t>
      </w:r>
    </w:p>
    <w:p>
      <w:pPr>
        <w:pStyle w:val="Heading2"/>
      </w:pPr>
      <w:r>
        <w:t>Career changers</w:t>
      </w:r>
    </w:p>
    <w:p>
      <w:r>
        <w:rPr>
          <w:b w:val="0"/>
        </w:rPr>
        <w:t>Aspiring Product Marketer | [x] Years in B2B Sales | Customer Insight and Competitive Positioning</w:t>
      </w:r>
    </w:p>
    <w:p>
      <w:pPr>
        <w:pStyle w:val="Heading2"/>
      </w:pPr>
      <w:r>
        <w:t>Career changers</w:t>
      </w:r>
    </w:p>
    <w:p>
      <w:r>
        <w:rPr>
          <w:b w:val="0"/>
        </w:rPr>
        <w:t>Content Marketing | Former Teacher | Writing That Makes Complex Topics Simple</w:t>
      </w:r>
    </w:p>
    <w:p>
      <w:pPr>
        <w:pStyle w:val="Heading2"/>
      </w:pPr>
      <w:r>
        <w:t>Freelancers and fractional leaders</w:t>
      </w:r>
    </w:p>
    <w:p>
      <w:r>
        <w:rPr>
          <w:b w:val="0"/>
        </w:rPr>
        <w:t>Freelance Copywriter for B2B SaaS | Websites, Emails and Launch Copy</w:t>
      </w:r>
    </w:p>
    <w:p>
      <w:pPr>
        <w:pStyle w:val="Heading2"/>
      </w:pPr>
      <w:r>
        <w:t>Freelancers and fractional leaders</w:t>
      </w:r>
    </w:p>
    <w:p>
      <w:r>
        <w:rPr>
          <w:b w:val="0"/>
        </w:rPr>
        <w:t xml:space="preserve">Fractional CMO for </w:t>
      </w:r>
      <w:r>
        <w:rPr>
          <w:b/>
        </w:rPr>
        <w:t>[Stage]</w:t>
      </w:r>
      <w:r>
        <w:rPr>
          <w:b w:val="0"/>
        </w:rPr>
        <w:t xml:space="preserve"> </w:t>
      </w:r>
      <w:r>
        <w:rPr>
          <w:b/>
        </w:rPr>
        <w:t>[Industry]</w:t>
      </w:r>
      <w:r>
        <w:rPr>
          <w:b w:val="0"/>
        </w:rPr>
        <w:t xml:space="preserve"> Companies | Brand, Positioning and Go-to-Market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