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Lifecycle Marketing Manager Job Description: Templates for Apps, Subscriptions and B2B</w:t>
      </w:r>
    </w:p>
    <w:p>
      <w:r>
        <w:t>Templates from https://knowtheroom.ai/career-guides/lifecycle-marketing-manager-job-description/ · Replace everything in [brackets].</w:t>
      </w:r>
    </w:p>
    <w:p>
      <w:pPr>
        <w:pStyle w:val="Heading2"/>
      </w:pPr>
      <w:r>
        <w:t>Consumer app or subscription template</w:t>
      </w:r>
    </w:p>
    <w:p>
      <w:r>
        <w:rPr>
          <w:b w:val="0"/>
        </w:rPr>
        <w:t>Job title: Lifecycle Marketing Manager</w:t>
      </w:r>
    </w:p>
    <w:p/>
    <w:p>
      <w:r>
        <w:rPr>
          <w:b w:val="0"/>
        </w:rPr>
        <w:t xml:space="preserve">About </w:t>
      </w:r>
      <w:r>
        <w:rPr>
          <w:b/>
        </w:rPr>
        <w:t>[Company]</w:t>
      </w:r>
    </w:p>
    <w:p>
      <w:r>
        <w:rPr>
          <w:b/>
        </w:rPr>
        <w:t>[Two sentences: the app or subscription, who uses it, and how it makes money.]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You'll own the journey from sign-up to loyal subscriber. You'll find where people drop off, build journeys across email, push and in-app to help them succeed, and prove what works with experiments. You'll report to </w:t>
      </w:r>
      <w:r>
        <w:rPr>
          <w:b/>
        </w:rPr>
        <w:t>[Head of Growth / Director of Retention]</w:t>
      </w:r>
      <w:r>
        <w:rPr>
          <w:b w:val="0"/>
        </w:rPr>
        <w:t xml:space="preserve"> and work daily with product, data and design.</w:t>
      </w:r>
    </w:p>
    <w:p/>
    <w:p>
      <w:r>
        <w:rPr>
          <w:b w:val="0"/>
        </w:rPr>
        <w:t>What you'll do</w:t>
      </w:r>
    </w:p>
    <w:p>
      <w:r>
        <w:rPr>
          <w:b w:val="0"/>
        </w:rPr>
        <w:t xml:space="preserve">- Map the first </w:t>
      </w:r>
      <w:r>
        <w:rPr>
          <w:b/>
        </w:rPr>
        <w:t>[30 / 90]</w:t>
      </w:r>
      <w:r>
        <w:rPr>
          <w:b w:val="0"/>
        </w:rPr>
        <w:t xml:space="preserve"> days and find the moments that predict retention.</w:t>
      </w:r>
    </w:p>
    <w:p>
      <w:r>
        <w:rPr>
          <w:b w:val="0"/>
        </w:rPr>
        <w:t>- Own onboarding, activation, trial-to-paid, renewal and win-back journeys.</w:t>
      </w:r>
    </w:p>
    <w:p>
      <w:r>
        <w:rPr>
          <w:b w:val="0"/>
        </w:rPr>
        <w:t xml:space="preserve">- Build and manage journeys in </w:t>
      </w:r>
      <w:r>
        <w:rPr>
          <w:b/>
        </w:rPr>
        <w:t>[Braze / Iterable / Customer.io]</w:t>
      </w:r>
      <w:r>
        <w:rPr>
          <w:b w:val="0"/>
        </w:rPr>
        <w:t xml:space="preserve"> using event-based triggers.</w:t>
      </w:r>
    </w:p>
    <w:p>
      <w:r>
        <w:rPr>
          <w:b w:val="0"/>
        </w:rPr>
        <w:t>- Run experiments with holdout groups and report incremental impact.</w:t>
      </w:r>
    </w:p>
    <w:p>
      <w:r>
        <w:rPr>
          <w:b w:val="0"/>
        </w:rPr>
        <w:t xml:space="preserve">- Partner with product on in-app messages, </w:t>
      </w:r>
      <w:r>
        <w:rPr>
          <w:b/>
        </w:rPr>
        <w:t>[paywalls]</w:t>
      </w:r>
      <w:r>
        <w:rPr>
          <w:b w:val="0"/>
        </w:rPr>
        <w:t>, and onboarding changes.</w:t>
      </w:r>
    </w:p>
    <w:p>
      <w:r>
        <w:rPr>
          <w:b w:val="0"/>
        </w:rPr>
        <w:t>- Report on activation, day-[x] retention, churn and lifetime value.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 xml:space="preserve">- </w:t>
      </w:r>
      <w:r>
        <w:rPr>
          <w:b/>
        </w:rPr>
        <w:t>[3-5]</w:t>
      </w:r>
      <w:r>
        <w:rPr>
          <w:b w:val="0"/>
        </w:rPr>
        <w:t>+ years in lifecycle, CRM, retention or growth marketing at a consumer app or subscription business.</w:t>
      </w:r>
    </w:p>
    <w:p>
      <w:r>
        <w:rPr>
          <w:b w:val="0"/>
        </w:rPr>
        <w:t>- Hands-on experience with an engagement platform.</w:t>
      </w:r>
    </w:p>
    <w:p>
      <w:r>
        <w:rPr>
          <w:b w:val="0"/>
        </w:rPr>
        <w:t xml:space="preserve">- Experiment design and comfort reading cohorts; </w:t>
      </w:r>
      <w:r>
        <w:rPr>
          <w:b/>
        </w:rPr>
        <w:t>[SQL / Amplitude / Mixpanel]</w:t>
      </w:r>
      <w:r>
        <w:rPr>
          <w:b w:val="0"/>
        </w:rPr>
        <w:t xml:space="preserve"> a plus.</w:t>
      </w:r>
    </w:p>
    <w:p>
      <w:r>
        <w:rPr>
          <w:b w:val="0"/>
        </w:rPr>
        <w:t>- Short-form writing: push, in-app and subject lines.</w:t>
      </w:r>
    </w:p>
    <w:p/>
    <w:p>
      <w:r>
        <w:rPr>
          <w:b w:val="0"/>
        </w:rPr>
        <w:t>Pay and benefits</w:t>
      </w:r>
    </w:p>
    <w:p>
      <w:r>
        <w:rPr>
          <w:b/>
        </w:rPr>
        <w:t>[Salary range]</w:t>
      </w:r>
      <w:r>
        <w:rPr>
          <w:b w:val="0"/>
        </w:rPr>
        <w:t xml:space="preserve">, </w:t>
      </w:r>
      <w:r>
        <w:rPr>
          <w:b/>
        </w:rPr>
        <w:t>[benefits]</w:t>
      </w:r>
      <w:r>
        <w:rPr>
          <w:b w:val="0"/>
        </w:rPr>
        <w:t xml:space="preserve">, </w:t>
      </w:r>
      <w:r>
        <w:rPr>
          <w:b/>
        </w:rPr>
        <w:t>[location / hybrid / remote]</w:t>
      </w:r>
      <w:r>
        <w:rPr>
          <w:b w:val="0"/>
        </w:rPr>
        <w:t>.</w:t>
      </w:r>
    </w:p>
    <w:p>
      <w:pPr>
        <w:pStyle w:val="Heading2"/>
      </w:pPr>
      <w:r>
        <w:t>Marketplace lifecycle template</w:t>
      </w:r>
    </w:p>
    <w:p>
      <w:r>
        <w:rPr>
          <w:b w:val="0"/>
        </w:rPr>
        <w:t xml:space="preserve">Job title: Lifecycle Marketing Manager, </w:t>
      </w:r>
      <w:r>
        <w:rPr>
          <w:b/>
        </w:rPr>
        <w:t>[Buyers / Sellers / Both sides]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You'll grow repeat use on our marketplace: getting new </w:t>
      </w:r>
      <w:r>
        <w:rPr>
          <w:b/>
        </w:rPr>
        <w:t>[buyers / hosts / drivers]</w:t>
      </w:r>
      <w:r>
        <w:rPr>
          <w:b w:val="0"/>
        </w:rPr>
        <w:t xml:space="preserve"> to their first successful transaction and keeping them active. You'll work with product, operations and </w:t>
      </w:r>
      <w:r>
        <w:rPr>
          <w:b/>
        </w:rPr>
        <w:t>[trust and safety]</w:t>
      </w:r>
      <w:r>
        <w:rPr>
          <w:b w:val="0"/>
        </w:rPr>
        <w:t xml:space="preserve"> teams.</w:t>
      </w:r>
    </w:p>
    <w:p/>
    <w:p>
      <w:r>
        <w:rPr>
          <w:b w:val="0"/>
        </w:rPr>
        <w:t>What you'll do</w:t>
      </w:r>
    </w:p>
    <w:p>
      <w:r>
        <w:rPr>
          <w:b w:val="0"/>
        </w:rPr>
        <w:t xml:space="preserve">- Own onboarding to first transaction for </w:t>
      </w:r>
      <w:r>
        <w:rPr>
          <w:b/>
        </w:rPr>
        <w:t>[one side / both sides]</w:t>
      </w:r>
      <w:r>
        <w:rPr>
          <w:b w:val="0"/>
        </w:rPr>
        <w:t>.</w:t>
      </w:r>
    </w:p>
    <w:p>
      <w:r>
        <w:rPr>
          <w:b w:val="0"/>
        </w:rPr>
        <w:t xml:space="preserve">- Build reactivation and frequency programs for </w:t>
      </w:r>
      <w:r>
        <w:rPr>
          <w:b/>
        </w:rPr>
        <w:t>[buyers]</w:t>
      </w:r>
      <w:r>
        <w:rPr>
          <w:b w:val="0"/>
        </w:rPr>
        <w:t xml:space="preserve"> and supply-side programs for </w:t>
      </w:r>
      <w:r>
        <w:rPr>
          <w:b/>
        </w:rPr>
        <w:t>[sellers]</w:t>
      </w:r>
      <w:r>
        <w:rPr>
          <w:b w:val="0"/>
        </w:rPr>
        <w:t>.</w:t>
      </w:r>
    </w:p>
    <w:p>
      <w:r>
        <w:rPr>
          <w:b w:val="0"/>
        </w:rPr>
        <w:t>- Coordinate messages so users don't get conflicting or excessive contact from different teams.</w:t>
      </w:r>
    </w:p>
    <w:p>
      <w:r>
        <w:rPr>
          <w:b w:val="0"/>
        </w:rPr>
        <w:t>- Run experiments and report on activation, frequency and retention by cohort.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>- [3]+ years in lifecycle or CRM, ideally at a marketplace or a two-sided product.</w:t>
      </w:r>
    </w:p>
    <w:p>
      <w:r>
        <w:rPr>
          <w:b w:val="0"/>
        </w:rPr>
        <w:t>- Comfort with segmentation by behavior and value.</w:t>
      </w:r>
    </w:p>
    <w:p>
      <w:r>
        <w:rPr>
          <w:b w:val="0"/>
        </w:rPr>
        <w:t>- Experience working with operations and support teams.</w:t>
      </w:r>
    </w:p>
    <w:p>
      <w:pPr>
        <w:pStyle w:val="Heading2"/>
      </w:pPr>
      <w:r>
        <w:t>B2B SaaS lifecycle template</w:t>
      </w:r>
    </w:p>
    <w:p>
      <w:r>
        <w:rPr>
          <w:b w:val="0"/>
        </w:rPr>
        <w:t>Job title: Lifecycle Marketing Manager (Product-Led Growth)</w:t>
      </w:r>
    </w:p>
    <w:p/>
    <w:p>
      <w:r>
        <w:rPr>
          <w:b w:val="0"/>
        </w:rPr>
        <w:t>About the role</w:t>
      </w:r>
    </w:p>
    <w:p>
      <w:r>
        <w:rPr>
          <w:b w:val="0"/>
        </w:rPr>
        <w:t>You'll help free and trial users reach value in our product and upgrade, and help customers adopt more of it. You'll work with product, sales and customer success.</w:t>
      </w:r>
    </w:p>
    <w:p/>
    <w:p>
      <w:r>
        <w:rPr>
          <w:b w:val="0"/>
        </w:rPr>
        <w:t>What you'll do</w:t>
      </w:r>
    </w:p>
    <w:p>
      <w:r>
        <w:rPr>
          <w:b w:val="0"/>
        </w:rPr>
        <w:t>- Own onboarding and activation journeys for free and trial users.</w:t>
      </w:r>
    </w:p>
    <w:p>
      <w:r>
        <w:rPr>
          <w:b w:val="0"/>
        </w:rPr>
        <w:t>- Build in-product and email programs that drive feature adoption and upgrades.</w:t>
      </w:r>
    </w:p>
    <w:p>
      <w:r>
        <w:rPr>
          <w:b w:val="0"/>
        </w:rPr>
        <w:t xml:space="preserve">- Hand qualified users to sales with </w:t>
      </w:r>
      <w:r>
        <w:rPr>
          <w:b/>
        </w:rPr>
        <w:t>[lead scoring / product-qualified lead]</w:t>
      </w:r>
      <w:r>
        <w:rPr>
          <w:b w:val="0"/>
        </w:rPr>
        <w:t xml:space="preserve"> signals agreed with sales.</w:t>
      </w:r>
    </w:p>
    <w:p>
      <w:r>
        <w:rPr>
          <w:b w:val="0"/>
        </w:rPr>
        <w:t>- Build renewal, expansion and win-back programs with customer success.</w:t>
      </w:r>
    </w:p>
    <w:p>
      <w:r>
        <w:rPr>
          <w:b w:val="0"/>
        </w:rPr>
        <w:t>- Report on activation, free-to-paid conversion, expansion and churn.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 xml:space="preserve">- </w:t>
      </w:r>
      <w:r>
        <w:rPr>
          <w:b/>
        </w:rPr>
        <w:t>[3-5]</w:t>
      </w:r>
      <w:r>
        <w:rPr>
          <w:b w:val="0"/>
        </w:rPr>
        <w:t>+ years in lifecycle, growth or product marketing at a SaaS company.</w:t>
      </w:r>
    </w:p>
    <w:p>
      <w:r>
        <w:rPr>
          <w:b w:val="0"/>
        </w:rPr>
        <w:t xml:space="preserve">- Experience with </w:t>
      </w:r>
      <w:r>
        <w:rPr>
          <w:b/>
        </w:rPr>
        <w:t>[HubSpot / Marketo / Customer.io / Intercom]</w:t>
      </w:r>
      <w:r>
        <w:rPr>
          <w:b w:val="0"/>
        </w:rPr>
        <w:t xml:space="preserve"> and product analytics.</w:t>
      </w:r>
    </w:p>
    <w:p>
      <w:r>
        <w:rPr>
          <w:b w:val="0"/>
        </w:rPr>
        <w:t>- An understanding of how sales and self-serve buying work together.</w:t>
      </w:r>
    </w:p>
    <w:p>
      <w:pPr>
        <w:pStyle w:val="Heading2"/>
      </w:pPr>
      <w:r>
        <w:t>Senior lifecycle marketing manager or head of lifecycle template</w:t>
      </w:r>
    </w:p>
    <w:p>
      <w:r>
        <w:rPr>
          <w:b w:val="0"/>
        </w:rPr>
        <w:t>Job title: Senior Lifecycle Marketing Manager / Head of Lifecycle</w:t>
      </w:r>
    </w:p>
    <w:p/>
    <w:p>
      <w:r>
        <w:rPr>
          <w:b w:val="0"/>
        </w:rPr>
        <w:t>About the role</w:t>
      </w:r>
    </w:p>
    <w:p>
      <w:r>
        <w:rPr>
          <w:b w:val="0"/>
        </w:rPr>
        <w:t>You'll own retention and customer value across the journey, lead the lifecycle team, and set the roadmap for messaging, personalization and experimentation with product and data leaders.</w:t>
      </w:r>
    </w:p>
    <w:p/>
    <w:p>
      <w:r>
        <w:rPr>
          <w:b w:val="0"/>
        </w:rPr>
        <w:t>What you'll do</w:t>
      </w:r>
    </w:p>
    <w:p>
      <w:r>
        <w:rPr>
          <w:b w:val="0"/>
        </w:rPr>
        <w:t xml:space="preserve">- Set lifecycle strategy and targets for </w:t>
      </w:r>
      <w:r>
        <w:rPr>
          <w:b/>
        </w:rPr>
        <w:t>[retention / lifetime value]</w:t>
      </w:r>
      <w:r>
        <w:rPr>
          <w:b w:val="0"/>
        </w:rPr>
        <w:t>.</w:t>
      </w:r>
    </w:p>
    <w:p>
      <w:r>
        <w:rPr>
          <w:b w:val="0"/>
        </w:rPr>
        <w:t xml:space="preserve">- Lead </w:t>
      </w:r>
      <w:r>
        <w:rPr>
          <w:b/>
        </w:rPr>
        <w:t>[number]</w:t>
      </w:r>
      <w:r>
        <w:rPr>
          <w:b w:val="0"/>
        </w:rPr>
        <w:t xml:space="preserve"> lifecycle marketers and manage the engagement platform.</w:t>
      </w:r>
    </w:p>
    <w:p>
      <w:r>
        <w:rPr>
          <w:b w:val="0"/>
        </w:rPr>
        <w:t>- Build a measurement approach with data science, including holdouts and incrementality.</w:t>
      </w:r>
    </w:p>
    <w:p>
      <w:r>
        <w:rPr>
          <w:b w:val="0"/>
        </w:rPr>
        <w:t>- Set contact rules across teams (frequency, priority, quiet hours).</w:t>
      </w:r>
    </w:p>
    <w:p>
      <w:r>
        <w:rPr>
          <w:b w:val="0"/>
        </w:rPr>
        <w:t>- Present results and the roadmap to leadership.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>- [7]+ years in lifecycle, CRM or retention, including leading people.</w:t>
      </w:r>
    </w:p>
    <w:p>
      <w:r>
        <w:rPr>
          <w:b w:val="0"/>
        </w:rPr>
        <w:t>- A record of moving retention or lifetime value with evidence.</w:t>
      </w:r>
    </w:p>
    <w:p>
      <w:r>
        <w:rPr>
          <w:b w:val="0"/>
        </w:rPr>
        <w:t>- Strong partnership with product and engineering.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