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Influencer Marketing Manager Job Description: Templates and Duties</w:t>
      </w:r>
    </w:p>
    <w:p>
      <w:r>
        <w:t>Templates from https://knowtheroom.ai/career-guides/influencer-marketing-manager-job-description/ · Replace everything in [brackets].</w:t>
      </w:r>
    </w:p>
    <w:p>
      <w:pPr>
        <w:pStyle w:val="Heading2"/>
      </w:pPr>
      <w:r>
        <w:t>Template: brand-side influencer marketing manager</w:t>
      </w:r>
    </w:p>
    <w:p>
      <w:r>
        <w:rPr>
          <w:b w:val="0"/>
        </w:rPr>
        <w:t>Job title: Influencer Marketing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who buys it, and what creators do for the brand today.]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our creator program across </w:t>
      </w:r>
      <w:r>
        <w:rPr>
          <w:b/>
        </w:rPr>
        <w:t>[TikTok / Instagram / YouTube]</w:t>
      </w:r>
      <w:r>
        <w:rPr>
          <w:b w:val="0"/>
        </w:rPr>
        <w:t xml:space="preserve">, from finding creators to measuring results. You'll manage </w:t>
      </w:r>
      <w:r>
        <w:rPr>
          <w:b/>
        </w:rPr>
        <w:t>[budget]</w:t>
      </w:r>
      <w:r>
        <w:rPr>
          <w:b w:val="0"/>
        </w:rPr>
        <w:t xml:space="preserve"> a year, </w:t>
      </w:r>
      <w:r>
        <w:rPr>
          <w:b/>
        </w:rPr>
        <w:t>[a coordinator / our influencer agency]</w:t>
      </w:r>
      <w:r>
        <w:rPr>
          <w:b w:val="0"/>
        </w:rPr>
        <w:t xml:space="preserve"> and report to </w:t>
      </w:r>
      <w:r>
        <w:rPr>
          <w:b/>
        </w:rPr>
        <w:t>[Director of Brand / Head of Social]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Set the creator strategy by goal: awareness, content for ads, sales.</w:t>
      </w:r>
    </w:p>
    <w:p>
      <w:r>
        <w:rPr>
          <w:b w:val="0"/>
        </w:rPr>
        <w:t>- Find, vet and sign creators who fit the brand and its audience.</w:t>
      </w:r>
    </w:p>
    <w:p>
      <w:r>
        <w:rPr>
          <w:b w:val="0"/>
        </w:rPr>
        <w:t>- Negotiate fees, deliverables, timing and usage rights.</w:t>
      </w:r>
    </w:p>
    <w:p>
      <w:r>
        <w:rPr>
          <w:b w:val="0"/>
        </w:rPr>
        <w:t>- Write creator briefs and review content before it goes live.</w:t>
      </w:r>
    </w:p>
    <w:p>
      <w:r>
        <w:rPr>
          <w:b w:val="0"/>
        </w:rPr>
        <w:t>- Make sure every partnership is properly disclosed.</w:t>
      </w:r>
    </w:p>
    <w:p>
      <w:r>
        <w:rPr>
          <w:b w:val="0"/>
        </w:rPr>
        <w:t xml:space="preserve">- Run </w:t>
      </w:r>
      <w:r>
        <w:rPr>
          <w:b/>
        </w:rPr>
        <w:t>[gifting / affiliate / ambassador]</w:t>
      </w:r>
      <w:r>
        <w:rPr>
          <w:b w:val="0"/>
        </w:rPr>
        <w:t xml:space="preserve"> programs with </w:t>
      </w:r>
      <w:r>
        <w:rPr>
          <w:b/>
        </w:rPr>
        <w:t>[tools]</w:t>
      </w:r>
      <w:r>
        <w:rPr>
          <w:b w:val="0"/>
        </w:rPr>
        <w:t>.</w:t>
      </w:r>
    </w:p>
    <w:p>
      <w:r>
        <w:rPr>
          <w:b w:val="0"/>
        </w:rPr>
        <w:t>- Work with paid social to turn creator content into ads.</w:t>
      </w:r>
    </w:p>
    <w:p>
      <w:r>
        <w:rPr>
          <w:b w:val="0"/>
        </w:rPr>
        <w:t xml:space="preserve">- Report results and what you learned each </w:t>
      </w:r>
      <w:r>
        <w:rPr>
          <w:b/>
        </w:rPr>
        <w:t>[month / campaign]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running creator or influencer programs.</w:t>
      </w:r>
    </w:p>
    <w:p>
      <w:r>
        <w:rPr>
          <w:b w:val="0"/>
        </w:rPr>
        <w:t xml:space="preserve">- Relationships with creators in </w:t>
      </w:r>
      <w:r>
        <w:rPr>
          <w:b/>
        </w:rPr>
        <w:t>[category]</w:t>
      </w:r>
      <w:r>
        <w:rPr>
          <w:b w:val="0"/>
        </w:rPr>
        <w:t>, or a clear way of finding them.</w:t>
      </w:r>
    </w:p>
    <w:p>
      <w:r>
        <w:rPr>
          <w:b w:val="0"/>
        </w:rPr>
        <w:t>- Experience with contracts, usage rights and disclosure.</w:t>
      </w:r>
    </w:p>
    <w:p>
      <w:r>
        <w:rPr>
          <w:b w:val="0"/>
        </w:rPr>
        <w:t>- Comfort with numbers: cost per post, engagement, attributed sales.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[Number]</w:t>
      </w:r>
      <w:r>
        <w:rPr>
          <w:b w:val="0"/>
        </w:rPr>
        <w:t xml:space="preserve"> active creators posting each </w:t>
      </w:r>
      <w:r>
        <w:rPr>
          <w:b/>
        </w:rPr>
        <w:t>[month]</w:t>
      </w:r>
    </w:p>
    <w:p>
      <w:r>
        <w:rPr>
          <w:b w:val="0"/>
        </w:rPr>
        <w:t xml:space="preserve">- </w:t>
      </w:r>
      <w:r>
        <w:rPr>
          <w:b/>
        </w:rPr>
        <w:t>[Engagement / views]</w:t>
      </w:r>
      <w:r>
        <w:rPr>
          <w:b w:val="0"/>
        </w:rPr>
        <w:t xml:space="preserve"> at or under </w:t>
      </w:r>
      <w:r>
        <w:rPr>
          <w:b/>
        </w:rPr>
        <w:t>[cost]</w:t>
      </w:r>
    </w:p>
    <w:p>
      <w:r>
        <w:rPr>
          <w:b w:val="0"/>
        </w:rPr>
        <w:t xml:space="preserve">- </w:t>
      </w:r>
      <w:r>
        <w:rPr>
          <w:b/>
        </w:rPr>
        <w:t>[Sales / new customers]</w:t>
      </w:r>
      <w:r>
        <w:rPr>
          <w:b w:val="0"/>
        </w:rPr>
        <w:t xml:space="preserve"> from creator links and codes</w:t>
      </w:r>
    </w:p>
    <w:p>
      <w:r>
        <w:rPr>
          <w:b w:val="0"/>
        </w:rPr>
        <w:t xml:space="preserve">- </w:t>
      </w:r>
      <w:r>
        <w:rPr>
          <w:b/>
        </w:rPr>
        <w:t>[Number]</w:t>
      </w:r>
      <w:r>
        <w:rPr>
          <w:b w:val="0"/>
        </w:rPr>
        <w:t xml:space="preserve"> creator assets used in paid ads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Template: agency influencer marketing manager</w:t>
      </w:r>
    </w:p>
    <w:p>
      <w:r>
        <w:rPr>
          <w:b w:val="0"/>
        </w:rPr>
        <w:t xml:space="preserve">Job title: Influencer Marketing Manager, </w:t>
      </w:r>
      <w:r>
        <w:rPr>
          <w:b/>
        </w:rPr>
        <w:t>[Agency name]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lead creator campaigns for </w:t>
      </w:r>
      <w:r>
        <w:rPr>
          <w:b/>
        </w:rPr>
        <w:t>[number]</w:t>
      </w:r>
      <w:r>
        <w:rPr>
          <w:b w:val="0"/>
        </w:rPr>
        <w:t xml:space="preserve"> clients in </w:t>
      </w:r>
      <w:r>
        <w:rPr>
          <w:b/>
        </w:rPr>
        <w:t>[categories]</w:t>
      </w:r>
      <w:r>
        <w:rPr>
          <w:b w:val="0"/>
        </w:rPr>
        <w:t xml:space="preserve">, from proposal to wrap report. You'll manage </w:t>
      </w:r>
      <w:r>
        <w:rPr>
          <w:b/>
        </w:rPr>
        <w:t>[coordinators]</w:t>
      </w:r>
      <w:r>
        <w:rPr>
          <w:b w:val="0"/>
        </w:rPr>
        <w:t xml:space="preserve"> and work with account and paid social teams.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Build campaign proposals and creator shortlists for clients.</w:t>
      </w:r>
    </w:p>
    <w:p>
      <w:r>
        <w:rPr>
          <w:b w:val="0"/>
        </w:rPr>
        <w:t>- Negotiate with creators and their managers within client budgets.</w:t>
      </w:r>
    </w:p>
    <w:p>
      <w:r>
        <w:rPr>
          <w:b w:val="0"/>
        </w:rPr>
        <w:t>- Run campaigns: briefs, approvals, posting schedule, disclosure checks.</w:t>
      </w:r>
    </w:p>
    <w:p>
      <w:r>
        <w:rPr>
          <w:b w:val="0"/>
        </w:rPr>
        <w:t>- Present wrap reports with results and recommendations.</w:t>
      </w:r>
    </w:p>
    <w:p>
      <w:r>
        <w:rPr>
          <w:b w:val="0"/>
        </w:rPr>
        <w:t>- Track time and scope against each client's agreement.</w:t>
      </w:r>
    </w:p>
    <w:p>
      <w:pPr>
        <w:pStyle w:val="Heading2"/>
      </w:pPr>
      <w:r>
        <w:t>Template: influencer marketing coordinator</w:t>
      </w:r>
    </w:p>
    <w:p>
      <w:r>
        <w:rPr>
          <w:b w:val="0"/>
        </w:rPr>
        <w:t>Job title: Influencer Marketing Coordinator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Research creators and build shortlists.</w:t>
      </w:r>
    </w:p>
    <w:p>
      <w:r>
        <w:rPr>
          <w:b w:val="0"/>
        </w:rPr>
        <w:t>- Send outreach and follow up.</w:t>
      </w:r>
    </w:p>
    <w:p>
      <w:r>
        <w:rPr>
          <w:b w:val="0"/>
        </w:rPr>
        <w:t>- Ship product and track gifting.</w:t>
      </w:r>
    </w:p>
    <w:p>
      <w:r>
        <w:rPr>
          <w:b w:val="0"/>
        </w:rPr>
        <w:t>- Send contracts and briefs, chase approvals and track posts.</w:t>
      </w:r>
    </w:p>
    <w:p>
      <w:r>
        <w:rPr>
          <w:b w:val="0"/>
        </w:rPr>
        <w:t>- Collect results and build reports.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Strong organization and follow-through.</w:t>
      </w:r>
    </w:p>
    <w:p>
      <w:r>
        <w:rPr>
          <w:b w:val="0"/>
        </w:rPr>
        <w:t xml:space="preserve">- Knowledge of </w:t>
      </w:r>
      <w:r>
        <w:rPr>
          <w:b/>
        </w:rPr>
        <w:t>[platforms]</w:t>
      </w:r>
      <w:r>
        <w:rPr>
          <w:b w:val="0"/>
        </w:rPr>
        <w:t xml:space="preserve"> and the creators in </w:t>
      </w:r>
      <w:r>
        <w:rPr>
          <w:b/>
        </w:rPr>
        <w:t>[category]</w:t>
      </w:r>
      <w:r>
        <w:rPr>
          <w:b w:val="0"/>
        </w:rPr>
        <w:t>.</w:t>
      </w:r>
    </w:p>
    <w:p>
      <w:r>
        <w:rPr>
          <w:b w:val="0"/>
        </w:rPr>
        <w:t>- Clear, friendly writing.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