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Write a Resume: Step by Step, With Examples</w:t>
      </w:r>
    </w:p>
    <w:p>
      <w:r>
        <w:t>Templates from https://knowtheroom.ai/career-guides/how-to-write-a-resume/ · Replace everything in [brackets].</w:t>
      </w:r>
    </w:p>
    <w:p>
      <w:pPr>
        <w:pStyle w:val="Heading2"/>
      </w:pPr>
      <w:r>
        <w:t>How do you write resume bullet points?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did]</w:t>
      </w:r>
      <w:r>
        <w:rPr>
          <w:b w:val="0"/>
        </w:rPr>
        <w:t xml:space="preserve"> for </w:t>
      </w:r>
      <w:r>
        <w:rPr>
          <w:b/>
        </w:rPr>
        <w:t>[scope: audience, budget, channel, team]</w:t>
      </w:r>
      <w:r>
        <w:rPr>
          <w:b w:val="0"/>
        </w:rPr>
        <w:t xml:space="preserve">, </w:t>
      </w:r>
      <w:r>
        <w:rPr>
          <w:b/>
        </w:rPr>
        <w:t>[result: the number that moved, by how much, in what time]</w:t>
      </w:r>
      <w:r>
        <w:rPr>
          <w:b w:val="0"/>
        </w:rPr>
        <w:t>.</w:t>
      </w:r>
    </w:p>
    <w:p>
      <w:pPr>
        <w:pStyle w:val="Heading2"/>
      </w:pPr>
      <w:r>
        <w:t>What does a resume look like? A marketing example</w:t>
      </w:r>
    </w:p>
    <w:p>
      <w:r>
        <w:rPr>
          <w:b/>
        </w:rPr>
        <w:t>[Your Name]</w:t>
      </w:r>
    </w:p>
    <w:p>
      <w:r>
        <w:rPr>
          <w:b/>
        </w:rPr>
        <w:t>[City, State]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linkedin.com/in/</w:t>
      </w:r>
      <w:r>
        <w:rPr>
          <w:b/>
        </w:rPr>
        <w:t>[you]</w:t>
      </w:r>
      <w:r>
        <w:rPr>
          <w:b w:val="0"/>
        </w:rPr>
        <w:t xml:space="preserve"> · </w:t>
      </w:r>
      <w:r>
        <w:rPr>
          <w:b/>
        </w:rPr>
        <w:t>[portfolio link]</w:t>
      </w:r>
    </w:p>
    <w:p/>
    <w:p>
      <w:r>
        <w:rPr>
          <w:b w:val="0"/>
        </w:rPr>
        <w:t>SUMMARY</w:t>
      </w:r>
    </w:p>
    <w:p>
      <w:r>
        <w:rPr>
          <w:b/>
        </w:rPr>
        <w:t>[Type]</w:t>
      </w:r>
      <w:r>
        <w:rPr>
          <w:b w:val="0"/>
        </w:rPr>
        <w:t xml:space="preserve"> marketer with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[channels]</w:t>
      </w:r>
      <w:r>
        <w:rPr>
          <w:b w:val="0"/>
        </w:rPr>
        <w:t xml:space="preserve"> for </w:t>
      </w:r>
      <w:r>
        <w:rPr>
          <w:b/>
        </w:rPr>
        <w:t>[kind of company]</w:t>
      </w:r>
      <w:r>
        <w:rPr>
          <w:b w:val="0"/>
        </w:rPr>
        <w:t xml:space="preserve">. Known for </w:t>
      </w:r>
      <w:r>
        <w:rPr>
          <w:b/>
        </w:rPr>
        <w:t>[one strength]</w:t>
      </w:r>
      <w:r>
        <w:rPr>
          <w:b w:val="0"/>
        </w:rPr>
        <w:t xml:space="preserve">, most recently </w:t>
      </w:r>
      <w:r>
        <w:rPr>
          <w:b/>
        </w:rPr>
        <w:t>[one result with a number]</w:t>
      </w:r>
      <w:r>
        <w:rPr>
          <w:b w:val="0"/>
        </w:rPr>
        <w:t>.</w:t>
      </w:r>
    </w:p>
    <w:p/>
    <w:p>
      <w:r>
        <w:rPr>
          <w:b w:val="0"/>
        </w:rPr>
        <w:t>EXPERIENCE</w:t>
      </w:r>
    </w:p>
    <w:p>
      <w:r>
        <w:rPr>
          <w:b/>
        </w:rPr>
        <w:t>[Title]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[City or Remote]</w:t>
      </w:r>
      <w:r>
        <w:rPr>
          <w:b w:val="0"/>
        </w:rPr>
        <w:t xml:space="preserve"> · </w:t>
      </w:r>
      <w:r>
        <w:rPr>
          <w:b/>
        </w:rPr>
        <w:t>[Month Year]</w:t>
      </w:r>
      <w:r>
        <w:rPr>
          <w:b w:val="0"/>
        </w:rPr>
        <w:t xml:space="preserve"> to Present</w:t>
      </w:r>
    </w:p>
    <w:p>
      <w:r>
        <w:rPr>
          <w:b w:val="0"/>
        </w:rPr>
        <w:t xml:space="preserve">- </w:t>
      </w:r>
      <w:r>
        <w:rPr>
          <w:b/>
        </w:rPr>
        <w:t>[Biggest result: action, scope, result]</w:t>
      </w:r>
    </w:p>
    <w:p>
      <w:r>
        <w:rPr>
          <w:b w:val="0"/>
        </w:rPr>
        <w:t xml:space="preserve">- </w:t>
      </w:r>
      <w:r>
        <w:rPr>
          <w:b/>
        </w:rPr>
        <w:t>[Second result, ideally a different skill]</w:t>
      </w:r>
    </w:p>
    <w:p>
      <w:r>
        <w:rPr>
          <w:b w:val="0"/>
        </w:rPr>
        <w:t xml:space="preserve">- </w:t>
      </w:r>
      <w:r>
        <w:rPr>
          <w:b/>
        </w:rPr>
        <w:t>[Something you built or led]</w:t>
      </w:r>
    </w:p>
    <w:p>
      <w:r>
        <w:rPr>
          <w:b w:val="0"/>
        </w:rPr>
        <w:t xml:space="preserve">- </w:t>
      </w:r>
      <w:r>
        <w:rPr>
          <w:b/>
        </w:rPr>
        <w:t>[A cross-team project with an outcome]</w:t>
      </w:r>
    </w:p>
    <w:p/>
    <w:p>
      <w:r>
        <w:rPr>
          <w:b/>
        </w:rPr>
        <w:t>[Title]</w:t>
      </w:r>
      <w:r>
        <w:rPr>
          <w:b w:val="0"/>
        </w:rPr>
        <w:t xml:space="preserve">,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[City]</w:t>
      </w:r>
      <w:r>
        <w:rPr>
          <w:b w:val="0"/>
        </w:rPr>
        <w:t xml:space="preserve"> · </w:t>
      </w:r>
      <w:r>
        <w:rPr>
          <w:b/>
        </w:rPr>
        <w:t>[Month Year]</w:t>
      </w:r>
      <w:r>
        <w:rPr>
          <w:b w:val="0"/>
        </w:rPr>
        <w:t xml:space="preserve"> to </w:t>
      </w:r>
      <w:r>
        <w:rPr>
          <w:b/>
        </w:rPr>
        <w:t>[Month Year]</w:t>
      </w:r>
    </w:p>
    <w:p>
      <w:r>
        <w:rPr>
          <w:b w:val="0"/>
        </w:rPr>
        <w:t xml:space="preserve">- </w:t>
      </w:r>
      <w:r>
        <w:rPr>
          <w:b/>
        </w:rPr>
        <w:t>[Result]</w:t>
      </w:r>
    </w:p>
    <w:p>
      <w:r>
        <w:rPr>
          <w:b w:val="0"/>
        </w:rPr>
        <w:t xml:space="preserve">- </w:t>
      </w:r>
      <w:r>
        <w:rPr>
          <w:b/>
        </w:rPr>
        <w:t>[Result]</w:t>
      </w:r>
    </w:p>
    <w:p>
      <w:r>
        <w:rPr>
          <w:b w:val="0"/>
        </w:rPr>
        <w:t xml:space="preserve">- </w:t>
      </w:r>
      <w:r>
        <w:rPr>
          <w:b/>
        </w:rPr>
        <w:t>[Result]</w:t>
      </w:r>
    </w:p>
    <w:p/>
    <w:p>
      <w:r>
        <w:rPr>
          <w:b w:val="0"/>
        </w:rPr>
        <w:t>SKILLS</w:t>
      </w:r>
    </w:p>
    <w:p>
      <w:r>
        <w:rPr>
          <w:b w:val="0"/>
        </w:rPr>
        <w:t xml:space="preserve">Channels: </w:t>
      </w:r>
      <w:r>
        <w:rPr>
          <w:b/>
        </w:rPr>
        <w:t>[e.g. paid social, email, SEO]</w:t>
      </w:r>
    </w:p>
    <w:p>
      <w:r>
        <w:rPr>
          <w:b w:val="0"/>
        </w:rPr>
        <w:t xml:space="preserve">Tools: </w:t>
      </w:r>
      <w:r>
        <w:rPr>
          <w:b/>
        </w:rPr>
        <w:t>[e.g. GA4, HubSpot, Meta Ads Manager, Canva]</w:t>
      </w:r>
    </w:p>
    <w:p>
      <w:r>
        <w:rPr>
          <w:b w:val="0"/>
        </w:rPr>
        <w:t xml:space="preserve">Methods: </w:t>
      </w:r>
      <w:r>
        <w:rPr>
          <w:b/>
        </w:rPr>
        <w:t>[e.g. A/B testing, audience research, campaign planning]</w:t>
      </w:r>
    </w:p>
    <w:p/>
    <w:p>
      <w:r>
        <w:rPr>
          <w:b w:val="0"/>
        </w:rPr>
        <w:t>EDUCATION</w:t>
      </w:r>
    </w:p>
    <w:p>
      <w:r>
        <w:rPr>
          <w:b/>
        </w:rPr>
        <w:t>[Degree]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, </w:t>
      </w:r>
      <w:r>
        <w:rPr>
          <w:b/>
        </w:rPr>
        <w:t>[Year]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