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Update Your Resume: A Step-by-Step Checklist</w:t>
      </w:r>
    </w:p>
    <w:p>
      <w:r>
        <w:t>Templates from https://knowtheroom.ai/career-guides/how-to-update-your-resume/ · Replace everything in [brackets].</w:t>
      </w:r>
    </w:p>
    <w:p>
      <w:pPr>
        <w:pStyle w:val="Heading2"/>
      </w:pPr>
      <w:r>
        <w:t>How do you add a new job to your resume?</w:t>
      </w:r>
    </w:p>
    <w:p>
      <w:r>
        <w:rPr>
          <w:b/>
        </w:rPr>
        <w:t>[Title]</w:t>
      </w:r>
      <w:r>
        <w:rPr>
          <w:b w:val="0"/>
        </w:rPr>
        <w:t xml:space="preserve">,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[City or Remote]</w:t>
      </w:r>
      <w:r>
        <w:rPr>
          <w:b w:val="0"/>
        </w:rPr>
        <w:t xml:space="preserve"> · </w:t>
      </w:r>
      <w:r>
        <w:rPr>
          <w:b/>
        </w:rPr>
        <w:t>[Month Year]</w:t>
      </w:r>
      <w:r>
        <w:rPr>
          <w:b w:val="0"/>
        </w:rPr>
        <w:t xml:space="preserve"> to Present</w:t>
      </w:r>
    </w:p>
    <w:p>
      <w:r>
        <w:rPr>
          <w:b w:val="0"/>
        </w:rPr>
        <w:t xml:space="preserve">- </w:t>
      </w:r>
      <w:r>
        <w:rPr>
          <w:b/>
        </w:rPr>
        <w:t>[What you own: scope, budget, channels, team]</w:t>
      </w:r>
    </w:p>
    <w:p>
      <w:r>
        <w:rPr>
          <w:b w:val="0"/>
        </w:rPr>
        <w:t xml:space="preserve">- </w:t>
      </w:r>
      <w:r>
        <w:rPr>
          <w:b/>
        </w:rPr>
        <w:t>[Early result: action, scope, result]</w:t>
      </w:r>
    </w:p>
    <w:p>
      <w:r>
        <w:rPr>
          <w:b w:val="0"/>
        </w:rPr>
        <w:t xml:space="preserve">- </w:t>
      </w:r>
      <w:r>
        <w:rPr>
          <w:b/>
        </w:rPr>
        <w:t>[Something you set up or changed: a process, a program, a test]</w:t>
      </w:r>
    </w:p>
    <w:p>
      <w:pPr>
        <w:pStyle w:val="Heading2"/>
      </w:pPr>
      <w:r>
        <w:t>How do you show a promotion on your resume?</w:t>
      </w:r>
    </w:p>
    <w:p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[City]</w:t>
      </w:r>
    </w:p>
    <w:p>
      <w:r>
        <w:rPr>
          <w:b/>
        </w:rPr>
        <w:t>[Senior Title]</w:t>
      </w:r>
      <w:r>
        <w:rPr>
          <w:b w:val="0"/>
        </w:rPr>
        <w:t xml:space="preserve"> · </w:t>
      </w:r>
      <w:r>
        <w:rPr>
          <w:b/>
        </w:rPr>
        <w:t>[Month Year]</w:t>
      </w:r>
      <w:r>
        <w:rPr>
          <w:b w:val="0"/>
        </w:rPr>
        <w:t xml:space="preserve"> to Present</w:t>
      </w:r>
    </w:p>
    <w:p>
      <w:r>
        <w:rPr>
          <w:b w:val="0"/>
        </w:rPr>
        <w:t xml:space="preserve">- </w:t>
      </w:r>
      <w:r>
        <w:rPr>
          <w:b/>
        </w:rPr>
        <w:t>[Result in the bigger role]</w:t>
      </w:r>
    </w:p>
    <w:p>
      <w:r>
        <w:rPr>
          <w:b w:val="0"/>
        </w:rPr>
        <w:t xml:space="preserve">- </w:t>
      </w:r>
      <w:r>
        <w:rPr>
          <w:b/>
        </w:rPr>
        <w:t>[Result]</w:t>
      </w:r>
    </w:p>
    <w:p/>
    <w:p>
      <w:r>
        <w:rPr>
          <w:b/>
        </w:rPr>
        <w:t>[Earlier Title]</w:t>
      </w:r>
      <w:r>
        <w:rPr>
          <w:b w:val="0"/>
        </w:rPr>
        <w:t xml:space="preserve"> · </w:t>
      </w:r>
      <w:r>
        <w:rPr>
          <w:b/>
        </w:rPr>
        <w:t>[Month Year]</w:t>
      </w:r>
      <w:r>
        <w:rPr>
          <w:b w:val="0"/>
        </w:rPr>
        <w:t xml:space="preserve"> to </w:t>
      </w:r>
      <w:r>
        <w:rPr>
          <w:b/>
        </w:rPr>
        <w:t>[Month Year]</w:t>
      </w:r>
    </w:p>
    <w:p>
      <w:r>
        <w:rPr>
          <w:b w:val="0"/>
        </w:rPr>
        <w:t xml:space="preserve">- </w:t>
      </w:r>
      <w:r>
        <w:rPr>
          <w:b/>
        </w:rPr>
        <w:t>[The result that got you promoted]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