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Become an Influencer: A Step-by-Step Guide for Every Platform</w:t>
      </w:r>
    </w:p>
    <w:p>
      <w:r>
        <w:t>Templates from https://knowtheroom.ai/career-guides/how-to-become-an-influencer/ · Replace everything in [brackets].</w:t>
      </w:r>
    </w:p>
    <w:p>
      <w:pPr>
        <w:pStyle w:val="Heading2"/>
      </w:pPr>
      <w:r>
        <w:t>Influencer media kit template</w:t>
      </w:r>
    </w:p>
    <w:p>
      <w:r>
        <w:rPr>
          <w:b/>
        </w:rPr>
        <w:t>[Your name]</w:t>
      </w:r>
      <w:r>
        <w:rPr>
          <w:b w:val="0"/>
        </w:rPr>
        <w:t xml:space="preserve"> · </w:t>
      </w:r>
      <w:r>
        <w:rPr>
          <w:b/>
        </w:rPr>
        <w:t>[@handle]</w:t>
      </w:r>
      <w:r>
        <w:rPr>
          <w:b w:val="0"/>
        </w:rPr>
        <w:t xml:space="preserve"> · </w:t>
      </w:r>
      <w:r>
        <w:rPr>
          <w:b/>
        </w:rPr>
        <w:t>[Niche in one line, e.g. "budget skincare for sensitive skin"]</w:t>
      </w:r>
    </w:p>
    <w:p/>
    <w:p>
      <w:r>
        <w:rPr>
          <w:b w:val="0"/>
        </w:rPr>
        <w:t xml:space="preserve">Who follows me: </w:t>
      </w:r>
      <w:r>
        <w:rPr>
          <w:b/>
        </w:rPr>
        <w:t>[main age range]</w:t>
      </w:r>
      <w:r>
        <w:rPr>
          <w:b w:val="0"/>
        </w:rPr>
        <w:t xml:space="preserve">, </w:t>
      </w:r>
      <w:r>
        <w:rPr>
          <w:b/>
        </w:rPr>
        <w:t>[top locations]</w:t>
      </w:r>
      <w:r>
        <w:rPr>
          <w:b w:val="0"/>
        </w:rPr>
        <w:t xml:space="preserve">, </w:t>
      </w:r>
      <w:r>
        <w:rPr>
          <w:b/>
        </w:rPr>
        <w:t>[what they care about]</w:t>
      </w:r>
    </w:p>
    <w:p>
      <w:r>
        <w:rPr>
          <w:b w:val="0"/>
        </w:rPr>
        <w:t xml:space="preserve">Platforms: </w:t>
      </w:r>
      <w:r>
        <w:rPr>
          <w:b/>
        </w:rPr>
        <w:t>[Platform]</w:t>
      </w:r>
      <w:r>
        <w:rPr>
          <w:b w:val="0"/>
        </w:rPr>
        <w:t xml:space="preserve">: </w:t>
      </w:r>
      <w:r>
        <w:rPr>
          <w:b/>
        </w:rPr>
        <w:t>[followers]</w:t>
      </w:r>
      <w:r>
        <w:rPr>
          <w:b w:val="0"/>
        </w:rPr>
        <w:t xml:space="preserve">, </w:t>
      </w:r>
      <w:r>
        <w:rPr>
          <w:b/>
        </w:rPr>
        <w:t>[average views or reach per post]</w:t>
      </w:r>
      <w:r>
        <w:rPr>
          <w:b w:val="0"/>
        </w:rPr>
        <w:t xml:space="preserve">, </w:t>
      </w:r>
      <w:r>
        <w:rPr>
          <w:b/>
        </w:rPr>
        <w:t>[engagement rate]</w:t>
      </w:r>
    </w:p>
    <w:p>
      <w:r>
        <w:rPr>
          <w:b w:val="0"/>
        </w:rPr>
        <w:t xml:space="preserve">Best-performing posts: </w:t>
      </w:r>
      <w:r>
        <w:rPr>
          <w:b/>
        </w:rPr>
        <w:t>[link 1, one line on why it worked]</w:t>
      </w:r>
      <w:r>
        <w:rPr>
          <w:b w:val="0"/>
        </w:rPr>
        <w:t xml:space="preserve">, </w:t>
      </w:r>
      <w:r>
        <w:rPr>
          <w:b/>
        </w:rPr>
        <w:t>[link 2]</w:t>
      </w:r>
      <w:r>
        <w:rPr>
          <w:b w:val="0"/>
        </w:rPr>
        <w:t xml:space="preserve">, </w:t>
      </w:r>
      <w:r>
        <w:rPr>
          <w:b/>
        </w:rPr>
        <w:t>[link 3]</w:t>
      </w:r>
    </w:p>
    <w:p>
      <w:r>
        <w:rPr>
          <w:b w:val="0"/>
        </w:rPr>
        <w:t xml:space="preserve">Brands I've worked with: </w:t>
      </w:r>
      <w:r>
        <w:rPr>
          <w:b/>
        </w:rPr>
        <w:t>[brand, what we made, one result if you have it]</w:t>
      </w:r>
      <w:r>
        <w:rPr>
          <w:b w:val="0"/>
        </w:rPr>
        <w:t xml:space="preserve"> (or: "Brands I already use and post about: …")</w:t>
      </w:r>
    </w:p>
    <w:p>
      <w:r>
        <w:rPr>
          <w:b w:val="0"/>
        </w:rPr>
        <w:t xml:space="preserve">What I offer: </w:t>
      </w:r>
      <w:r>
        <w:rPr>
          <w:b/>
        </w:rPr>
        <w:t>[e.g. 1 Reel + 3 Stories]</w:t>
      </w:r>
      <w:r>
        <w:rPr>
          <w:b w:val="0"/>
        </w:rPr>
        <w:t xml:space="preserve">, </w:t>
      </w:r>
      <w:r>
        <w:rPr>
          <w:b/>
        </w:rPr>
        <w:t>[UGC for your ads]</w:t>
      </w:r>
      <w:r>
        <w:rPr>
          <w:b w:val="0"/>
        </w:rPr>
        <w:t xml:space="preserve">, </w:t>
      </w:r>
      <w:r>
        <w:rPr>
          <w:b/>
        </w:rPr>
        <w:t>[affiliate or code partnerships]</w:t>
      </w:r>
    </w:p>
    <w:p>
      <w:r>
        <w:rPr>
          <w:b w:val="0"/>
        </w:rPr>
        <w:t xml:space="preserve">Contact: </w:t>
      </w:r>
      <w:r>
        <w:rPr>
          <w:b/>
        </w:rPr>
        <w:t>[email]</w:t>
      </w:r>
    </w:p>
    <w:p>
      <w:pPr>
        <w:pStyle w:val="Heading2"/>
      </w:pPr>
      <w:r>
        <w:t>How do you pitch a brand as an influencer?</w:t>
      </w:r>
    </w:p>
    <w:p>
      <w:r>
        <w:rPr>
          <w:b w:val="0"/>
        </w:rPr>
        <w:t xml:space="preserve">Subject: </w:t>
      </w:r>
      <w:r>
        <w:rPr>
          <w:b/>
        </w:rPr>
        <w:t>[Your niche]</w:t>
      </w:r>
      <w:r>
        <w:rPr>
          <w:b w:val="0"/>
        </w:rPr>
        <w:t xml:space="preserve"> creator idea for </w:t>
      </w:r>
      <w:r>
        <w:rPr>
          <w:b/>
        </w:rPr>
        <w:t>[Brand]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I'm </w:t>
      </w:r>
      <w:r>
        <w:rPr>
          <w:b/>
        </w:rPr>
        <w:t>[your name]</w:t>
      </w:r>
      <w:r>
        <w:rPr>
          <w:b w:val="0"/>
        </w:rPr>
        <w:t xml:space="preserve">, I post about </w:t>
      </w:r>
      <w:r>
        <w:rPr>
          <w:b/>
        </w:rPr>
        <w:t>[niche]</w:t>
      </w:r>
      <w:r>
        <w:rPr>
          <w:b w:val="0"/>
        </w:rPr>
        <w:t xml:space="preserve"> for </w:t>
      </w:r>
      <w:r>
        <w:rPr>
          <w:b/>
        </w:rPr>
        <w:t>[number]</w:t>
      </w:r>
      <w:r>
        <w:rPr>
          <w:b w:val="0"/>
        </w:rPr>
        <w:t xml:space="preserve"> followers on </w:t>
      </w:r>
      <w:r>
        <w:rPr>
          <w:b/>
        </w:rPr>
        <w:t>[platform]</w:t>
      </w:r>
      <w:r>
        <w:rPr>
          <w:b w:val="0"/>
        </w:rPr>
        <w:t xml:space="preserve">, mostly </w:t>
      </w:r>
      <w:r>
        <w:rPr>
          <w:b/>
        </w:rPr>
        <w:t>[who they are]</w:t>
      </w:r>
      <w:r>
        <w:rPr>
          <w:b w:val="0"/>
        </w:rPr>
        <w:t xml:space="preserve">. I've used </w:t>
      </w:r>
      <w:r>
        <w:rPr>
          <w:b/>
        </w:rPr>
        <w:t>[product]</w:t>
      </w:r>
      <w:r>
        <w:rPr>
          <w:b w:val="0"/>
        </w:rPr>
        <w:t xml:space="preserve"> for </w:t>
      </w:r>
      <w:r>
        <w:rPr>
          <w:b/>
        </w:rPr>
        <w:t>[time]</w:t>
      </w:r>
      <w:r>
        <w:rPr>
          <w:b w:val="0"/>
        </w:rPr>
        <w:t xml:space="preserve">, and my post about </w:t>
      </w:r>
      <w:r>
        <w:rPr>
          <w:b/>
        </w:rPr>
        <w:t>[topic]</w:t>
      </w:r>
      <w:r>
        <w:rPr>
          <w:b w:val="0"/>
        </w:rPr>
        <w:t xml:space="preserve"> got </w:t>
      </w:r>
      <w:r>
        <w:rPr>
          <w:b/>
        </w:rPr>
        <w:t>[result, e.g. "a lot of questions about where to buy it"]</w:t>
      </w:r>
      <w:r>
        <w:rPr>
          <w:b w:val="0"/>
        </w:rPr>
        <w:t>.</w:t>
      </w:r>
    </w:p>
    <w:p/>
    <w:p>
      <w:r>
        <w:rPr>
          <w:b w:val="0"/>
        </w:rPr>
        <w:t>Idea: [one concrete concept, e.g. "a 30-second morning routine Reel featuring your SPF, with a code for my followers"].</w:t>
      </w:r>
    </w:p>
    <w:p/>
    <w:p>
      <w:r>
        <w:rPr>
          <w:b w:val="0"/>
        </w:rPr>
        <w:t>My media kit is attached. Happy to share more examples if useful.</w:t>
      </w:r>
    </w:p>
    <w:p/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