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Growth Marketing Manager: Job Description, Skills and How to Become One</w:t>
      </w:r>
    </w:p>
    <w:p>
      <w:r>
        <w:t>Templates from https://knowtheroom.ai/career-guides/growth-marketing-manager/ · Replace everything in [brackets].</w:t>
      </w:r>
    </w:p>
    <w:p>
      <w:pPr>
        <w:pStyle w:val="Heading2"/>
      </w:pPr>
      <w:r>
        <w:t>Growth marketing manager job description</w:t>
      </w:r>
    </w:p>
    <w:p>
      <w:r>
        <w:rPr>
          <w:b w:val="0"/>
        </w:rPr>
        <w:t>Job title: Growth Marketing Manager</w:t>
      </w:r>
    </w:p>
    <w:p/>
    <w:p>
      <w:r>
        <w:rPr>
          <w:b w:val="0"/>
        </w:rPr>
        <w:t xml:space="preserve">About </w:t>
      </w:r>
      <w:r>
        <w:rPr>
          <w:b/>
        </w:rPr>
        <w:t>[Company]</w:t>
      </w:r>
    </w:p>
    <w:p>
      <w:r>
        <w:rPr>
          <w:b/>
        </w:rPr>
        <w:t>[Two sentences: what the product is, who uses it and the stage of the business.]</w:t>
      </w:r>
    </w:p>
    <w:p/>
    <w:p>
      <w:r>
        <w:rPr>
          <w:b w:val="0"/>
        </w:rPr>
        <w:t>About the role</w:t>
      </w:r>
    </w:p>
    <w:p>
      <w:r>
        <w:rPr>
          <w:b w:val="0"/>
        </w:rPr>
        <w:t xml:space="preserve">We're hiring a Growth Marketing Manager to own </w:t>
      </w:r>
      <w:r>
        <w:rPr>
          <w:b/>
        </w:rPr>
        <w:t>[metric: e.g. new paid subscribers / activated accounts]</w:t>
      </w:r>
      <w:r>
        <w:rPr>
          <w:b w:val="0"/>
        </w:rPr>
        <w:t xml:space="preserve">. You'll run experiments across </w:t>
      </w:r>
      <w:r>
        <w:rPr>
          <w:b/>
        </w:rPr>
        <w:t>[acquisition / onboarding / retention / referral]</w:t>
      </w:r>
      <w:r>
        <w:rPr>
          <w:b w:val="0"/>
        </w:rPr>
        <w:t xml:space="preserve">, manage </w:t>
      </w:r>
      <w:r>
        <w:rPr>
          <w:b/>
        </w:rPr>
        <w:t>[budget or "our paid budget"]</w:t>
      </w:r>
      <w:r>
        <w:rPr>
          <w:b w:val="0"/>
        </w:rPr>
        <w:t xml:space="preserve"> and report to </w:t>
      </w:r>
      <w:r>
        <w:rPr>
          <w:b/>
        </w:rPr>
        <w:t>[title]</w:t>
      </w:r>
      <w:r>
        <w:rPr>
          <w:b w:val="0"/>
        </w:rPr>
        <w:t xml:space="preserve">. You'll work closely with </w:t>
      </w:r>
      <w:r>
        <w:rPr>
          <w:b/>
        </w:rPr>
        <w:t>[product, engineering, design and data]</w:t>
      </w:r>
      <w:r>
        <w:rPr>
          <w:b w:val="0"/>
        </w:rPr>
        <w:t>.</w:t>
      </w:r>
    </w:p>
    <w:p/>
    <w:p>
      <w:r>
        <w:rPr>
          <w:b w:val="0"/>
        </w:rPr>
        <w:t>What you'll do</w:t>
      </w:r>
    </w:p>
    <w:p>
      <w:r>
        <w:rPr>
          <w:b w:val="0"/>
        </w:rPr>
        <w:t xml:space="preserve">- Own the growth model for </w:t>
      </w:r>
      <w:r>
        <w:rPr>
          <w:b/>
        </w:rPr>
        <w:t>[part of the funnel]</w:t>
      </w:r>
      <w:r>
        <w:rPr>
          <w:b w:val="0"/>
        </w:rPr>
        <w:t xml:space="preserve"> and set targets with </w:t>
      </w:r>
      <w:r>
        <w:rPr>
          <w:b/>
        </w:rPr>
        <w:t>[leadership]</w:t>
      </w:r>
      <w:r>
        <w:rPr>
          <w:b w:val="0"/>
        </w:rPr>
        <w:t>.</w:t>
      </w:r>
    </w:p>
    <w:p>
      <w:r>
        <w:rPr>
          <w:b w:val="0"/>
        </w:rPr>
        <w:t>- Build and prioritize an experiment backlog; launch [X] tests a month.</w:t>
      </w:r>
    </w:p>
    <w:p>
      <w:r>
        <w:rPr>
          <w:b w:val="0"/>
        </w:rPr>
        <w:t xml:space="preserve">- Run and scale acquisition channels: </w:t>
      </w:r>
      <w:r>
        <w:rPr>
          <w:b/>
        </w:rPr>
        <w:t>[paid social, paid search, app stores, affiliates, partnerships]</w:t>
      </w:r>
      <w:r>
        <w:rPr>
          <w:b w:val="0"/>
        </w:rPr>
        <w:t>.</w:t>
      </w:r>
    </w:p>
    <w:p>
      <w:r>
        <w:rPr>
          <w:b w:val="0"/>
        </w:rPr>
        <w:t xml:space="preserve">- Improve conversion on </w:t>
      </w:r>
      <w:r>
        <w:rPr>
          <w:b/>
        </w:rPr>
        <w:t>[landing pages / sign-up / onboarding / pricing]</w:t>
      </w:r>
      <w:r>
        <w:rPr>
          <w:b w:val="0"/>
        </w:rPr>
        <w:t xml:space="preserve"> with product and design.</w:t>
      </w:r>
    </w:p>
    <w:p>
      <w:r>
        <w:rPr>
          <w:b w:val="0"/>
        </w:rPr>
        <w:t xml:space="preserve">- Work with lifecycle on </w:t>
      </w:r>
      <w:r>
        <w:rPr>
          <w:b/>
        </w:rPr>
        <w:t>[email / push / in-app]</w:t>
      </w:r>
      <w:r>
        <w:rPr>
          <w:b w:val="0"/>
        </w:rPr>
        <w:t xml:space="preserve"> to raise activation and retention.</w:t>
      </w:r>
    </w:p>
    <w:p>
      <w:r>
        <w:rPr>
          <w:b w:val="0"/>
        </w:rPr>
        <w:t xml:space="preserve">- Analyze results in </w:t>
      </w:r>
      <w:r>
        <w:rPr>
          <w:b/>
        </w:rPr>
        <w:t>[SQL / Amplitude / Mixpanel / GA4]</w:t>
      </w:r>
      <w:r>
        <w:rPr>
          <w:b w:val="0"/>
        </w:rPr>
        <w:t xml:space="preserve"> and share what we learned.</w:t>
      </w:r>
    </w:p>
    <w:p/>
    <w:p>
      <w:r>
        <w:rPr>
          <w:b w:val="0"/>
        </w:rPr>
        <w:t>What you'll bring</w:t>
      </w:r>
    </w:p>
    <w:p>
      <w:r>
        <w:rPr>
          <w:b w:val="0"/>
        </w:rPr>
        <w:t xml:space="preserve">- </w:t>
      </w:r>
      <w:r>
        <w:rPr>
          <w:b/>
        </w:rPr>
        <w:t>[3-5]</w:t>
      </w:r>
      <w:r>
        <w:rPr>
          <w:b w:val="0"/>
        </w:rPr>
        <w:t>+ years in growth, performance, lifecycle or product marketing.</w:t>
      </w:r>
    </w:p>
    <w:p>
      <w:r>
        <w:rPr>
          <w:b w:val="0"/>
        </w:rPr>
        <w:t>- Experiments you designed, measured and scaled, with results.</w:t>
      </w:r>
    </w:p>
    <w:p>
      <w:r>
        <w:rPr>
          <w:b w:val="0"/>
        </w:rPr>
        <w:t xml:space="preserve">- Comfort with data: </w:t>
      </w:r>
      <w:r>
        <w:rPr>
          <w:b/>
        </w:rPr>
        <w:t>[SQL / product analytics tools / spreadsheets]</w:t>
      </w:r>
      <w:r>
        <w:rPr>
          <w:b w:val="0"/>
        </w:rPr>
        <w:t>.</w:t>
      </w:r>
    </w:p>
    <w:p>
      <w:r>
        <w:rPr>
          <w:b w:val="0"/>
        </w:rPr>
        <w:t xml:space="preserve">- Working knowledge of </w:t>
      </w:r>
      <w:r>
        <w:rPr>
          <w:b/>
        </w:rPr>
        <w:t>[paid channels / CRM / landing page tools]</w:t>
      </w:r>
      <w:r>
        <w:rPr>
          <w:b w:val="0"/>
        </w:rPr>
        <w:t>.</w:t>
      </w:r>
    </w:p>
    <w:p>
      <w:r>
        <w:rPr>
          <w:b w:val="0"/>
        </w:rPr>
        <w:t>- Clear writing and a habit of sharing results, including failures.</w:t>
      </w:r>
    </w:p>
    <w:p/>
    <w:p>
      <w:r>
        <w:rPr>
          <w:b w:val="0"/>
        </w:rPr>
        <w:t>How we'll measure success</w:t>
      </w:r>
    </w:p>
    <w:p>
      <w:r>
        <w:rPr>
          <w:b w:val="0"/>
        </w:rPr>
        <w:t xml:space="preserve">- </w:t>
      </w:r>
      <w:r>
        <w:rPr>
          <w:b/>
        </w:rPr>
        <w:t>[Metric 1: e.g. growth in activated accounts per month]</w:t>
      </w:r>
    </w:p>
    <w:p>
      <w:r>
        <w:rPr>
          <w:b w:val="0"/>
        </w:rPr>
        <w:t>- [Metric 2: e.g. blended CAC payback under [X] months]</w:t>
      </w:r>
    </w:p>
    <w:p>
      <w:r>
        <w:rPr>
          <w:b w:val="0"/>
        </w:rPr>
        <w:t xml:space="preserve">- </w:t>
      </w:r>
      <w:r>
        <w:rPr>
          <w:b/>
        </w:rPr>
        <w:t>[Metric 3: e.g. test velocity and documented learnings]</w:t>
      </w:r>
    </w:p>
    <w:p/>
    <w:p>
      <w:r>
        <w:rPr>
          <w:b w:val="0"/>
        </w:rPr>
        <w:t>Pay and benefits</w:t>
      </w:r>
    </w:p>
    <w:p>
      <w:r>
        <w:rPr>
          <w:b/>
        </w:rPr>
        <w:t>[Salary range]</w:t>
      </w:r>
      <w:r>
        <w:rPr>
          <w:b w:val="0"/>
        </w:rPr>
        <w:t xml:space="preserve">, </w:t>
      </w:r>
      <w:r>
        <w:rPr>
          <w:b/>
        </w:rPr>
        <w:t>[equity if any]</w:t>
      </w:r>
      <w:r>
        <w:rPr>
          <w:b w:val="0"/>
        </w:rPr>
        <w:t xml:space="preserve">, </w:t>
      </w:r>
      <w:r>
        <w:rPr>
          <w:b/>
        </w:rPr>
        <w:t>[benefits]</w:t>
      </w:r>
      <w:r>
        <w:rPr>
          <w:b w:val="0"/>
        </w:rPr>
        <w:t xml:space="preserve">, </w:t>
      </w:r>
      <w:r>
        <w:rPr>
          <w:b/>
        </w:rPr>
        <w:t>[location / hybrid / remote]</w:t>
      </w:r>
      <w:r>
        <w:rPr>
          <w:b w:val="0"/>
        </w:rPr>
        <w:t>.</w:t>
      </w:r>
    </w:p>
    <w:p>
      <w:pPr>
        <w:pStyle w:val="Heading2"/>
      </w:pPr>
      <w:r>
        <w:t>Skills and tools</w:t>
      </w:r>
    </w:p>
    <w:p>
      <w:r>
        <w:rPr>
          <w:b w:val="0"/>
        </w:rPr>
        <w:t xml:space="preserve">Ran [X] experiments across </w:t>
      </w:r>
      <w:r>
        <w:rPr>
          <w:b/>
        </w:rPr>
        <w:t>[part of funnel]</w:t>
      </w:r>
      <w:r>
        <w:rPr>
          <w:b w:val="0"/>
        </w:rPr>
        <w:t xml:space="preserve"> in </w:t>
      </w:r>
      <w:r>
        <w:rPr>
          <w:b/>
        </w:rPr>
        <w:t>[timeframe]</w:t>
      </w:r>
      <w:r>
        <w:rPr>
          <w:b w:val="0"/>
        </w:rPr>
        <w:t xml:space="preserve">; scaled </w:t>
      </w:r>
      <w:r>
        <w:rPr>
          <w:b/>
        </w:rPr>
        <w:t>[winning test]</w:t>
      </w:r>
      <w:r>
        <w:rPr>
          <w:b w:val="0"/>
        </w:rPr>
        <w:t xml:space="preserve">, raising </w:t>
      </w:r>
      <w:r>
        <w:rPr>
          <w:b/>
        </w:rPr>
        <w:t>[metric]</w:t>
      </w:r>
      <w:r>
        <w:rPr>
          <w:b w:val="0"/>
        </w:rPr>
        <w:t xml:space="preserve"> by </w:t>
      </w:r>
      <w:r>
        <w:rPr>
          <w:b/>
        </w:rPr>
        <w:t>[X%]</w:t>
      </w:r>
      <w:r>
        <w:rPr>
          <w:b w:val="0"/>
        </w:rPr>
        <w:t xml:space="preserve"> and cutting </w:t>
      </w:r>
      <w:r>
        <w:rPr>
          <w:b/>
        </w:rPr>
        <w:t>[CAC / payback]</w:t>
      </w:r>
      <w:r>
        <w:rPr>
          <w:b w:val="0"/>
        </w:rPr>
        <w:t xml:space="preserve"> by [X].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