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Growth Marketing Manager Job Description: Templates for Apps, B2B and Ecommerce</w:t>
      </w:r>
    </w:p>
    <w:p>
      <w:r>
        <w:t>Templates from https://knowtheroom.ai/career-guides/growth-marketing-manager-job-description/ · Replace everything in [brackets].</w:t>
      </w:r>
    </w:p>
    <w:p>
      <w:pPr>
        <w:pStyle w:val="Heading2"/>
      </w:pPr>
      <w:r>
        <w:t>Consumer app growth marketing manager job description template</w:t>
      </w:r>
    </w:p>
    <w:p>
      <w:r>
        <w:rPr>
          <w:b w:val="0"/>
        </w:rPr>
        <w:t xml:space="preserve">Job title: Growth Marketing Manager, </w:t>
      </w:r>
      <w:r>
        <w:rPr>
          <w:b/>
        </w:rPr>
        <w:t>[Acquisition / Activation / Consumer]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the app does, for whom, and where growth is today.]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</w:t>
      </w:r>
      <w:r>
        <w:rPr>
          <w:b/>
        </w:rPr>
        <w:t>[new activated users / paid subscribers]</w:t>
      </w:r>
      <w:r>
        <w:rPr>
          <w:b w:val="0"/>
        </w:rPr>
        <w:t xml:space="preserve"> and run experiments across acquisition, onboarding and early retention. You'll report to </w:t>
      </w:r>
      <w:r>
        <w:rPr>
          <w:b/>
        </w:rPr>
        <w:t>[Head of Growth]</w:t>
      </w:r>
      <w:r>
        <w:rPr>
          <w:b w:val="0"/>
        </w:rPr>
        <w:t xml:space="preserve"> and work with product, data, design and </w:t>
      </w:r>
      <w:r>
        <w:rPr>
          <w:b/>
        </w:rPr>
        <w:t>[an agency]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Own a growth model for </w:t>
      </w:r>
      <w:r>
        <w:rPr>
          <w:b/>
        </w:rPr>
        <w:t>[metric]</w:t>
      </w:r>
      <w:r>
        <w:rPr>
          <w:b w:val="0"/>
        </w:rPr>
        <w:t xml:space="preserve"> and the experiment backlog that moves it.</w:t>
      </w:r>
    </w:p>
    <w:p>
      <w:r>
        <w:rPr>
          <w:b w:val="0"/>
        </w:rPr>
        <w:t xml:space="preserve">- Run acquisition across </w:t>
      </w:r>
      <w:r>
        <w:rPr>
          <w:b/>
        </w:rPr>
        <w:t>[Apple Search Ads / Meta / TikTok / Google App campaigns / referral]</w:t>
      </w:r>
      <w:r>
        <w:rPr>
          <w:b w:val="0"/>
        </w:rPr>
        <w:t xml:space="preserve"> within a budget of </w:t>
      </w:r>
      <w:r>
        <w:rPr>
          <w:b/>
        </w:rPr>
        <w:t>[range]</w:t>
      </w:r>
      <w:r>
        <w:rPr>
          <w:b w:val="0"/>
        </w:rPr>
        <w:t>.</w:t>
      </w:r>
    </w:p>
    <w:p>
      <w:r>
        <w:rPr>
          <w:b w:val="0"/>
        </w:rPr>
        <w:t>- Design onboarding and paywall tests with product and engineering.</w:t>
      </w:r>
    </w:p>
    <w:p>
      <w:r>
        <w:rPr>
          <w:b w:val="0"/>
        </w:rPr>
        <w:t>- Work with lifecycle on push, email and in-app messages for new users.</w:t>
      </w:r>
    </w:p>
    <w:p>
      <w:r>
        <w:rPr>
          <w:b w:val="0"/>
        </w:rPr>
        <w:t>- Read test results with data, decide what to scale, and write up what you learned.</w:t>
      </w:r>
    </w:p>
    <w:p>
      <w:r>
        <w:rPr>
          <w:b w:val="0"/>
        </w:rPr>
        <w:t xml:space="preserve">- Report weekly on </w:t>
      </w:r>
      <w:r>
        <w:rPr>
          <w:b/>
        </w:rPr>
        <w:t>[installs, activation rate, trial-to-paid conversion, cost per activated user]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 xml:space="preserve"> years in growth, performance or lifecycle marketing at an app or subscription business.</w:t>
      </w:r>
    </w:p>
    <w:p>
      <w:r>
        <w:rPr>
          <w:b w:val="0"/>
        </w:rPr>
        <w:t>- Experiments you designed and called, with results you can explain.</w:t>
      </w:r>
    </w:p>
    <w:p>
      <w:r>
        <w:rPr>
          <w:b w:val="0"/>
        </w:rPr>
        <w:t xml:space="preserve">- Comfort with </w:t>
      </w:r>
      <w:r>
        <w:rPr>
          <w:b/>
        </w:rPr>
        <w:t>[Amplitude / Mixpanel / GA4]</w:t>
      </w:r>
      <w:r>
        <w:rPr>
          <w:b w:val="0"/>
        </w:rPr>
        <w:t xml:space="preserve"> and basic SQL or a willingness to learn it.</w:t>
      </w:r>
    </w:p>
    <w:p>
      <w:r>
        <w:rPr>
          <w:b w:val="0"/>
        </w:rPr>
        <w:t>- Experience working with product and engineering on shipped changes.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[Activated users per month]</w:t>
      </w:r>
    </w:p>
    <w:p>
      <w:r>
        <w:rPr>
          <w:b w:val="0"/>
        </w:rPr>
        <w:t xml:space="preserve">- </w:t>
      </w:r>
      <w:r>
        <w:rPr>
          <w:b/>
        </w:rPr>
        <w:t>[Cost per activated user or payback period]</w:t>
      </w:r>
    </w:p>
    <w:p>
      <w:r>
        <w:rPr>
          <w:b w:val="0"/>
        </w:rPr>
        <w:t xml:space="preserve">- </w:t>
      </w:r>
      <w:r>
        <w:rPr>
          <w:b/>
        </w:rPr>
        <w:t>[Experiment velocity: tests shipped per month]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[equity]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B2B growth marketing manager job description template</w:t>
      </w:r>
    </w:p>
    <w:p>
      <w:r>
        <w:rPr>
          <w:b w:val="0"/>
        </w:rPr>
        <w:t xml:space="preserve">Job title: Growth Marketing Manager, </w:t>
      </w:r>
      <w:r>
        <w:rPr>
          <w:b/>
        </w:rPr>
        <w:t>[Self-Serve / Product-Led Growth]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</w:t>
      </w:r>
      <w:r>
        <w:rPr>
          <w:b/>
        </w:rPr>
        <w:t>[self-serve sign-ups and conversion to paid]</w:t>
      </w:r>
      <w:r>
        <w:rPr>
          <w:b w:val="0"/>
        </w:rPr>
        <w:t xml:space="preserve"> for </w:t>
      </w:r>
      <w:r>
        <w:rPr>
          <w:b/>
        </w:rPr>
        <w:t>[product]</w:t>
      </w:r>
      <w:r>
        <w:rPr>
          <w:b w:val="0"/>
        </w:rPr>
        <w:t xml:space="preserve">. You'll report to </w:t>
      </w:r>
      <w:r>
        <w:rPr>
          <w:b/>
        </w:rPr>
        <w:t>[Head of Growth / VP Marketing]</w:t>
      </w:r>
      <w:r>
        <w:rPr>
          <w:b w:val="0"/>
        </w:rPr>
        <w:t xml:space="preserve"> and work with product, sales and marketing operations.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Run acquisition through </w:t>
      </w:r>
      <w:r>
        <w:rPr>
          <w:b/>
        </w:rPr>
        <w:t>[paid search, SEO, content, partnerships, review sites]</w:t>
      </w:r>
      <w:r>
        <w:rPr>
          <w:b w:val="0"/>
        </w:rPr>
        <w:t>.</w:t>
      </w:r>
    </w:p>
    <w:p>
      <w:r>
        <w:rPr>
          <w:b w:val="0"/>
        </w:rPr>
        <w:t>- Test pricing page, sign-up and trial onboarding changes with product.</w:t>
      </w:r>
    </w:p>
    <w:p>
      <w:r>
        <w:rPr>
          <w:b w:val="0"/>
        </w:rPr>
        <w:t xml:space="preserve">- Build in-product and email nudges that move trial users to </w:t>
      </w:r>
      <w:r>
        <w:rPr>
          <w:b/>
        </w:rPr>
        <w:t>[activation milestone]</w:t>
      </w:r>
      <w:r>
        <w:rPr>
          <w:b w:val="0"/>
        </w:rPr>
        <w:t>.</w:t>
      </w:r>
    </w:p>
    <w:p>
      <w:r>
        <w:rPr>
          <w:b w:val="0"/>
        </w:rPr>
        <w:t>- Define and track product-qualified leads with sales and operations.</w:t>
      </w:r>
    </w:p>
    <w:p>
      <w:r>
        <w:rPr>
          <w:b w:val="0"/>
        </w:rPr>
        <w:t>- Report on sign-ups, activation, trial-to-paid conversion and cost per paid account.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 xml:space="preserve"> years in B2B growth, demand generation or product marketing.</w:t>
      </w:r>
    </w:p>
    <w:p>
      <w:r>
        <w:rPr>
          <w:b w:val="0"/>
        </w:rPr>
        <w:t xml:space="preserve">- Experience with </w:t>
      </w:r>
      <w:r>
        <w:rPr>
          <w:b/>
        </w:rPr>
        <w:t>[HubSpot / Marketo]</w:t>
      </w:r>
      <w:r>
        <w:rPr>
          <w:b w:val="0"/>
        </w:rPr>
        <w:t xml:space="preserve">, </w:t>
      </w:r>
      <w:r>
        <w:rPr>
          <w:b/>
        </w:rPr>
        <w:t>[Amplitude / Mixpanel / Pendo]</w:t>
      </w:r>
      <w:r>
        <w:rPr>
          <w:b w:val="0"/>
        </w:rPr>
        <w:t xml:space="preserve"> and your web experimentation tool.</w:t>
      </w:r>
    </w:p>
    <w:p>
      <w:r>
        <w:rPr>
          <w:b w:val="0"/>
        </w:rPr>
        <w:t>- An understanding of how a free trial turns into revenue.</w:t>
      </w:r>
    </w:p>
    <w:p>
      <w:pPr>
        <w:pStyle w:val="Heading2"/>
      </w:pPr>
      <w:r>
        <w:t>Ecommerce growth marketing manager job description template</w:t>
      </w:r>
    </w:p>
    <w:p>
      <w:r>
        <w:rPr>
          <w:b w:val="0"/>
        </w:rPr>
        <w:t xml:space="preserve">Job title: Growth Marketing Manager, </w:t>
      </w:r>
      <w:r>
        <w:rPr>
          <w:b/>
        </w:rPr>
        <w:t>[Ecommerce / DTC]</w:t>
      </w:r>
    </w:p>
    <w:p/>
    <w:p>
      <w:r>
        <w:rPr>
          <w:b w:val="0"/>
        </w:rPr>
        <w:t>What you'll do</w:t>
      </w:r>
    </w:p>
    <w:p>
      <w:r>
        <w:rPr>
          <w:b w:val="0"/>
        </w:rPr>
        <w:t>- Own new customer acquisition and first-to-second purchase rate.</w:t>
      </w:r>
    </w:p>
    <w:p>
      <w:r>
        <w:rPr>
          <w:b w:val="0"/>
        </w:rPr>
        <w:t xml:space="preserve">- Run and test paid social, search, affiliates and </w:t>
      </w:r>
      <w:r>
        <w:rPr>
          <w:b/>
        </w:rPr>
        <w:t>[influencer / referral]</w:t>
      </w:r>
      <w:r>
        <w:rPr>
          <w:b w:val="0"/>
        </w:rPr>
        <w:t xml:space="preserve"> programs.</w:t>
      </w:r>
    </w:p>
    <w:p>
      <w:r>
        <w:rPr>
          <w:b w:val="0"/>
        </w:rPr>
        <w:t>- Work with ecommerce on landing pages, offers and checkout tests.</w:t>
      </w:r>
    </w:p>
    <w:p>
      <w:r>
        <w:rPr>
          <w:b w:val="0"/>
        </w:rPr>
        <w:t>- Partner with CRM on welcome and post-purchase flows.</w:t>
      </w:r>
    </w:p>
    <w:p>
      <w:r>
        <w:rPr>
          <w:b w:val="0"/>
        </w:rPr>
        <w:t>- Report on new customers, cost per acquisition, return on ad spend and repeat rate.</w:t>
      </w:r>
    </w:p>
    <w:p>
      <w:pPr>
        <w:pStyle w:val="Heading2"/>
      </w:pPr>
      <w:r>
        <w:t>Senior growth marketing manager or head of growth template</w:t>
      </w:r>
    </w:p>
    <w:p>
      <w:r>
        <w:rPr>
          <w:b w:val="0"/>
        </w:rPr>
        <w:t>What you'll do (senior)</w:t>
      </w:r>
    </w:p>
    <w:p>
      <w:r>
        <w:rPr>
          <w:b w:val="0"/>
        </w:rPr>
        <w:t xml:space="preserve">- Build and own the growth model and yearly targets with </w:t>
      </w:r>
      <w:r>
        <w:rPr>
          <w:b/>
        </w:rPr>
        <w:t>[the CEO / CMO / product leadership]</w:t>
      </w:r>
      <w:r>
        <w:rPr>
          <w:b w:val="0"/>
        </w:rPr>
        <w:t>.</w:t>
      </w:r>
    </w:p>
    <w:p>
      <w:r>
        <w:rPr>
          <w:b w:val="0"/>
        </w:rPr>
        <w:t>- Set the experiment roadmap across acquisition, activation, retention and referral.</w:t>
      </w:r>
    </w:p>
    <w:p>
      <w:r>
        <w:rPr>
          <w:b w:val="0"/>
        </w:rPr>
        <w:t xml:space="preserve">- Manage a budget of </w:t>
      </w:r>
      <w:r>
        <w:rPr>
          <w:b/>
        </w:rPr>
        <w:t>[range]</w:t>
      </w:r>
      <w:r>
        <w:rPr>
          <w:b w:val="0"/>
        </w:rPr>
        <w:t xml:space="preserve"> and a team of </w:t>
      </w:r>
      <w:r>
        <w:rPr>
          <w:b/>
        </w:rPr>
        <w:t>[number]</w:t>
      </w:r>
      <w:r>
        <w:rPr>
          <w:b w:val="0"/>
        </w:rPr>
        <w:t xml:space="preserve"> across </w:t>
      </w:r>
      <w:r>
        <w:rPr>
          <w:b/>
        </w:rPr>
        <w:t>[paid, lifecycle, analytics]</w:t>
      </w:r>
      <w:r>
        <w:rPr>
          <w:b w:val="0"/>
        </w:rPr>
        <w:t>.</w:t>
      </w:r>
    </w:p>
    <w:p>
      <w:r>
        <w:rPr>
          <w:b w:val="0"/>
        </w:rPr>
        <w:t>- Agree engineering and design capacity for growth work each quarter.</w:t>
      </w:r>
    </w:p>
    <w:p>
      <w:r>
        <w:rPr>
          <w:b w:val="0"/>
        </w:rPr>
        <w:t>- Present results and learnings to leadership and the board.</w:t>
      </w:r>
    </w:p>
    <w:p/>
    <w:p>
      <w:r>
        <w:rPr>
          <w:b w:val="0"/>
        </w:rPr>
        <w:t>What you'll bring (senior)</w:t>
      </w:r>
    </w:p>
    <w:p>
      <w:r>
        <w:rPr>
          <w:b w:val="0"/>
        </w:rPr>
        <w:t xml:space="preserve">- </w:t>
      </w:r>
      <w:r>
        <w:rPr>
          <w:b/>
        </w:rPr>
        <w:t>[6+]</w:t>
      </w:r>
      <w:r>
        <w:rPr>
          <w:b w:val="0"/>
        </w:rPr>
        <w:t xml:space="preserve"> years in growth with at least one metric you grew meaningfully and can explain.</w:t>
      </w:r>
    </w:p>
    <w:p>
      <w:r>
        <w:rPr>
          <w:b w:val="0"/>
        </w:rPr>
        <w:t>- Experience managing people and agencies.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