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Graphic Designer Resume: Examples, Summary and Skills to List</w:t>
      </w:r>
    </w:p>
    <w:p>
      <w:r>
        <w:t>Templates from https://knowtheroom.ai/career-guides/graphic-designer-resume/ · Replace everything in [brackets].</w:t>
      </w:r>
    </w:p>
    <w:p>
      <w:pPr>
        <w:pStyle w:val="Heading2"/>
      </w:pPr>
      <w:r>
        <w:t>How do you write a graphic designer resume summary?</w:t>
      </w:r>
    </w:p>
    <w:p>
      <w:r>
        <w:rPr>
          <w:b w:val="0"/>
        </w:rPr>
        <w:t xml:space="preserve">Graphic designer with </w:t>
      </w:r>
      <w:r>
        <w:rPr>
          <w:b/>
        </w:rPr>
        <w:t>[number]</w:t>
      </w:r>
      <w:r>
        <w:rPr>
          <w:b w:val="0"/>
        </w:rPr>
        <w:t xml:space="preserve"> years at </w:t>
      </w:r>
      <w:r>
        <w:rPr>
          <w:b/>
        </w:rPr>
        <w:t>[agency / studio / brand team]</w:t>
      </w:r>
      <w:r>
        <w:rPr>
          <w:b w:val="0"/>
        </w:rPr>
        <w:t xml:space="preserve"> designing [kind of work: social and digital campaigns / packaging / brand identities / presentations and sales materials] for </w:t>
      </w:r>
      <w:r>
        <w:rPr>
          <w:b/>
        </w:rPr>
        <w:t>[categories or kinds of brands]</w:t>
      </w:r>
      <w:r>
        <w:rPr>
          <w:b w:val="0"/>
        </w:rPr>
        <w:t xml:space="preserve">. Recent work: </w:t>
      </w:r>
      <w:r>
        <w:rPr>
          <w:b/>
        </w:rPr>
        <w:t>[project]</w:t>
      </w:r>
      <w:r>
        <w:rPr>
          <w:b w:val="0"/>
        </w:rPr>
        <w:t xml:space="preserve">, </w:t>
      </w:r>
      <w:r>
        <w:rPr>
          <w:b/>
        </w:rPr>
        <w:t>[one result or detail]</w:t>
      </w:r>
      <w:r>
        <w:rPr>
          <w:b w:val="0"/>
        </w:rPr>
        <w:t>.</w:t>
      </w:r>
    </w:p>
    <w:p>
      <w:pPr>
        <w:pStyle w:val="Heading2"/>
      </w:pPr>
      <w:r>
        <w:t>How do you write a graphic designer resume summary?</w:t>
      </w:r>
    </w:p>
    <w:p>
      <w:r>
        <w:rPr>
          <w:b w:val="0"/>
        </w:rPr>
        <w:t xml:space="preserve">In-house designer who keeps </w:t>
      </w:r>
      <w:r>
        <w:rPr>
          <w:b/>
        </w:rPr>
        <w:t>[brand]</w:t>
      </w:r>
      <w:r>
        <w:rPr>
          <w:b w:val="0"/>
        </w:rPr>
        <w:t xml:space="preserve">'s look consistent across </w:t>
      </w:r>
      <w:r>
        <w:rPr>
          <w:b/>
        </w:rPr>
        <w:t>[channels]</w:t>
      </w:r>
      <w:r>
        <w:rPr>
          <w:b w:val="0"/>
        </w:rPr>
        <w:t xml:space="preserve">, shipping </w:t>
      </w:r>
      <w:r>
        <w:rPr>
          <w:b/>
        </w:rPr>
        <w:t>[volume]</w:t>
      </w:r>
      <w:r>
        <w:rPr>
          <w:b w:val="0"/>
        </w:rPr>
        <w:t xml:space="preserve"> pieces a </w:t>
      </w:r>
      <w:r>
        <w:rPr>
          <w:b/>
        </w:rPr>
        <w:t>[week / month]</w:t>
      </w:r>
      <w:r>
        <w:rPr>
          <w:b w:val="0"/>
        </w:rPr>
        <w:t xml:space="preserve"> for </w:t>
      </w:r>
      <w:r>
        <w:rPr>
          <w:b/>
        </w:rPr>
        <w:t>[teams you serve]</w:t>
      </w:r>
      <w:r>
        <w:rPr>
          <w:b w:val="0"/>
        </w:rPr>
        <w:t xml:space="preserve">. Built the </w:t>
      </w:r>
      <w:r>
        <w:rPr>
          <w:b/>
        </w:rPr>
        <w:t>[template system / brand toolkit]</w:t>
      </w:r>
      <w:r>
        <w:rPr>
          <w:b w:val="0"/>
        </w:rPr>
        <w:t xml:space="preserve"> the team uses today.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