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Freelance Marketing: How to Become a Freelance Marketer and Find Clients</w:t>
      </w:r>
    </w:p>
    <w:p>
      <w:r>
        <w:t>Templates from https://knowtheroom.ai/career-guides/freelance-marketing/ · Replace everything in [brackets].</w:t>
      </w:r>
    </w:p>
    <w:p>
      <w:pPr>
        <w:pStyle w:val="Heading2"/>
      </w:pPr>
      <w:r>
        <w:t>Your network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I've gone independent and I'm taking on </w:t>
      </w:r>
      <w:r>
        <w:rPr>
          <w:b/>
        </w:rPr>
        <w:t>[service, e.g. paid social for DTC brands]</w:t>
      </w:r>
      <w:r>
        <w:rPr>
          <w:b w:val="0"/>
        </w:rPr>
        <w:t xml:space="preserve">. The work is close to what we did together on </w:t>
      </w:r>
      <w:r>
        <w:rPr>
          <w:b/>
        </w:rPr>
        <w:t>[project]</w:t>
      </w:r>
      <w:r>
        <w:rPr>
          <w:b w:val="0"/>
        </w:rPr>
        <w:t xml:space="preserve">: </w:t>
      </w:r>
      <w:r>
        <w:rPr>
          <w:b/>
        </w:rPr>
        <w:t>[one line on the result]</w:t>
      </w:r>
      <w:r>
        <w:rPr>
          <w:b w:val="0"/>
        </w:rPr>
        <w:t>.</w:t>
      </w:r>
    </w:p>
    <w:p/>
    <w:p>
      <w:r>
        <w:rPr>
          <w:b w:val="0"/>
        </w:rPr>
        <w:t xml:space="preserve">If you know a </w:t>
      </w:r>
      <w:r>
        <w:rPr>
          <w:b/>
        </w:rPr>
        <w:t>[type of company]</w:t>
      </w:r>
      <w:r>
        <w:rPr>
          <w:b w:val="0"/>
        </w:rPr>
        <w:t xml:space="preserve"> that needs help with </w:t>
      </w:r>
      <w:r>
        <w:rPr>
          <w:b/>
        </w:rPr>
        <w:t>[problem]</w:t>
      </w:r>
      <w:r>
        <w:rPr>
          <w:b w:val="0"/>
        </w:rPr>
        <w:t>, I'd be grateful for an introduction. Happy to send a one-page overview you can forward.</w:t>
      </w:r>
    </w:p>
    <w:p/>
    <w:p>
      <w:r>
        <w:rPr>
          <w:b w:val="0"/>
        </w:rPr>
        <w:t>Thanks,</w:t>
      </w:r>
    </w:p>
    <w:p>
      <w:r>
        <w:rPr>
          <w:b/>
        </w:rPr>
        <w:t>[Your name]</w:t>
      </w:r>
    </w:p>
    <w:p>
      <w:pPr>
        <w:pStyle w:val="Heading2"/>
      </w:pPr>
      <w:r>
        <w:t>What should a freelance marketing contract cover?</w:t>
      </w:r>
    </w:p>
    <w:p>
      <w:r>
        <w:rPr>
          <w:b w:val="0"/>
        </w:rPr>
        <w:t xml:space="preserve">Included: </w:t>
      </w:r>
      <w:r>
        <w:rPr>
          <w:b/>
        </w:rPr>
        <w:t>[deliverables, quantity, and rounds of revisions]</w:t>
      </w:r>
      <w:r>
        <w:rPr>
          <w:b w:val="0"/>
        </w:rPr>
        <w:t>.</w:t>
      </w:r>
    </w:p>
    <w:p>
      <w:r>
        <w:rPr>
          <w:b w:val="0"/>
        </w:rPr>
        <w:t xml:space="preserve">Not included: </w:t>
      </w:r>
      <w:r>
        <w:rPr>
          <w:b/>
        </w:rPr>
        <w:t>[e.g. ad spend, stock images, extra revision rounds, new deliverables]</w:t>
      </w:r>
      <w:r>
        <w:rPr>
          <w:b w:val="0"/>
        </w:rPr>
        <w:t>.</w:t>
      </w:r>
    </w:p>
    <w:p>
      <w:r>
        <w:rPr>
          <w:b w:val="0"/>
        </w:rPr>
        <w:t>Changes outside this scope will be quoted separately before work begins.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