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Field Marketing Manager: Job Description, Skills and Career Path</w:t>
      </w:r>
    </w:p>
    <w:p>
      <w:r>
        <w:t>Templates from https://knowtheroom.ai/career-guides/field-marketing-manager/ · Replace everything in [brackets].</w:t>
      </w:r>
    </w:p>
    <w:p>
      <w:pPr>
        <w:pStyle w:val="Heading2"/>
      </w:pPr>
      <w:r>
        <w:t>Field marketing manager job description</w:t>
      </w:r>
    </w:p>
    <w:p>
      <w:r>
        <w:rPr>
          <w:b w:val="0"/>
        </w:rPr>
        <w:t xml:space="preserve">Job title: Field Marketing Manager, </w:t>
      </w:r>
      <w:r>
        <w:rPr>
          <w:b/>
        </w:rPr>
        <w:t>[Region / Segment]</w:t>
      </w:r>
      <w:r>
        <w:rPr>
          <w:b w:val="0"/>
        </w:rPr>
        <w:t xml:space="preserve">  (or: Event Marketing Manager)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 and who your customers are.]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Field Marketing Manager to build pipeline in </w:t>
      </w:r>
      <w:r>
        <w:rPr>
          <w:b/>
        </w:rPr>
        <w:t>[region / segment]</w:t>
      </w:r>
      <w:r>
        <w:rPr>
          <w:b w:val="0"/>
        </w:rPr>
        <w:t xml:space="preserve"> with our </w:t>
      </w:r>
      <w:r>
        <w:rPr>
          <w:b/>
        </w:rPr>
        <w:t>[sales team]</w:t>
      </w:r>
      <w:r>
        <w:rPr>
          <w:b w:val="0"/>
        </w:rPr>
        <w:t xml:space="preserve">. You'll plan and run </w:t>
      </w:r>
      <w:r>
        <w:rPr>
          <w:b/>
        </w:rPr>
        <w:t>[events / account-based programs / regional campaigns]</w:t>
      </w:r>
      <w:r>
        <w:rPr>
          <w:b w:val="0"/>
        </w:rPr>
        <w:t xml:space="preserve">, manage a </w:t>
      </w:r>
      <w:r>
        <w:rPr>
          <w:b/>
        </w:rPr>
        <w:t>[quarterly / annual]</w:t>
      </w:r>
      <w:r>
        <w:rPr>
          <w:b w:val="0"/>
        </w:rPr>
        <w:t xml:space="preserve"> budget and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a quarterly field plan with </w:t>
      </w:r>
      <w:r>
        <w:rPr>
          <w:b/>
        </w:rPr>
        <w:t>[regional sales leaders]</w:t>
      </w:r>
      <w:r>
        <w:rPr>
          <w:b w:val="0"/>
        </w:rPr>
        <w:t xml:space="preserve"> around target accounts and goals.</w:t>
      </w:r>
    </w:p>
    <w:p>
      <w:r>
        <w:rPr>
          <w:b w:val="0"/>
        </w:rPr>
        <w:t xml:space="preserve">- Plan and run </w:t>
      </w:r>
      <w:r>
        <w:rPr>
          <w:b/>
        </w:rPr>
        <w:t>[customer dinners / roundtables / trade shows / user groups / activations]</w:t>
      </w:r>
      <w:r>
        <w:rPr>
          <w:b w:val="0"/>
        </w:rPr>
        <w:t>.</w:t>
      </w:r>
    </w:p>
    <w:p>
      <w:r>
        <w:rPr>
          <w:b w:val="0"/>
        </w:rPr>
        <w:t>- Manage venues, vendors, budgets and logistics, and be on site at events.</w:t>
      </w:r>
    </w:p>
    <w:p>
      <w:r>
        <w:rPr>
          <w:b w:val="0"/>
        </w:rPr>
        <w:t xml:space="preserve">- Promote events with </w:t>
      </w:r>
      <w:r>
        <w:rPr>
          <w:b/>
        </w:rPr>
        <w:t>[email / paid / sales outreach]</w:t>
      </w:r>
      <w:r>
        <w:rPr>
          <w:b w:val="0"/>
        </w:rPr>
        <w:t xml:space="preserve"> and hit registration and attendance goals.</w:t>
      </w:r>
    </w:p>
    <w:p>
      <w:r>
        <w:rPr>
          <w:b w:val="0"/>
        </w:rPr>
        <w:t>- Partner with demand generation on account-based and regional campaigns.</w:t>
      </w:r>
    </w:p>
    <w:p>
      <w:r>
        <w:rPr>
          <w:b w:val="0"/>
        </w:rPr>
        <w:t xml:space="preserve">- Make sure every lead is followed up and tracked in </w:t>
      </w:r>
      <w:r>
        <w:rPr>
          <w:b/>
        </w:rPr>
        <w:t>[Salesforce / HubSpot]</w:t>
      </w:r>
      <w:r>
        <w:rPr>
          <w:b w:val="0"/>
        </w:rPr>
        <w:t>.</w:t>
      </w:r>
    </w:p>
    <w:p>
      <w:r>
        <w:rPr>
          <w:b w:val="0"/>
        </w:rPr>
        <w:t xml:space="preserve">- Report on </w:t>
      </w:r>
      <w:r>
        <w:rPr>
          <w:b/>
        </w:rPr>
        <w:t>[meetings booked / pipeline / influenced revenue / cost per attendee]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field, event or demand generation marketing.</w:t>
      </w:r>
    </w:p>
    <w:p>
      <w:r>
        <w:rPr>
          <w:b w:val="0"/>
        </w:rPr>
        <w:t>- Experience running events end to end, including budgets and vendors.</w:t>
      </w:r>
    </w:p>
    <w:p>
      <w:r>
        <w:rPr>
          <w:b w:val="0"/>
        </w:rPr>
        <w:t>- Comfort working closely with sales and presenting results to sales leaders.</w:t>
      </w:r>
    </w:p>
    <w:p>
      <w:r>
        <w:rPr>
          <w:b w:val="0"/>
        </w:rPr>
        <w:t xml:space="preserve">- Experience with </w:t>
      </w:r>
      <w:r>
        <w:rPr>
          <w:b/>
        </w:rPr>
        <w:t>[Salesforce / HubSpot / Marketo]</w:t>
      </w:r>
      <w:r>
        <w:rPr>
          <w:b w:val="0"/>
        </w:rPr>
        <w:t xml:space="preserve"> and </w:t>
      </w:r>
      <w:r>
        <w:rPr>
          <w:b/>
        </w:rPr>
        <w:t>[Cvent / Bizzabo / your event platform]</w:t>
      </w:r>
      <w:r>
        <w:rPr>
          <w:b w:val="0"/>
        </w:rPr>
        <w:t>.</w:t>
      </w:r>
    </w:p>
    <w:p>
      <w:r>
        <w:rPr>
          <w:b w:val="0"/>
        </w:rPr>
        <w:t xml:space="preserve">- Willingness to travel </w:t>
      </w:r>
      <w:r>
        <w:rPr>
          <w:b/>
        </w:rPr>
        <w:t>[X%]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pipeline sourced or influenced in region]</w:t>
      </w:r>
    </w:p>
    <w:p>
      <w:r>
        <w:rPr>
          <w:b w:val="0"/>
        </w:rPr>
        <w:t xml:space="preserve">- </w:t>
      </w:r>
      <w:r>
        <w:rPr>
          <w:b/>
        </w:rPr>
        <w:t>[Metric 2: e.g. meetings booked with target accounts]</w:t>
      </w:r>
    </w:p>
    <w:p>
      <w:r>
        <w:rPr>
          <w:b w:val="0"/>
        </w:rPr>
        <w:t xml:space="preserve">- </w:t>
      </w:r>
      <w:r>
        <w:rPr>
          <w:b/>
        </w:rPr>
        <w:t>[Metric 3: e.g. cost per attendee against budget]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Ran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[customer dinners / roundtables / trade shows]</w:t>
      </w:r>
      <w:r>
        <w:rPr>
          <w:b w:val="0"/>
        </w:rPr>
        <w:t xml:space="preserve"> in </w:t>
      </w:r>
      <w:r>
        <w:rPr>
          <w:b/>
        </w:rPr>
        <w:t>[region]</w:t>
      </w:r>
      <w:r>
        <w:rPr>
          <w:b w:val="0"/>
        </w:rPr>
        <w:t xml:space="preserve"> on a </w:t>
      </w:r>
      <w:r>
        <w:rPr>
          <w:b/>
        </w:rPr>
        <w:t>[budget]</w:t>
      </w:r>
      <w:r>
        <w:rPr>
          <w:b w:val="0"/>
        </w:rPr>
        <w:t xml:space="preserve"> budget, booking [X] meetings with target accounts and contributing to </w:t>
      </w:r>
      <w:r>
        <w:rPr>
          <w:b/>
        </w:rPr>
        <w:t>[pipeline or deals]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