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Field Marketing Manager Job Description: B2B, Consumer and Senior Templates</w:t>
      </w:r>
    </w:p>
    <w:p>
      <w:r>
        <w:t>Templates from https://knowtheroom.ai/career-guides/field-marketing-manager-job-description/ · Replace everything in [brackets].</w:t>
      </w:r>
    </w:p>
    <w:p>
      <w:pPr>
        <w:pStyle w:val="Heading2"/>
      </w:pPr>
      <w:r>
        <w:t>B2B field marketing manager job description template</w:t>
      </w:r>
    </w:p>
    <w:p>
      <w:r>
        <w:rPr>
          <w:b w:val="0"/>
        </w:rPr>
        <w:t xml:space="preserve">Job title: Field Marketing Manager, </w:t>
      </w:r>
      <w:r>
        <w:rPr>
          <w:b/>
        </w:rPr>
        <w:t>[Region / Segment]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how the sales team is organized.]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Field Marketing Manager to create pipeline for our </w:t>
      </w:r>
      <w:r>
        <w:rPr>
          <w:b/>
        </w:rPr>
        <w:t>[region / segment]</w:t>
      </w:r>
      <w:r>
        <w:rPr>
          <w:b w:val="0"/>
        </w:rPr>
        <w:t xml:space="preserve"> sales team. You'll plan and run regional programs, from executive dinners to trade shows to account-based campaigns, and make sure every conversation turns into a next step. You'll report to </w:t>
      </w:r>
      <w:r>
        <w:rPr>
          <w:b/>
        </w:rPr>
        <w:t>[title]</w:t>
      </w:r>
      <w:r>
        <w:rPr>
          <w:b w:val="0"/>
        </w:rPr>
        <w:t xml:space="preserve"> and partner closely with </w:t>
      </w:r>
      <w:r>
        <w:rPr>
          <w:b/>
        </w:rPr>
        <w:t>[regional sales leaders]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a quarterly field plan with </w:t>
      </w:r>
      <w:r>
        <w:rPr>
          <w:b/>
        </w:rPr>
        <w:t>[regional sales leaders]</w:t>
      </w:r>
      <w:r>
        <w:rPr>
          <w:b w:val="0"/>
        </w:rPr>
        <w:t xml:space="preserve"> around target accounts and pipeline goals.</w:t>
      </w:r>
    </w:p>
    <w:p>
      <w:r>
        <w:rPr>
          <w:b w:val="0"/>
        </w:rPr>
        <w:t xml:space="preserve">- Plan and run regional events: </w:t>
      </w:r>
      <w:r>
        <w:rPr>
          <w:b/>
        </w:rPr>
        <w:t>[executive dinners, roundtables, workshops, user groups, regional trade shows]</w:t>
      </w:r>
      <w:r>
        <w:rPr>
          <w:b w:val="0"/>
        </w:rPr>
        <w:t>.</w:t>
      </w:r>
    </w:p>
    <w:p>
      <w:r>
        <w:rPr>
          <w:b w:val="0"/>
        </w:rPr>
        <w:t>- Run account-based campaigns with demand gen and sales development: targeted ads, direct mail and outreach.</w:t>
      </w:r>
    </w:p>
    <w:p>
      <w:r>
        <w:rPr>
          <w:b w:val="0"/>
        </w:rPr>
        <w:t>- Promote events and fill rooms with the right people, working with sales on invitations.</w:t>
      </w:r>
    </w:p>
    <w:p>
      <w:r>
        <w:rPr>
          <w:b w:val="0"/>
        </w:rPr>
        <w:t xml:space="preserve">- Make sure every attendee is in </w:t>
      </w:r>
      <w:r>
        <w:rPr>
          <w:b/>
        </w:rPr>
        <w:t>[CRM]</w:t>
      </w:r>
      <w:r>
        <w:rPr>
          <w:b w:val="0"/>
        </w:rPr>
        <w:t xml:space="preserve"> with a timely follow-up from sales.</w:t>
      </w:r>
    </w:p>
    <w:p>
      <w:r>
        <w:rPr>
          <w:b w:val="0"/>
        </w:rPr>
        <w:t xml:space="preserve">- Manage a regional budget of </w:t>
      </w:r>
      <w:r>
        <w:rPr>
          <w:b/>
        </w:rPr>
        <w:t>[amount]</w:t>
      </w:r>
      <w:r>
        <w:rPr>
          <w:b w:val="0"/>
        </w:rPr>
        <w:t xml:space="preserve"> and the vendors and venues it pays for.</w:t>
      </w:r>
    </w:p>
    <w:p>
      <w:r>
        <w:rPr>
          <w:b w:val="0"/>
        </w:rPr>
        <w:t>- Report on meetings booked, pipeline created and deals influenced by field programs.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field, event or demand generation marketing at a B2B company.</w:t>
      </w:r>
    </w:p>
    <w:p>
      <w:r>
        <w:rPr>
          <w:b w:val="0"/>
        </w:rPr>
        <w:t>- Experience working side by side with sales teams.</w:t>
      </w:r>
    </w:p>
    <w:p>
      <w:r>
        <w:rPr>
          <w:b w:val="0"/>
        </w:rPr>
        <w:t>- Strong event planning and budget management.</w:t>
      </w:r>
    </w:p>
    <w:p>
      <w:r>
        <w:rPr>
          <w:b w:val="0"/>
        </w:rPr>
        <w:t xml:space="preserve">- Comfort with </w:t>
      </w:r>
      <w:r>
        <w:rPr>
          <w:b/>
        </w:rPr>
        <w:t>[CRM]</w:t>
      </w:r>
      <w:r>
        <w:rPr>
          <w:b w:val="0"/>
        </w:rPr>
        <w:t xml:space="preserve"> and campaign reporting.</w:t>
      </w:r>
    </w:p>
    <w:p>
      <w:r>
        <w:rPr>
          <w:b w:val="0"/>
        </w:rPr>
        <w:t>- Willingness to travel about [X]% of the time.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[Meetings booked with target accounts]</w:t>
      </w:r>
    </w:p>
    <w:p>
      <w:r>
        <w:rPr>
          <w:b w:val="0"/>
        </w:rPr>
        <w:t xml:space="preserve">- </w:t>
      </w:r>
      <w:r>
        <w:rPr>
          <w:b/>
        </w:rPr>
        <w:t>[Pipeline created and influenced in the region]</w:t>
      </w:r>
    </w:p>
    <w:p>
      <w:r>
        <w:rPr>
          <w:b w:val="0"/>
        </w:rPr>
        <w:t xml:space="preserve">- </w:t>
      </w:r>
      <w:r>
        <w:rPr>
          <w:b/>
        </w:rPr>
        <w:t>[Sales team satisfaction with field programs]</w:t>
      </w:r>
    </w:p>
    <w:p>
      <w:r>
        <w:rPr>
          <w:b w:val="0"/>
        </w:rPr>
        <w:t xml:space="preserve">- </w:t>
      </w:r>
      <w:r>
        <w:rPr>
          <w:b/>
        </w:rPr>
        <w:t>[Cost per meeting or per opportunity]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remote within region]</w:t>
      </w:r>
      <w:r>
        <w:rPr>
          <w:b w:val="0"/>
        </w:rPr>
        <w:t>.</w:t>
      </w:r>
    </w:p>
    <w:p>
      <w:pPr>
        <w:pStyle w:val="Heading2"/>
      </w:pPr>
      <w:r>
        <w:t>Consumer field marketing manager job description template</w:t>
      </w:r>
    </w:p>
    <w:p>
      <w:r>
        <w:rPr>
          <w:b w:val="0"/>
        </w:rPr>
        <w:t xml:space="preserve">Job title: Field Marketing Manager, </w:t>
      </w:r>
      <w:r>
        <w:rPr>
          <w:b/>
        </w:rPr>
        <w:t>[Market / Region]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looking for a Field Marketing Manager to bring </w:t>
      </w:r>
      <w:r>
        <w:rPr>
          <w:b/>
        </w:rPr>
        <w:t>[Brand]</w:t>
      </w:r>
      <w:r>
        <w:rPr>
          <w:b w:val="0"/>
        </w:rPr>
        <w:t xml:space="preserve"> to life in </w:t>
      </w:r>
      <w:r>
        <w:rPr>
          <w:b/>
        </w:rPr>
        <w:t>[markets]</w:t>
      </w:r>
      <w:r>
        <w:rPr>
          <w:b w:val="0"/>
        </w:rPr>
        <w:t xml:space="preserve">. You'll plan and run sampling, in-store and experiential programs that get the product into people's hands and help our retail partners sell more. You'll report to </w:t>
      </w:r>
      <w:r>
        <w:rPr>
          <w:b/>
        </w:rPr>
        <w:t>[title]</w:t>
      </w:r>
      <w:r>
        <w:rPr>
          <w:b w:val="0"/>
        </w:rPr>
        <w:t xml:space="preserve"> and work with </w:t>
      </w:r>
      <w:r>
        <w:rPr>
          <w:b/>
        </w:rPr>
        <w:t>[brand, trade marketing and sales teams]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Plan local programs: </w:t>
      </w:r>
      <w:r>
        <w:rPr>
          <w:b/>
        </w:rPr>
        <w:t>[sampling tours, pop-ups, in-store demos, festival and campus activations]</w:t>
      </w:r>
      <w:r>
        <w:rPr>
          <w:b w:val="0"/>
        </w:rPr>
        <w:t>.</w:t>
      </w:r>
    </w:p>
    <w:p>
      <w:r>
        <w:rPr>
          <w:b w:val="0"/>
        </w:rPr>
        <w:t>- Brief and manage field agencies and brand ambassador teams.</w:t>
      </w:r>
    </w:p>
    <w:p>
      <w:r>
        <w:rPr>
          <w:b w:val="0"/>
        </w:rPr>
        <w:t>- Work with retail and sales teams so programs line up with distribution and promotions.</w:t>
      </w:r>
    </w:p>
    <w:p>
      <w:r>
        <w:rPr>
          <w:b w:val="0"/>
        </w:rPr>
        <w:t>- Manage the field budget, permits, logistics and product inventory.</w:t>
      </w:r>
    </w:p>
    <w:p>
      <w:r>
        <w:rPr>
          <w:b w:val="0"/>
        </w:rPr>
        <w:t>- Capture content and feedback from events for the brand and social teams.</w:t>
      </w:r>
    </w:p>
    <w:p>
      <w:r>
        <w:rPr>
          <w:b w:val="0"/>
        </w:rPr>
        <w:t>- Report on samples, reach, sign-ups and sales lift by market.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field, experiential or trade marketing, in house or at an agency.</w:t>
      </w:r>
    </w:p>
    <w:p>
      <w:r>
        <w:rPr>
          <w:b w:val="0"/>
        </w:rPr>
        <w:t>- Experience managing agencies, vendors and on-site teams.</w:t>
      </w:r>
    </w:p>
    <w:p>
      <w:r>
        <w:rPr>
          <w:b w:val="0"/>
        </w:rPr>
        <w:t>- Strong logistics and budget tracking.</w:t>
      </w:r>
    </w:p>
    <w:p>
      <w:r>
        <w:rPr>
          <w:b w:val="0"/>
        </w:rPr>
        <w:t>- Willingness to travel and to work some weekends and evenings.</w:t>
      </w:r>
    </w:p>
    <w:p>
      <w:pPr>
        <w:pStyle w:val="Heading2"/>
      </w:pPr>
      <w:r>
        <w:t>Senior field marketing manager job description template</w:t>
      </w:r>
    </w:p>
    <w:p>
      <w:r>
        <w:rPr>
          <w:b w:val="0"/>
        </w:rPr>
        <w:t xml:space="preserve">Job title: Senior Field Marketing Manager / Field Marketing Lead, </w:t>
      </w:r>
      <w:r>
        <w:rPr>
          <w:b/>
        </w:rPr>
        <w:t>[Region]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Senior Field Marketing Manager to lead field marketing for </w:t>
      </w:r>
      <w:r>
        <w:rPr>
          <w:b/>
        </w:rPr>
        <w:t>[region]</w:t>
      </w:r>
      <w:r>
        <w:rPr>
          <w:b w:val="0"/>
        </w:rPr>
        <w:t xml:space="preserve">, set the strategy with </w:t>
      </w:r>
      <w:r>
        <w:rPr>
          <w:b/>
        </w:rPr>
        <w:t>[regional sales leadership]</w:t>
      </w:r>
      <w:r>
        <w:rPr>
          <w:b w:val="0"/>
        </w:rPr>
        <w:t xml:space="preserve"> and manage a team of </w:t>
      </w:r>
      <w:r>
        <w:rPr>
          <w:b/>
        </w:rPr>
        <w:t>[number]</w:t>
      </w:r>
      <w:r>
        <w:rPr>
          <w:b w:val="0"/>
        </w:rPr>
        <w:t xml:space="preserve"> field marketers. You'll own the regional plan and budget and report results to </w:t>
      </w:r>
      <w:r>
        <w:rPr>
          <w:b/>
        </w:rPr>
        <w:t>[VP of Marketing / CMO]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Set the annual field strategy and budget for </w:t>
      </w:r>
      <w:r>
        <w:rPr>
          <w:b/>
        </w:rPr>
        <w:t>[region]</w:t>
      </w:r>
      <w:r>
        <w:rPr>
          <w:b w:val="0"/>
        </w:rPr>
        <w:t xml:space="preserve"> with sales leadership.</w:t>
      </w:r>
    </w:p>
    <w:p>
      <w:r>
        <w:rPr>
          <w:b w:val="0"/>
        </w:rPr>
        <w:t xml:space="preserve">- Lead and coach a team of </w:t>
      </w:r>
      <w:r>
        <w:rPr>
          <w:b/>
        </w:rPr>
        <w:t>[number]</w:t>
      </w:r>
      <w:r>
        <w:rPr>
          <w:b w:val="0"/>
        </w:rPr>
        <w:t xml:space="preserve"> field marketers.</w:t>
      </w:r>
    </w:p>
    <w:p>
      <w:r>
        <w:rPr>
          <w:b w:val="0"/>
        </w:rPr>
        <w:t>- Decide the mix of events, account-based programs and partner activity.</w:t>
      </w:r>
    </w:p>
    <w:p>
      <w:r>
        <w:rPr>
          <w:b w:val="0"/>
        </w:rPr>
        <w:t>- Build shared goals and reporting with sales, demand gen and sales development.</w:t>
      </w:r>
    </w:p>
    <w:p>
      <w:r>
        <w:rPr>
          <w:b w:val="0"/>
        </w:rPr>
        <w:t>- Represent field marketing in planning and executive business reviews.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[7]+ years in field or demand marketing, with [2]+ years managing people.</w:t>
      </w:r>
    </w:p>
    <w:p>
      <w:r>
        <w:rPr>
          <w:b w:val="0"/>
        </w:rPr>
        <w:t>- A record of programs that created measurable pipeline.</w:t>
      </w:r>
    </w:p>
    <w:p>
      <w:r>
        <w:rPr>
          <w:b w:val="0"/>
        </w:rPr>
        <w:t xml:space="preserve">- Experience managing a regional budget of </w:t>
      </w:r>
      <w:r>
        <w:rPr>
          <w:b/>
        </w:rPr>
        <w:t>[amount]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