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Event Planner Resume: Bullet Examples, Keywords and Summary</w:t>
      </w:r>
    </w:p>
    <w:p>
      <w:r>
        <w:t>Templates from https://knowtheroom.ai/career-guides/event-planner-resume/ · Replace everything in [brackets].</w:t>
      </w:r>
    </w:p>
    <w:p>
      <w:pPr>
        <w:pStyle w:val="Heading2"/>
      </w:pPr>
      <w:r>
        <w:t>How do you write an event planner resume summary?</w:t>
      </w:r>
    </w:p>
    <w:p>
      <w:r>
        <w:rPr>
          <w:b w:val="0"/>
        </w:rPr>
        <w:t xml:space="preserve">Event planner with </w:t>
      </w:r>
      <w:r>
        <w:rPr>
          <w:b/>
        </w:rPr>
        <w:t>[number]</w:t>
      </w:r>
      <w:r>
        <w:rPr>
          <w:b w:val="0"/>
        </w:rPr>
        <w:t xml:space="preserve"> years running </w:t>
      </w:r>
      <w:r>
        <w:rPr>
          <w:b/>
        </w:rPr>
        <w:t>[event types: corporate conferences, customer events, trade shows]</w:t>
      </w:r>
      <w:r>
        <w:rPr>
          <w:b w:val="0"/>
        </w:rPr>
        <w:t xml:space="preserve"> for </w:t>
      </w:r>
      <w:r>
        <w:rPr>
          <w:b/>
        </w:rPr>
        <w:t>[type of organization]</w:t>
      </w:r>
      <w:r>
        <w:rPr>
          <w:b w:val="0"/>
        </w:rPr>
        <w:t xml:space="preserve">. Own budgets up to </w:t>
      </w:r>
      <w:r>
        <w:rPr>
          <w:b/>
        </w:rPr>
        <w:t>[amount]</w:t>
      </w:r>
      <w:r>
        <w:rPr>
          <w:b w:val="0"/>
        </w:rPr>
        <w:t xml:space="preserve"> and </w:t>
      </w:r>
      <w:r>
        <w:rPr>
          <w:b/>
        </w:rPr>
        <w:t>[number]</w:t>
      </w:r>
      <w:r>
        <w:rPr>
          <w:b w:val="0"/>
        </w:rPr>
        <w:t xml:space="preserve"> vendors per event; [one result: grew attendance, cut cost per attendee, delivered a flagship event for </w:t>
      </w:r>
      <w:r>
        <w:rPr>
          <w:b/>
        </w:rPr>
        <w:t>[number]</w:t>
      </w:r>
      <w:r>
        <w:rPr>
          <w:b w:val="0"/>
        </w:rPr>
        <w:t xml:space="preserve"> guests].</w:t>
      </w:r>
    </w:p>
    <w:p>
      <w:pPr>
        <w:pStyle w:val="Heading2"/>
      </w:pPr>
      <w:r>
        <w:t>How do you write an event planner resume summary?</w:t>
      </w:r>
    </w:p>
    <w:p>
      <w:r>
        <w:rPr>
          <w:b w:val="0"/>
        </w:rPr>
        <w:t xml:space="preserve">Event manager moving into marketing events. Planned </w:t>
      </w:r>
      <w:r>
        <w:rPr>
          <w:b/>
        </w:rPr>
        <w:t>[number]</w:t>
      </w:r>
      <w:r>
        <w:rPr>
          <w:b w:val="0"/>
        </w:rPr>
        <w:t xml:space="preserve"> events a year for </w:t>
      </w:r>
      <w:r>
        <w:rPr>
          <w:b/>
        </w:rPr>
        <w:t>[company or agency]</w:t>
      </w:r>
      <w:r>
        <w:rPr>
          <w:b w:val="0"/>
        </w:rPr>
        <w:t xml:space="preserve">, including </w:t>
      </w:r>
      <w:r>
        <w:rPr>
          <w:b/>
        </w:rPr>
        <w:t>[flagship event]</w:t>
      </w:r>
      <w:r>
        <w:rPr>
          <w:b w:val="0"/>
        </w:rPr>
        <w:t>, and [result tied to a goal: registrations against target, meetings booked, satisfaction score].</w:t>
      </w:r>
    </w:p>
    <w:p>
      <w:pPr>
        <w:pStyle w:val="Heading2"/>
      </w:pPr>
      <w:r>
        <w:t>What makes a strong event planner resume bullet?</w:t>
      </w:r>
    </w:p>
    <w:p>
      <w:r>
        <w:rPr>
          <w:b/>
        </w:rPr>
        <w:t>[Planned / Negotiated / Led]</w:t>
      </w:r>
      <w:r>
        <w:rPr>
          <w:b w:val="0"/>
        </w:rPr>
        <w:t xml:space="preserve"> </w:t>
      </w:r>
      <w:r>
        <w:rPr>
          <w:b/>
        </w:rPr>
        <w:t>[event or part of it]</w:t>
      </w:r>
      <w:r>
        <w:rPr>
          <w:b w:val="0"/>
        </w:rPr>
        <w:t xml:space="preserve"> for </w:t>
      </w:r>
      <w:r>
        <w:rPr>
          <w:b/>
        </w:rPr>
        <w:t>[attendees]</w:t>
      </w:r>
      <w:r>
        <w:rPr>
          <w:b w:val="0"/>
        </w:rPr>
        <w:t xml:space="preserve"> on a </w:t>
      </w:r>
      <w:r>
        <w:rPr>
          <w:b/>
        </w:rPr>
        <w:t>[budget]</w:t>
      </w:r>
      <w:r>
        <w:rPr>
          <w:b w:val="0"/>
        </w:rPr>
        <w:t xml:space="preserve"> budget, </w:t>
      </w:r>
      <w:r>
        <w:rPr>
          <w:b/>
        </w:rPr>
        <w:t>[what you decided or controlled]</w:t>
      </w:r>
      <w:r>
        <w:rPr>
          <w:b w:val="0"/>
        </w:rPr>
        <w:t xml:space="preserve">, </w:t>
      </w:r>
      <w:r>
        <w:rPr>
          <w:b/>
        </w:rPr>
        <w:t>[result against the goal]</w:t>
      </w:r>
      <w:r>
        <w:rPr>
          <w:b w:val="0"/>
        </w:rPr>
        <w:t>.</w:t>
      </w:r>
    </w:p>
    <w:p>
      <w:pPr>
        <w:pStyle w:val="Heading2"/>
      </w:pPr>
      <w:r>
        <w:t>Conferences and corporate events</w:t>
      </w:r>
    </w:p>
    <w:p>
      <w:r>
        <w:rPr>
          <w:b w:val="0"/>
        </w:rPr>
        <w:t xml:space="preserve">- Planned and ran </w:t>
      </w:r>
      <w:r>
        <w:rPr>
          <w:b/>
        </w:rPr>
        <w:t>[event]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attendees on a </w:t>
      </w:r>
      <w:r>
        <w:rPr>
          <w:b/>
        </w:rPr>
        <w:t>[amount]</w:t>
      </w:r>
      <w:r>
        <w:rPr>
          <w:b w:val="0"/>
        </w:rPr>
        <w:t xml:space="preserve"> budget, from venue selection to post-event report, delivered [on budget / </w:t>
      </w:r>
      <w:r>
        <w:rPr>
          <w:b/>
        </w:rPr>
        <w:t>[amount]</w:t>
      </w:r>
      <w:r>
        <w:rPr>
          <w:b w:val="0"/>
        </w:rPr>
        <w:t xml:space="preserve"> under budget].</w:t>
      </w:r>
    </w:p>
    <w:p>
      <w:r>
        <w:rPr>
          <w:b w:val="0"/>
        </w:rPr>
        <w:t xml:space="preserve">- Negotiated venue and catering contracts for </w:t>
      </w:r>
      <w:r>
        <w:rPr>
          <w:b/>
        </w:rPr>
        <w:t>[number]</w:t>
      </w:r>
      <w:r>
        <w:rPr>
          <w:b w:val="0"/>
        </w:rPr>
        <w:t xml:space="preserve"> events a year, [result: reducing food-and-beverage minimums, adding AV credits, securing flexible cancellation terms].</w:t>
      </w:r>
    </w:p>
    <w:p>
      <w:r>
        <w:rPr>
          <w:b w:val="0"/>
        </w:rPr>
        <w:t xml:space="preserve">- Moved </w:t>
      </w:r>
      <w:r>
        <w:rPr>
          <w:b/>
        </w:rPr>
        <w:t>[event]</w:t>
      </w:r>
      <w:r>
        <w:rPr>
          <w:b w:val="0"/>
        </w:rPr>
        <w:t xml:space="preserve"> to </w:t>
      </w:r>
      <w:r>
        <w:rPr>
          <w:b/>
        </w:rPr>
        <w:t>[new format or venue]</w:t>
      </w:r>
      <w:r>
        <w:rPr>
          <w:b w:val="0"/>
        </w:rPr>
        <w:t xml:space="preserve"> when </w:t>
      </w:r>
      <w:r>
        <w:rPr>
          <w:b/>
        </w:rPr>
        <w:t>[problem]</w:t>
      </w:r>
      <w:r>
        <w:rPr>
          <w:b w:val="0"/>
        </w:rPr>
        <w:t xml:space="preserve">, keeping attendance at </w:t>
      </w:r>
      <w:r>
        <w:rPr>
          <w:b/>
        </w:rPr>
        <w:t>[number]</w:t>
      </w:r>
      <w:r>
        <w:rPr>
          <w:b w:val="0"/>
        </w:rPr>
        <w:t xml:space="preserve"> and costs within plan.</w:t>
      </w:r>
    </w:p>
    <w:p>
      <w:pPr>
        <w:pStyle w:val="Heading2"/>
      </w:pPr>
      <w:r>
        <w:t>Trade shows and field marketing</w:t>
      </w:r>
    </w:p>
    <w:p>
      <w:r>
        <w:rPr>
          <w:b w:val="0"/>
        </w:rPr>
        <w:t xml:space="preserve">- Managed a </w:t>
      </w:r>
      <w:r>
        <w:rPr>
          <w:b/>
        </w:rPr>
        <w:t>[number]</w:t>
      </w:r>
      <w:r>
        <w:rPr>
          <w:b w:val="0"/>
        </w:rPr>
        <w:t xml:space="preserve">-show trade show calendar with a </w:t>
      </w:r>
      <w:r>
        <w:rPr>
          <w:b/>
        </w:rPr>
        <w:t>[amount]</w:t>
      </w:r>
      <w:r>
        <w:rPr>
          <w:b w:val="0"/>
        </w:rPr>
        <w:t xml:space="preserve"> budget, including booth design, freight, staffing and lead capture.</w:t>
      </w:r>
    </w:p>
    <w:p>
      <w:r>
        <w:rPr>
          <w:b w:val="0"/>
        </w:rPr>
        <w:t xml:space="preserve">- Worked with sales to build target-account invitation lists for </w:t>
      </w:r>
      <w:r>
        <w:rPr>
          <w:b/>
        </w:rPr>
        <w:t>[number]</w:t>
      </w:r>
      <w:r>
        <w:rPr>
          <w:b w:val="0"/>
        </w:rPr>
        <w:t xml:space="preserve"> field events, producing </w:t>
      </w:r>
      <w:r>
        <w:rPr>
          <w:b/>
        </w:rPr>
        <w:t>[number]</w:t>
      </w:r>
      <w:r>
        <w:rPr>
          <w:b w:val="0"/>
        </w:rPr>
        <w:t xml:space="preserve"> meetings and </w:t>
      </w:r>
      <w:r>
        <w:rPr>
          <w:b/>
        </w:rPr>
        <w:t>[amount or number]</w:t>
      </w:r>
      <w:r>
        <w:rPr>
          <w:b w:val="0"/>
        </w:rPr>
        <w:t xml:space="preserve"> in influenced pipeline.</w:t>
      </w:r>
    </w:p>
    <w:p>
      <w:r>
        <w:rPr>
          <w:b w:val="0"/>
        </w:rPr>
        <w:t xml:space="preserve">- Cut lead follow-up time from </w:t>
      </w:r>
      <w:r>
        <w:rPr>
          <w:b/>
        </w:rPr>
        <w:t>[old]</w:t>
      </w:r>
      <w:r>
        <w:rPr>
          <w:b w:val="0"/>
        </w:rPr>
        <w:t xml:space="preserve"> to </w:t>
      </w:r>
      <w:r>
        <w:rPr>
          <w:b/>
        </w:rPr>
        <w:t>[new]</w:t>
      </w:r>
      <w:r>
        <w:rPr>
          <w:b w:val="0"/>
        </w:rPr>
        <w:t xml:space="preserve"> by setting up </w:t>
      </w:r>
      <w:r>
        <w:rPr>
          <w:b/>
        </w:rPr>
        <w:t>[tool or process]</w:t>
      </w:r>
      <w:r>
        <w:rPr>
          <w:b w:val="0"/>
        </w:rPr>
        <w:t xml:space="preserve"> for badge scans and handoff to sales.</w:t>
      </w:r>
    </w:p>
    <w:p>
      <w:pPr>
        <w:pStyle w:val="Heading2"/>
      </w:pPr>
      <w:r>
        <w:t>Brand activations and launches</w:t>
      </w:r>
    </w:p>
    <w:p>
      <w:r>
        <w:rPr>
          <w:b w:val="0"/>
        </w:rPr>
        <w:t xml:space="preserve">- Planned </w:t>
      </w:r>
      <w:r>
        <w:rPr>
          <w:b/>
        </w:rPr>
        <w:t>[number]</w:t>
      </w:r>
      <w:r>
        <w:rPr>
          <w:b w:val="0"/>
        </w:rPr>
        <w:t xml:space="preserve"> brand activations in </w:t>
      </w:r>
      <w:r>
        <w:rPr>
          <w:b/>
        </w:rPr>
        <w:t>[cities]</w:t>
      </w:r>
      <w:r>
        <w:rPr>
          <w:b w:val="0"/>
        </w:rPr>
        <w:t xml:space="preserve">, managing permits, staffing agencies and production vendors, with </w:t>
      </w:r>
      <w:r>
        <w:rPr>
          <w:b/>
        </w:rPr>
        <w:t>[result: visitors, samples, content captured]</w:t>
      </w:r>
      <w:r>
        <w:rPr>
          <w:b w:val="0"/>
        </w:rPr>
        <w:t>.</w:t>
      </w:r>
    </w:p>
    <w:p>
      <w:r>
        <w:rPr>
          <w:b w:val="0"/>
        </w:rPr>
        <w:t xml:space="preserve">- Produced the </w:t>
      </w:r>
      <w:r>
        <w:rPr>
          <w:b/>
        </w:rPr>
        <w:t>[product]</w:t>
      </w:r>
      <w:r>
        <w:rPr>
          <w:b w:val="0"/>
        </w:rPr>
        <w:t xml:space="preserve"> launch event for </w:t>
      </w:r>
      <w:r>
        <w:rPr>
          <w:b/>
        </w:rPr>
        <w:t>[number]</w:t>
      </w:r>
      <w:r>
        <w:rPr>
          <w:b w:val="0"/>
        </w:rPr>
        <w:t xml:space="preserve"> guests, including press, creators and partners, delivered in </w:t>
      </w:r>
      <w:r>
        <w:rPr>
          <w:b/>
        </w:rPr>
        <w:t>[weeks]</w:t>
      </w:r>
      <w:r>
        <w:rPr>
          <w:b w:val="0"/>
        </w:rPr>
        <w:t xml:space="preserve"> from approval.</w:t>
      </w:r>
    </w:p>
    <w:p>
      <w:pPr>
        <w:pStyle w:val="Heading2"/>
      </w:pPr>
      <w:r>
        <w:t>Leadership and process</w:t>
      </w:r>
    </w:p>
    <w:p>
      <w:r>
        <w:rPr>
          <w:b w:val="0"/>
        </w:rPr>
        <w:t xml:space="preserve">- Led a team of </w:t>
      </w:r>
      <w:r>
        <w:rPr>
          <w:b/>
        </w:rPr>
        <w:t>[number]</w:t>
      </w:r>
      <w:r>
        <w:rPr>
          <w:b w:val="0"/>
        </w:rPr>
        <w:t xml:space="preserve"> coordinators and </w:t>
      </w:r>
      <w:r>
        <w:rPr>
          <w:b/>
        </w:rPr>
        <w:t>[number]</w:t>
      </w:r>
      <w:r>
        <w:rPr>
          <w:b w:val="0"/>
        </w:rPr>
        <w:t xml:space="preserve"> freelancers across </w:t>
      </w:r>
      <w:r>
        <w:rPr>
          <w:b/>
        </w:rPr>
        <w:t>[number]</w:t>
      </w:r>
      <w:r>
        <w:rPr>
          <w:b w:val="0"/>
        </w:rPr>
        <w:t xml:space="preserve"> events a year.</w:t>
      </w:r>
    </w:p>
    <w:p>
      <w:r>
        <w:rPr>
          <w:b w:val="0"/>
        </w:rPr>
        <w:t xml:space="preserve">- Built the team's vendor database and contract checklist, used for every event since </w:t>
      </w:r>
      <w:r>
        <w:rPr>
          <w:b/>
        </w:rPr>
        <w:t>[year]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