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Event Coordinator Resume: Bullet Examples, Skills and Summary</w:t>
      </w:r>
    </w:p>
    <w:p>
      <w:r>
        <w:t>Templates from https://knowtheroom.ai/career-guides/event-coordinator-resume/ · Replace everything in [brackets].</w:t>
      </w:r>
    </w:p>
    <w:p>
      <w:pPr>
        <w:pStyle w:val="Heading2"/>
      </w:pPr>
      <w:r>
        <w:t>How do you write an event coordinator resume summary?</w:t>
      </w:r>
    </w:p>
    <w:p>
      <w:r>
        <w:rPr>
          <w:b w:val="0"/>
        </w:rPr>
        <w:t xml:space="preserve">Event coordinator with </w:t>
      </w:r>
      <w:r>
        <w:rPr>
          <w:b/>
        </w:rPr>
        <w:t>[number]</w:t>
      </w:r>
      <w:r>
        <w:rPr>
          <w:b w:val="0"/>
        </w:rPr>
        <w:t xml:space="preserve"> years supporting [event types: trade shows and customer events, corporate meetings, brand activations] for </w:t>
      </w:r>
      <w:r>
        <w:rPr>
          <w:b/>
        </w:rPr>
        <w:t>[type of organization]</w:t>
      </w:r>
      <w:r>
        <w:rPr>
          <w:b w:val="0"/>
        </w:rPr>
        <w:t xml:space="preserve">. Coordinated </w:t>
      </w:r>
      <w:r>
        <w:rPr>
          <w:b/>
        </w:rPr>
        <w:t>[number]</w:t>
      </w:r>
      <w:r>
        <w:rPr>
          <w:b w:val="0"/>
        </w:rPr>
        <w:t xml:space="preserve"> events a year with up to </w:t>
      </w:r>
      <w:r>
        <w:rPr>
          <w:b/>
        </w:rPr>
        <w:t>[number]</w:t>
      </w:r>
      <w:r>
        <w:rPr>
          <w:b w:val="0"/>
        </w:rPr>
        <w:t xml:space="preserve"> attendees, and [one result: kept every event within budget, cut post-event follow-up to </w:t>
      </w:r>
      <w:r>
        <w:rPr>
          <w:b/>
        </w:rPr>
        <w:t>[time]</w:t>
      </w:r>
      <w:r>
        <w:rPr>
          <w:b w:val="0"/>
        </w:rPr>
        <w:t xml:space="preserve">, ran registration for </w:t>
      </w:r>
      <w:r>
        <w:rPr>
          <w:b/>
        </w:rPr>
        <w:t>[event]</w:t>
      </w:r>
      <w:r>
        <w:rPr>
          <w:b w:val="0"/>
        </w:rPr>
        <w:t>].</w:t>
      </w:r>
    </w:p>
    <w:p>
      <w:pPr>
        <w:pStyle w:val="Heading2"/>
      </w:pPr>
      <w:r>
        <w:t>How do you write an event coordinator resume summary?</w:t>
      </w:r>
    </w:p>
    <w:p>
      <w:r>
        <w:rPr>
          <w:b/>
        </w:rPr>
        <w:t>[Hospitality / venue / catering]</w:t>
      </w:r>
      <w:r>
        <w:rPr>
          <w:b w:val="0"/>
        </w:rPr>
        <w:t xml:space="preserve"> professional moving into event coordination. Ran </w:t>
      </w:r>
      <w:r>
        <w:rPr>
          <w:b/>
        </w:rPr>
        <w:t>[what: banquet events, weddings, conference rooms]</w:t>
      </w:r>
      <w:r>
        <w:rPr>
          <w:b w:val="0"/>
        </w:rPr>
        <w:t xml:space="preserve"> for groups of up to </w:t>
      </w:r>
      <w:r>
        <w:rPr>
          <w:b/>
        </w:rPr>
        <w:t>[number]</w:t>
      </w:r>
      <w:r>
        <w:rPr>
          <w:b w:val="0"/>
        </w:rPr>
        <w:t xml:space="preserve">, working with </w:t>
      </w:r>
      <w:r>
        <w:rPr>
          <w:b/>
        </w:rPr>
        <w:t>[vendors or teams]</w:t>
      </w:r>
      <w:r>
        <w:rPr>
          <w:b w:val="0"/>
        </w:rPr>
        <w:t xml:space="preserve">, and </w:t>
      </w:r>
      <w:r>
        <w:rPr>
          <w:b/>
        </w:rPr>
        <w:t>[one result]</w:t>
      </w:r>
      <w:r>
        <w:rPr>
          <w:b w:val="0"/>
        </w:rPr>
        <w:t>.</w:t>
      </w:r>
    </w:p>
    <w:p>
      <w:pPr>
        <w:pStyle w:val="Heading2"/>
      </w:pPr>
      <w:r>
        <w:t>What makes a strong event coordinator resume bullet?</w:t>
      </w:r>
    </w:p>
    <w:p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[what you coordinated]</w:t>
      </w:r>
      <w:r>
        <w:rPr>
          <w:b w:val="0"/>
        </w:rPr>
        <w:t xml:space="preserve"> for </w:t>
      </w:r>
      <w:r>
        <w:rPr>
          <w:b/>
        </w:rPr>
        <w:t>[scale: attendees, events, vendors]</w:t>
      </w:r>
      <w:r>
        <w:rPr>
          <w:b w:val="0"/>
        </w:rPr>
        <w:t xml:space="preserve">, </w:t>
      </w:r>
      <w:r>
        <w:rPr>
          <w:b/>
        </w:rPr>
        <w:t>[how you kept it on track]</w:t>
      </w:r>
      <w:r>
        <w:rPr>
          <w:b w:val="0"/>
        </w:rPr>
        <w:t xml:space="preserve">, </w:t>
      </w:r>
      <w:r>
        <w:rPr>
          <w:b/>
        </w:rPr>
        <w:t>[result]</w:t>
      </w:r>
      <w:r>
        <w:rPr>
          <w:b w:val="0"/>
        </w:rPr>
        <w:t>.</w:t>
      </w:r>
    </w:p>
    <w:p>
      <w:pPr>
        <w:pStyle w:val="Heading2"/>
      </w:pPr>
      <w:r>
        <w:t>Logistics and vendors</w:t>
      </w:r>
    </w:p>
    <w:p>
      <w:r>
        <w:rPr>
          <w:b w:val="0"/>
        </w:rPr>
        <w:t xml:space="preserve">- Coordinated logistics for </w:t>
      </w:r>
      <w:r>
        <w:rPr>
          <w:b/>
        </w:rPr>
        <w:t>[number]</w:t>
      </w:r>
      <w:r>
        <w:rPr>
          <w:b w:val="0"/>
        </w:rPr>
        <w:t xml:space="preserve"> events a year, from </w:t>
      </w:r>
      <w:r>
        <w:rPr>
          <w:b/>
        </w:rPr>
        <w:t>[smallest]</w:t>
      </w:r>
      <w:r>
        <w:rPr>
          <w:b w:val="0"/>
        </w:rPr>
        <w:t xml:space="preserve"> to [largest, e.g. a </w:t>
      </w:r>
      <w:r>
        <w:rPr>
          <w:b/>
        </w:rPr>
        <w:t>[number]</w:t>
      </w:r>
      <w:r>
        <w:rPr>
          <w:b w:val="0"/>
        </w:rPr>
        <w:t>-person conference], including venues, catering, AV and shipping.</w:t>
      </w:r>
    </w:p>
    <w:p>
      <w:r>
        <w:rPr>
          <w:b w:val="0"/>
        </w:rPr>
        <w:t xml:space="preserve">- Managed </w:t>
      </w:r>
      <w:r>
        <w:rPr>
          <w:b/>
        </w:rPr>
        <w:t>[number]</w:t>
      </w:r>
      <w:r>
        <w:rPr>
          <w:b w:val="0"/>
        </w:rPr>
        <w:t xml:space="preserve"> vendors per event, confirming every order in writing and again </w:t>
      </w:r>
      <w:r>
        <w:rPr>
          <w:b/>
        </w:rPr>
        <w:t>[timeframe]</w:t>
      </w:r>
      <w:r>
        <w:rPr>
          <w:b w:val="0"/>
        </w:rPr>
        <w:t xml:space="preserve"> before the event.</w:t>
      </w:r>
    </w:p>
    <w:p>
      <w:r>
        <w:rPr>
          <w:b w:val="0"/>
        </w:rPr>
        <w:t xml:space="preserve">- Tracked event budgets of up to </w:t>
      </w:r>
      <w:r>
        <w:rPr>
          <w:b/>
        </w:rPr>
        <w:t>[amount]</w:t>
      </w:r>
      <w:r>
        <w:rPr>
          <w:b w:val="0"/>
        </w:rPr>
        <w:t xml:space="preserve"> in </w:t>
      </w:r>
      <w:r>
        <w:rPr>
          <w:b/>
        </w:rPr>
        <w:t>[tool]</w:t>
      </w:r>
      <w:r>
        <w:rPr>
          <w:b w:val="0"/>
        </w:rPr>
        <w:t>, reconciling invoices against quotes.</w:t>
      </w:r>
    </w:p>
    <w:p>
      <w:pPr>
        <w:pStyle w:val="Heading2"/>
      </w:pPr>
      <w:r>
        <w:t>Registration and attendees</w:t>
      </w:r>
    </w:p>
    <w:p>
      <w:r>
        <w:rPr>
          <w:b w:val="0"/>
        </w:rPr>
        <w:t xml:space="preserve">- Built registration pages and email reminders in </w:t>
      </w:r>
      <w:r>
        <w:rPr>
          <w:b/>
        </w:rPr>
        <w:t>[tool]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events, processing </w:t>
      </w:r>
      <w:r>
        <w:rPr>
          <w:b/>
        </w:rPr>
        <w:t>[number]</w:t>
      </w:r>
      <w:r>
        <w:rPr>
          <w:b w:val="0"/>
        </w:rPr>
        <w:t xml:space="preserve"> registrations.</w:t>
      </w:r>
    </w:p>
    <w:p>
      <w:r>
        <w:rPr>
          <w:b w:val="0"/>
        </w:rPr>
        <w:t xml:space="preserve">- Managed attendee lists, badges and dietary and access requests for events of up to </w:t>
      </w:r>
      <w:r>
        <w:rPr>
          <w:b/>
        </w:rPr>
        <w:t>[number]</w:t>
      </w:r>
      <w:r>
        <w:rPr>
          <w:b w:val="0"/>
        </w:rPr>
        <w:t xml:space="preserve"> guests.</w:t>
      </w:r>
    </w:p>
    <w:p>
      <w:r>
        <w:rPr>
          <w:b w:val="0"/>
        </w:rPr>
        <w:t xml:space="preserve">- Raised attendance rate from </w:t>
      </w:r>
      <w:r>
        <w:rPr>
          <w:b/>
        </w:rPr>
        <w:t>[old]</w:t>
      </w:r>
      <w:r>
        <w:rPr>
          <w:b w:val="0"/>
        </w:rPr>
        <w:t xml:space="preserve"> to </w:t>
      </w:r>
      <w:r>
        <w:rPr>
          <w:b/>
        </w:rPr>
        <w:t>[new]</w:t>
      </w:r>
      <w:r>
        <w:rPr>
          <w:b w:val="0"/>
        </w:rPr>
        <w:t xml:space="preserve"> by </w:t>
      </w:r>
      <w:r>
        <w:rPr>
          <w:b/>
        </w:rPr>
        <w:t>[change: adding a reminder sequence, a calendar invite, a day-before text]</w:t>
      </w:r>
      <w:r>
        <w:rPr>
          <w:b w:val="0"/>
        </w:rPr>
        <w:t>.</w:t>
      </w:r>
    </w:p>
    <w:p>
      <w:pPr>
        <w:pStyle w:val="Heading2"/>
      </w:pPr>
      <w:r>
        <w:t>On the day</w:t>
      </w:r>
    </w:p>
    <w:p>
      <w:r>
        <w:rPr>
          <w:b w:val="0"/>
        </w:rPr>
        <w:t xml:space="preserve">- Wrote the run-of-show and staff briefing for </w:t>
      </w:r>
      <w:r>
        <w:rPr>
          <w:b/>
        </w:rPr>
        <w:t>[event]</w:t>
      </w:r>
      <w:r>
        <w:rPr>
          <w:b w:val="0"/>
        </w:rPr>
        <w:t xml:space="preserve">, and led setup with </w:t>
      </w:r>
      <w:r>
        <w:rPr>
          <w:b/>
        </w:rPr>
        <w:t>[number]</w:t>
      </w:r>
      <w:r>
        <w:rPr>
          <w:b w:val="0"/>
        </w:rPr>
        <w:t xml:space="preserve"> staff and volunteers.</w:t>
      </w:r>
    </w:p>
    <w:p>
      <w:r>
        <w:rPr>
          <w:b w:val="0"/>
        </w:rPr>
        <w:t xml:space="preserve">- Handled </w:t>
      </w:r>
      <w:r>
        <w:rPr>
          <w:b/>
        </w:rPr>
        <w:t>[problem: a lost freight delivery, a speaker cancellation, a room change]</w:t>
      </w:r>
      <w:r>
        <w:rPr>
          <w:b w:val="0"/>
        </w:rPr>
        <w:t xml:space="preserve"> on the day of </w:t>
      </w:r>
      <w:r>
        <w:rPr>
          <w:b/>
        </w:rPr>
        <w:t>[event]</w:t>
      </w:r>
      <w:r>
        <w:rPr>
          <w:b w:val="0"/>
        </w:rPr>
        <w:t xml:space="preserve">, </w:t>
      </w:r>
      <w:r>
        <w:rPr>
          <w:b/>
        </w:rPr>
        <w:t>[what you did]</w:t>
      </w:r>
      <w:r>
        <w:rPr>
          <w:b w:val="0"/>
        </w:rPr>
        <w:t>, with no change to the schedule.</w:t>
      </w:r>
    </w:p>
    <w:p>
      <w:pPr>
        <w:pStyle w:val="Heading2"/>
      </w:pPr>
      <w:r>
        <w:t>Follow-up and marketing</w:t>
      </w:r>
    </w:p>
    <w:p>
      <w:r>
        <w:rPr>
          <w:b w:val="0"/>
        </w:rPr>
        <w:t xml:space="preserve">- Sent attendee lists and badge scans to sales within </w:t>
      </w:r>
      <w:r>
        <w:rPr>
          <w:b/>
        </w:rPr>
        <w:t>[time]</w:t>
      </w:r>
      <w:r>
        <w:rPr>
          <w:b w:val="0"/>
        </w:rPr>
        <w:t xml:space="preserve"> of each event, up from </w:t>
      </w:r>
      <w:r>
        <w:rPr>
          <w:b/>
        </w:rPr>
        <w:t>[old time]</w:t>
      </w:r>
      <w:r>
        <w:rPr>
          <w:b w:val="0"/>
        </w:rPr>
        <w:t>.</w:t>
      </w:r>
    </w:p>
    <w:p>
      <w:r>
        <w:rPr>
          <w:b w:val="0"/>
        </w:rPr>
        <w:t xml:space="preserve">- Built the post-event survey and results summary for </w:t>
      </w:r>
      <w:r>
        <w:rPr>
          <w:b/>
        </w:rPr>
        <w:t>[number]</w:t>
      </w:r>
      <w:r>
        <w:rPr>
          <w:b w:val="0"/>
        </w:rPr>
        <w:t xml:space="preserve"> events, which </w:t>
      </w:r>
      <w:r>
        <w:rPr>
          <w:b/>
        </w:rPr>
        <w:t>[manager or team]</w:t>
      </w:r>
      <w:r>
        <w:rPr>
          <w:b w:val="0"/>
        </w:rPr>
        <w:t xml:space="preserve"> used to plan the next year.</w:t>
      </w:r>
    </w:p>
    <w:p>
      <w:r>
        <w:rPr>
          <w:b w:val="0"/>
        </w:rPr>
        <w:t xml:space="preserve">- Promoted events through </w:t>
      </w:r>
      <w:r>
        <w:rPr>
          <w:b/>
        </w:rPr>
        <w:t>[email / social / partner channels]</w:t>
      </w:r>
      <w:r>
        <w:rPr>
          <w:b w:val="0"/>
        </w:rPr>
        <w:t xml:space="preserve">, contributing to </w:t>
      </w:r>
      <w:r>
        <w:rPr>
          <w:b/>
        </w:rPr>
        <w:t>[number]</w:t>
      </w:r>
      <w:r>
        <w:rPr>
          <w:b w:val="0"/>
        </w:rPr>
        <w:t xml:space="preserve"> registrations for </w:t>
      </w:r>
      <w:r>
        <w:rPr>
          <w:b/>
        </w:rPr>
        <w:t>[event]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