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Entry-Level Marketing Resume: How to Write One With No Experience</w:t>
      </w:r>
    </w:p>
    <w:p>
      <w:r>
        <w:t>Templates from https://knowtheroom.ai/career-guides/entry-level-marketing-resume/ · Replace everything in [brackets].</w:t>
      </w:r>
    </w:p>
    <w:p>
      <w:pPr>
        <w:pStyle w:val="Heading2"/>
      </w:pPr>
      <w:r>
        <w:t>How do you write an objective for an entry-level marketing resume?</w:t>
      </w:r>
    </w:p>
    <w:p>
      <w:r>
        <w:rPr>
          <w:b w:val="0"/>
        </w:rPr>
        <w:t xml:space="preserve">Recent </w:t>
      </w:r>
      <w:r>
        <w:rPr>
          <w:b/>
        </w:rPr>
        <w:t>[degree]</w:t>
      </w:r>
      <w:r>
        <w:rPr>
          <w:b w:val="0"/>
        </w:rPr>
        <w:t xml:space="preserve"> graduate looking for a </w:t>
      </w:r>
      <w:r>
        <w:rPr>
          <w:b/>
        </w:rPr>
        <w:t>[role: social media coordinator, marketing assistant]</w:t>
      </w:r>
      <w:r>
        <w:rPr>
          <w:b w:val="0"/>
        </w:rPr>
        <w:t xml:space="preserve"> role. Ran </w:t>
      </w:r>
      <w:r>
        <w:rPr>
          <w:b/>
        </w:rPr>
        <w:t>[club or project]</w:t>
      </w:r>
      <w:r>
        <w:rPr>
          <w:b w:val="0"/>
        </w:rPr>
        <w:t xml:space="preserve"> social channels for </w:t>
      </w:r>
      <w:r>
        <w:rPr>
          <w:b/>
        </w:rPr>
        <w:t>[time]</w:t>
      </w:r>
      <w:r>
        <w:rPr>
          <w:b w:val="0"/>
        </w:rPr>
        <w:t xml:space="preserve">, growing </w:t>
      </w:r>
      <w:r>
        <w:rPr>
          <w:b/>
        </w:rPr>
        <w:t>[metric]</w:t>
      </w:r>
      <w:r>
        <w:rPr>
          <w:b w:val="0"/>
        </w:rPr>
        <w:t xml:space="preserve">, and built </w:t>
      </w:r>
      <w:r>
        <w:rPr>
          <w:b/>
        </w:rPr>
        <w:t>[project]</w:t>
      </w:r>
      <w:r>
        <w:rPr>
          <w:b w:val="0"/>
        </w:rPr>
        <w:t xml:space="preserve"> using </w:t>
      </w:r>
      <w:r>
        <w:rPr>
          <w:b/>
        </w:rPr>
        <w:t>[tools]</w:t>
      </w:r>
      <w:r>
        <w:rPr>
          <w:b w:val="0"/>
        </w:rPr>
        <w:t>.</w:t>
      </w:r>
    </w:p>
    <w:p>
      <w:pPr>
        <w:pStyle w:val="Heading2"/>
      </w:pPr>
      <w:r>
        <w:t>How do you write an objective for an entry-level marketing resume?</w:t>
      </w:r>
    </w:p>
    <w:p>
      <w:r>
        <w:rPr>
          <w:b w:val="0"/>
        </w:rPr>
        <w:t xml:space="preserve">Marketing student seeking a </w:t>
      </w:r>
      <w:r>
        <w:rPr>
          <w:b/>
        </w:rPr>
        <w:t>[season]</w:t>
      </w:r>
      <w:r>
        <w:rPr>
          <w:b w:val="0"/>
        </w:rPr>
        <w:t xml:space="preserve"> internship in </w:t>
      </w:r>
      <w:r>
        <w:rPr>
          <w:b/>
        </w:rPr>
        <w:t>[area: content, SEO, brand]</w:t>
      </w:r>
      <w:r>
        <w:rPr>
          <w:b w:val="0"/>
        </w:rPr>
        <w:t xml:space="preserve">. Wrote </w:t>
      </w:r>
      <w:r>
        <w:rPr>
          <w:b/>
        </w:rPr>
        <w:t>[number]</w:t>
      </w:r>
      <w:r>
        <w:rPr>
          <w:b w:val="0"/>
        </w:rPr>
        <w:t xml:space="preserve"> posts for </w:t>
      </w:r>
      <w:r>
        <w:rPr>
          <w:b/>
        </w:rPr>
        <w:t>[publication or project]</w:t>
      </w:r>
      <w:r>
        <w:rPr>
          <w:b w:val="0"/>
        </w:rPr>
        <w:t xml:space="preserve"> and completed </w:t>
      </w:r>
      <w:r>
        <w:rPr>
          <w:b/>
        </w:rPr>
        <w:t>[course or certification]</w:t>
      </w:r>
      <w:r>
        <w:rPr>
          <w:b w:val="0"/>
        </w:rPr>
        <w:t xml:space="preserve"> in </w:t>
      </w:r>
      <w:r>
        <w:rPr>
          <w:b/>
        </w:rPr>
        <w:t>[tool]</w:t>
      </w:r>
      <w:r>
        <w:rPr>
          <w:b w:val="0"/>
        </w:rPr>
        <w:t>.</w:t>
      </w:r>
    </w:p>
    <w:p>
      <w:pPr>
        <w:pStyle w:val="Heading2"/>
      </w:pPr>
      <w:r>
        <w:t>Should you use a summary or an objective?</w:t>
      </w:r>
    </w:p>
    <w:p>
      <w:r>
        <w:rPr>
          <w:b w:val="0"/>
        </w:rPr>
        <w:t xml:space="preserve">Marketing coordinator with </w:t>
      </w:r>
      <w:r>
        <w:rPr>
          <w:b/>
        </w:rPr>
        <w:t>[time]</w:t>
      </w:r>
      <w:r>
        <w:rPr>
          <w:b w:val="0"/>
        </w:rPr>
        <w:t xml:space="preserve"> of experience in </w:t>
      </w:r>
      <w:r>
        <w:rPr>
          <w:b/>
        </w:rPr>
        <w:t>[area: social, email, events]</w:t>
      </w:r>
      <w:r>
        <w:rPr>
          <w:b w:val="0"/>
        </w:rPr>
        <w:t xml:space="preserve">. Grew </w:t>
      </w:r>
      <w:r>
        <w:rPr>
          <w:b/>
        </w:rPr>
        <w:t>[channel or metric]</w:t>
      </w:r>
      <w:r>
        <w:rPr>
          <w:b w:val="0"/>
        </w:rPr>
        <w:t xml:space="preserve"> from [X] to [Y] at </w:t>
      </w:r>
      <w:r>
        <w:rPr>
          <w:b/>
        </w:rPr>
        <w:t>[company or project]</w:t>
      </w:r>
      <w:r>
        <w:rPr>
          <w:b w:val="0"/>
        </w:rPr>
        <w:t xml:space="preserve"> and comfortable with </w:t>
      </w:r>
      <w:r>
        <w:rPr>
          <w:b/>
        </w:rPr>
        <w:t>[tools]</w:t>
      </w:r>
      <w:r>
        <w:rPr>
          <w:b w:val="0"/>
        </w:rPr>
        <w:t>.</w:t>
      </w:r>
    </w:p>
    <w:p>
      <w:pPr>
        <w:pStyle w:val="Heading2"/>
      </w:pPr>
      <w:r>
        <w:t>How do you write a projects section?</w:t>
      </w:r>
    </w:p>
    <w:p>
      <w:r>
        <w:rPr>
          <w:b/>
        </w:rPr>
        <w:t>[Project name]</w:t>
      </w:r>
      <w:r>
        <w:rPr>
          <w:b w:val="0"/>
        </w:rPr>
        <w:t xml:space="preserve">, </w:t>
      </w:r>
      <w:r>
        <w:rPr>
          <w:b/>
        </w:rPr>
        <w:t>[your role]</w:t>
      </w:r>
      <w:r>
        <w:rPr>
          <w:b w:val="0"/>
        </w:rPr>
        <w:t xml:space="preserve">, </w:t>
      </w:r>
      <w:r>
        <w:rPr>
          <w:b/>
        </w:rPr>
        <w:t>[dates]</w:t>
      </w:r>
    </w:p>
    <w:p>
      <w:r>
        <w:rPr>
          <w:b w:val="0"/>
        </w:rPr>
        <w:t xml:space="preserve">- </w:t>
      </w:r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[what you made]</w:t>
      </w:r>
      <w:r>
        <w:rPr>
          <w:b w:val="0"/>
        </w:rPr>
        <w:t xml:space="preserve"> for </w:t>
      </w:r>
      <w:r>
        <w:rPr>
          <w:b/>
        </w:rPr>
        <w:t>[audience or client]</w:t>
      </w:r>
      <w:r>
        <w:rPr>
          <w:b w:val="0"/>
        </w:rPr>
        <w:t xml:space="preserve"> using </w:t>
      </w:r>
      <w:r>
        <w:rPr>
          <w:b/>
        </w:rPr>
        <w:t>[tools]</w:t>
      </w:r>
      <w:r>
        <w:rPr>
          <w:b w:val="0"/>
        </w:rPr>
        <w:t>.</w:t>
      </w:r>
    </w:p>
    <w:p>
      <w:r>
        <w:rPr>
          <w:b w:val="0"/>
        </w:rPr>
        <w:t xml:space="preserve">- </w:t>
      </w:r>
      <w:r>
        <w:rPr>
          <w:b/>
        </w:rPr>
        <w:t>[What you did to reach people: posts, emails, flyers, ads]</w:t>
      </w:r>
      <w:r>
        <w:rPr>
          <w:b w:val="0"/>
        </w:rPr>
        <w:t xml:space="preserve"> over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Result: </w:t>
      </w:r>
      <w:r>
        <w:rPr>
          <w:b/>
        </w:rPr>
        <w:t>[what changed: sign-ups, attendance, followers, views, sales]</w:t>
      </w:r>
      <w:r>
        <w:rPr>
          <w:b w:val="0"/>
        </w:rPr>
        <w:t xml:space="preserve">, from </w:t>
      </w:r>
      <w:r>
        <w:rPr>
          <w:b/>
        </w:rPr>
        <w:t>[starting point]</w:t>
      </w:r>
      <w:r>
        <w:rPr>
          <w:b w:val="0"/>
        </w:rPr>
        <w:t xml:space="preserve"> to </w:t>
      </w:r>
      <w:r>
        <w:rPr>
          <w:b/>
        </w:rPr>
        <w:t>[end point]</w:t>
      </w:r>
      <w:r>
        <w:rPr>
          <w:b w:val="0"/>
        </w:rPr>
        <w:t>.</w:t>
      </w:r>
    </w:p>
    <w:p>
      <w:pPr>
        <w:pStyle w:val="Heading2"/>
      </w:pPr>
      <w:r>
        <w:t>How do you turn coursework into resume bullets?</w:t>
      </w:r>
    </w:p>
    <w:p>
      <w:r>
        <w:rPr>
          <w:b w:val="0"/>
        </w:rPr>
        <w:t xml:space="preserve">- Built a </w:t>
      </w:r>
      <w:r>
        <w:rPr>
          <w:b/>
        </w:rPr>
        <w:t>[deliverable: go-to-market plan, brand audit, media plan]</w:t>
      </w:r>
      <w:r>
        <w:rPr>
          <w:b w:val="0"/>
        </w:rPr>
        <w:t xml:space="preserve"> for </w:t>
      </w:r>
      <w:r>
        <w:rPr>
          <w:b/>
        </w:rPr>
        <w:t>[brand or client]</w:t>
      </w:r>
      <w:r>
        <w:rPr>
          <w:b w:val="0"/>
        </w:rPr>
        <w:t xml:space="preserve"> in </w:t>
      </w:r>
      <w:r>
        <w:rPr>
          <w:b/>
        </w:rPr>
        <w:t>[course]</w:t>
      </w:r>
      <w:r>
        <w:rPr>
          <w:b w:val="0"/>
        </w:rPr>
        <w:t xml:space="preserve">, including </w:t>
      </w:r>
      <w:r>
        <w:rPr>
          <w:b/>
        </w:rPr>
        <w:t>[audience research, budget, channel mix]</w:t>
      </w:r>
      <w:r>
        <w:rPr>
          <w:b w:val="0"/>
        </w:rPr>
        <w:t>.</w:t>
      </w:r>
    </w:p>
    <w:p>
      <w:r>
        <w:rPr>
          <w:b w:val="0"/>
        </w:rPr>
        <w:t xml:space="preserve">- Ran a </w:t>
      </w:r>
      <w:r>
        <w:rPr>
          <w:b/>
        </w:rPr>
        <w:t>[survey or test]</w:t>
      </w:r>
      <w:r>
        <w:rPr>
          <w:b w:val="0"/>
        </w:rPr>
        <w:t xml:space="preserve"> with </w:t>
      </w:r>
      <w:r>
        <w:rPr>
          <w:b/>
        </w:rPr>
        <w:t>[number]</w:t>
      </w:r>
      <w:r>
        <w:rPr>
          <w:b w:val="0"/>
        </w:rPr>
        <w:t xml:space="preserve"> respondents and presented findings to </w:t>
      </w:r>
      <w:r>
        <w:rPr>
          <w:b/>
        </w:rPr>
        <w:t>[audience: the client, the class]</w:t>
      </w:r>
      <w:r>
        <w:rPr>
          <w:b w:val="0"/>
        </w:rPr>
        <w:t>.</w:t>
      </w:r>
    </w:p>
    <w:p>
      <w:r>
        <w:rPr>
          <w:b w:val="0"/>
        </w:rPr>
        <w:t xml:space="preserve">- Analyzed </w:t>
      </w:r>
      <w:r>
        <w:rPr>
          <w:b/>
        </w:rPr>
        <w:t>[data set]</w:t>
      </w:r>
      <w:r>
        <w:rPr>
          <w:b w:val="0"/>
        </w:rPr>
        <w:t xml:space="preserve"> in </w:t>
      </w:r>
      <w:r>
        <w:rPr>
          <w:b/>
        </w:rPr>
        <w:t>[tool: Excel, R, Tableau]</w:t>
      </w:r>
      <w:r>
        <w:rPr>
          <w:b w:val="0"/>
        </w:rPr>
        <w:t xml:space="preserve"> to recommend </w:t>
      </w:r>
      <w:r>
        <w:rPr>
          <w:b/>
        </w:rPr>
        <w:t>[decision]</w:t>
      </w:r>
      <w:r>
        <w:rPr>
          <w:b w:val="0"/>
        </w:rPr>
        <w:t>.</w:t>
      </w:r>
    </w:p>
    <w:p>
      <w:pPr>
        <w:pStyle w:val="Heading2"/>
      </w:pPr>
      <w:r>
        <w:t>How do you translate part-time jobs into marketing experience?</w:t>
      </w:r>
    </w:p>
    <w:p>
      <w:r>
        <w:rPr>
          <w:b w:val="0"/>
        </w:rPr>
        <w:t xml:space="preserve">- Suggested and set up </w:t>
      </w:r>
      <w:r>
        <w:rPr>
          <w:b/>
        </w:rPr>
        <w:t>[display or promotion]</w:t>
      </w:r>
      <w:r>
        <w:rPr>
          <w:b w:val="0"/>
        </w:rPr>
        <w:t xml:space="preserve"> that </w:t>
      </w:r>
      <w:r>
        <w:rPr>
          <w:b/>
        </w:rPr>
        <w:t>[result: sold out a product, increased add-on sales]</w:t>
      </w:r>
      <w:r>
        <w:rPr>
          <w:b w:val="0"/>
        </w:rPr>
        <w:t xml:space="preserve"> over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Ran the store's </w:t>
      </w:r>
      <w:r>
        <w:rPr>
          <w:b/>
        </w:rPr>
        <w:t>[Instagram / local listing]</w:t>
      </w:r>
      <w:r>
        <w:rPr>
          <w:b w:val="0"/>
        </w:rPr>
        <w:t xml:space="preserve"> for </w:t>
      </w:r>
      <w:r>
        <w:rPr>
          <w:b/>
        </w:rPr>
        <w:t>[time]</w:t>
      </w:r>
      <w:r>
        <w:rPr>
          <w:b w:val="0"/>
        </w:rPr>
        <w:t xml:space="preserve">, posting </w:t>
      </w:r>
      <w:r>
        <w:rPr>
          <w:b/>
        </w:rPr>
        <w:t>[number]</w:t>
      </w:r>
      <w:r>
        <w:rPr>
          <w:b w:val="0"/>
        </w:rPr>
        <w:t xml:space="preserve"> times a week.</w:t>
      </w:r>
    </w:p>
    <w:p>
      <w:r>
        <w:rPr>
          <w:b w:val="0"/>
        </w:rPr>
        <w:t xml:space="preserve">- Answered </w:t>
      </w:r>
      <w:r>
        <w:rPr>
          <w:b/>
        </w:rPr>
        <w:t>[number]</w:t>
      </w:r>
      <w:r>
        <w:rPr>
          <w:b w:val="0"/>
        </w:rPr>
        <w:t xml:space="preserve"> customer questions a shift and passed recurring requests to the manager, which led to </w:t>
      </w:r>
      <w:r>
        <w:rPr>
          <w:b/>
        </w:rPr>
        <w:t>[change]</w:t>
      </w:r>
      <w:r>
        <w:rPr>
          <w:b w:val="0"/>
        </w:rPr>
        <w:t>.</w:t>
      </w:r>
    </w:p>
    <w:p>
      <w:pPr>
        <w:pStyle w:val="Heading2"/>
      </w:pPr>
      <w:r>
        <w:t>Marketing intern resume bullet examples</w:t>
      </w:r>
    </w:p>
    <w:p>
      <w:r>
        <w:rPr>
          <w:b w:val="0"/>
        </w:rPr>
        <w:t xml:space="preserve">- Drafted </w:t>
      </w:r>
      <w:r>
        <w:rPr>
          <w:b/>
        </w:rPr>
        <w:t>[number]</w:t>
      </w:r>
      <w:r>
        <w:rPr>
          <w:b w:val="0"/>
        </w:rPr>
        <w:t xml:space="preserve"> social posts a week for </w:t>
      </w:r>
      <w:r>
        <w:rPr>
          <w:b/>
        </w:rPr>
        <w:t>[brand]</w:t>
      </w:r>
      <w:r>
        <w:rPr>
          <w:b w:val="0"/>
        </w:rPr>
        <w:t xml:space="preserve"> across </w:t>
      </w:r>
      <w:r>
        <w:rPr>
          <w:b/>
        </w:rPr>
        <w:t>[platforms]</w:t>
      </w:r>
      <w:r>
        <w:rPr>
          <w:b w:val="0"/>
        </w:rPr>
        <w:t xml:space="preserve">, </w:t>
      </w:r>
      <w:r>
        <w:rPr>
          <w:b/>
        </w:rPr>
        <w:t>[number]</w:t>
      </w:r>
      <w:r>
        <w:rPr>
          <w:b w:val="0"/>
        </w:rPr>
        <w:t xml:space="preserve"> of which the team published.</w:t>
      </w:r>
    </w:p>
    <w:p>
      <w:r>
        <w:rPr>
          <w:b w:val="0"/>
        </w:rPr>
        <w:t xml:space="preserve">- Researched </w:t>
      </w:r>
      <w:r>
        <w:rPr>
          <w:b/>
        </w:rPr>
        <w:t>[number]</w:t>
      </w:r>
      <w:r>
        <w:rPr>
          <w:b w:val="0"/>
        </w:rPr>
        <w:t xml:space="preserve"> competitors' </w:t>
      </w:r>
      <w:r>
        <w:rPr>
          <w:b/>
        </w:rPr>
        <w:t>[pricing, content, ads]</w:t>
      </w:r>
      <w:r>
        <w:rPr>
          <w:b w:val="0"/>
        </w:rPr>
        <w:t xml:space="preserve"> and summarized findings in a deck the team used for </w:t>
      </w:r>
      <w:r>
        <w:rPr>
          <w:b/>
        </w:rPr>
        <w:t>[decision]</w:t>
      </w:r>
      <w:r>
        <w:rPr>
          <w:b w:val="0"/>
        </w:rPr>
        <w:t>.</w:t>
      </w:r>
    </w:p>
    <w:p>
      <w:r>
        <w:rPr>
          <w:b w:val="0"/>
        </w:rPr>
        <w:t xml:space="preserve">- Updated </w:t>
      </w:r>
      <w:r>
        <w:rPr>
          <w:b/>
        </w:rPr>
        <w:t>[number]</w:t>
      </w:r>
      <w:r>
        <w:rPr>
          <w:b w:val="0"/>
        </w:rPr>
        <w:t xml:space="preserve"> product pages in </w:t>
      </w:r>
      <w:r>
        <w:rPr>
          <w:b/>
        </w:rPr>
        <w:t>[CMS]</w:t>
      </w:r>
      <w:r>
        <w:rPr>
          <w:b w:val="0"/>
        </w:rPr>
        <w:t xml:space="preserve"> with new copy and images before </w:t>
      </w:r>
      <w:r>
        <w:rPr>
          <w:b/>
        </w:rPr>
        <w:t>[launch]</w:t>
      </w:r>
      <w:r>
        <w:rPr>
          <w:b w:val="0"/>
        </w:rPr>
        <w:t>.</w:t>
      </w:r>
    </w:p>
    <w:p>
      <w:r>
        <w:rPr>
          <w:b w:val="0"/>
        </w:rPr>
        <w:t xml:space="preserve">- Pulled the weekly email report from </w:t>
      </w:r>
      <w:r>
        <w:rPr>
          <w:b/>
        </w:rPr>
        <w:t>[tool]</w:t>
      </w:r>
      <w:r>
        <w:rPr>
          <w:b w:val="0"/>
        </w:rPr>
        <w:t xml:space="preserve"> and flagged </w:t>
      </w:r>
      <w:r>
        <w:rPr>
          <w:b/>
        </w:rPr>
        <w:t>[finding]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