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Email Marketing Resume: Example, Template and Bullets for Email and Lifecycle Marketers</w:t>
      </w:r>
    </w:p>
    <w:p>
      <w:r>
        <w:t>Templates from https://knowtheroom.ai/career-guides/email-marketing-resume/ · Replace everything in [brackets].</w:t>
      </w:r>
    </w:p>
    <w:p>
      <w:pPr>
        <w:pStyle w:val="Heading2"/>
      </w:pPr>
      <w:r>
        <w:t>Email marketing resume example</w:t>
      </w:r>
    </w:p>
    <w:p>
      <w:r>
        <w:rPr>
          <w:b/>
        </w:rPr>
        <w:t>[Your Name]</w:t>
      </w:r>
    </w:p>
    <w:p>
      <w:r>
        <w:rPr>
          <w:b/>
        </w:rPr>
        <w:t>[City, State]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  <w:r>
        <w:rPr>
          <w:b w:val="0"/>
        </w:rPr>
        <w:t xml:space="preserve"> · </w:t>
      </w:r>
      <w:r>
        <w:rPr>
          <w:b/>
        </w:rPr>
        <w:t>[portfolio link, optional]</w:t>
      </w:r>
    </w:p>
    <w:p/>
    <w:p>
      <w:r>
        <w:rPr>
          <w:b w:val="0"/>
        </w:rPr>
        <w:t>SUMMARY</w:t>
      </w:r>
    </w:p>
    <w:p>
      <w:r>
        <w:rPr>
          <w:b w:val="0"/>
        </w:rPr>
        <w:t xml:space="preserve">Email marketer with </w:t>
      </w:r>
      <w:r>
        <w:rPr>
          <w:b/>
        </w:rPr>
        <w:t>[number]</w:t>
      </w:r>
      <w:r>
        <w:rPr>
          <w:b w:val="0"/>
        </w:rPr>
        <w:t xml:space="preserve"> years building lifecycle programs in </w:t>
      </w:r>
      <w:r>
        <w:rPr>
          <w:b/>
        </w:rPr>
        <w:t>[Klaviyo / Braze / HubSpot]</w:t>
      </w:r>
      <w:r>
        <w:rPr>
          <w:b w:val="0"/>
        </w:rPr>
        <w:t xml:space="preserve"> for </w:t>
      </w:r>
      <w:r>
        <w:rPr>
          <w:b/>
        </w:rPr>
        <w:t>[DTC brands / B2B software / subscription apps]</w:t>
      </w:r>
      <w:r>
        <w:rPr>
          <w:b w:val="0"/>
        </w:rPr>
        <w:t xml:space="preserve">. Built the flows that now drive [x]% of </w:t>
      </w:r>
      <w:r>
        <w:rPr>
          <w:b/>
        </w:rPr>
        <w:t>[email revenue / new trials / pipeline]</w:t>
      </w:r>
      <w:r>
        <w:rPr>
          <w:b w:val="0"/>
        </w:rPr>
        <w:t>.</w:t>
      </w:r>
    </w:p>
    <w:p/>
    <w:p>
      <w:r>
        <w:rPr>
          <w:b w:val="0"/>
        </w:rPr>
        <w:t>EXPERIENCE</w:t>
      </w:r>
    </w:p>
    <w:p>
      <w:r>
        <w:rPr>
          <w:b w:val="0"/>
        </w:rPr>
        <w:t xml:space="preserve">Email Marketing Manager,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[City]</w:t>
      </w:r>
      <w:r>
        <w:rPr>
          <w:b w:val="0"/>
        </w:rPr>
        <w:t xml:space="preserve"> (</w:t>
      </w:r>
      <w:r>
        <w:rPr>
          <w:b/>
        </w:rPr>
        <w:t>[Month Year]</w:t>
      </w:r>
      <w:r>
        <w:rPr>
          <w:b w:val="0"/>
        </w:rPr>
        <w:t xml:space="preserve"> to Present)</w:t>
      </w:r>
    </w:p>
    <w:p>
      <w:r>
        <w:rPr>
          <w:b w:val="0"/>
        </w:rPr>
        <w:t xml:space="preserve">- Own email and SMS for a list of </w:t>
      </w:r>
      <w:r>
        <w:rPr>
          <w:b/>
        </w:rPr>
        <w:t>[number]</w:t>
      </w:r>
      <w:r>
        <w:rPr>
          <w:b w:val="0"/>
        </w:rPr>
        <w:t xml:space="preserve"> subscribers, sending </w:t>
      </w:r>
      <w:r>
        <w:rPr>
          <w:b/>
        </w:rPr>
        <w:t>[number]</w:t>
      </w:r>
      <w:r>
        <w:rPr>
          <w:b w:val="0"/>
        </w:rPr>
        <w:t xml:space="preserve"> campaigns a month and running </w:t>
      </w:r>
      <w:r>
        <w:rPr>
          <w:b/>
        </w:rPr>
        <w:t>[number]</w:t>
      </w:r>
      <w:r>
        <w:rPr>
          <w:b w:val="0"/>
        </w:rPr>
        <w:t xml:space="preserve"> automated flows.</w:t>
      </w:r>
    </w:p>
    <w:p>
      <w:r>
        <w:rPr>
          <w:b w:val="0"/>
        </w:rPr>
        <w:t>- Rebuilt the welcome and abandoned cart flows, raising revenue per recipient from $[x] to $[y].</w:t>
      </w:r>
    </w:p>
    <w:p>
      <w:r>
        <w:rPr>
          <w:b w:val="0"/>
        </w:rPr>
        <w:t xml:space="preserve">- Set up SPF, DKIM and DMARC with IT and cleaned </w:t>
      </w:r>
      <w:r>
        <w:rPr>
          <w:b/>
        </w:rPr>
        <w:t>[number]</w:t>
      </w:r>
      <w:r>
        <w:rPr>
          <w:b w:val="0"/>
        </w:rPr>
        <w:t xml:space="preserve"> inactive contacts, cutting spam complaints from [x]% to [y]%.</w:t>
      </w:r>
    </w:p>
    <w:p>
      <w:r>
        <w:rPr>
          <w:b w:val="0"/>
        </w:rPr>
        <w:t xml:space="preserve">- Run a monthly testing plan (subject lines, send time, offers); </w:t>
      </w:r>
      <w:r>
        <w:rPr>
          <w:b/>
        </w:rPr>
        <w:t>[number]</w:t>
      </w:r>
      <w:r>
        <w:rPr>
          <w:b w:val="0"/>
        </w:rPr>
        <w:t xml:space="preserve"> wins rolled into flows this year.</w:t>
      </w:r>
    </w:p>
    <w:p>
      <w:r>
        <w:rPr>
          <w:b w:val="0"/>
        </w:rPr>
        <w:t xml:space="preserve">- Report weekly on email revenue, list growth and unsubscribe rate to </w:t>
      </w:r>
      <w:r>
        <w:rPr>
          <w:b/>
        </w:rPr>
        <w:t>[leadership]</w:t>
      </w:r>
      <w:r>
        <w:rPr>
          <w:b w:val="0"/>
        </w:rPr>
        <w:t>.</w:t>
      </w:r>
    </w:p>
    <w:p/>
    <w:p>
      <w:r>
        <w:rPr>
          <w:b w:val="0"/>
        </w:rPr>
        <w:t xml:space="preserve">Email Marketing Specialist,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[City]</w:t>
      </w:r>
      <w:r>
        <w:rPr>
          <w:b w:val="0"/>
        </w:rPr>
        <w:t xml:space="preserve"> (</w:t>
      </w:r>
      <w:r>
        <w:rPr>
          <w:b/>
        </w:rPr>
        <w:t>[Month Year]</w:t>
      </w:r>
      <w:r>
        <w:rPr>
          <w:b w:val="0"/>
        </w:rPr>
        <w:t xml:space="preserve"> to </w:t>
      </w:r>
      <w:r>
        <w:rPr>
          <w:b/>
        </w:rPr>
        <w:t>[Month Year]</w:t>
      </w:r>
      <w:r>
        <w:rPr>
          <w:b w:val="0"/>
        </w:rPr>
        <w:t>)</w:t>
      </w:r>
    </w:p>
    <w:p>
      <w:r>
        <w:rPr>
          <w:b w:val="0"/>
        </w:rPr>
        <w:t xml:space="preserve">- Built and QA'd </w:t>
      </w:r>
      <w:r>
        <w:rPr>
          <w:b/>
        </w:rPr>
        <w:t>[number]</w:t>
      </w:r>
      <w:r>
        <w:rPr>
          <w:b w:val="0"/>
        </w:rPr>
        <w:t xml:space="preserve"> campaigns a month in </w:t>
      </w:r>
      <w:r>
        <w:rPr>
          <w:b/>
        </w:rPr>
        <w:t>[platform]</w:t>
      </w:r>
      <w:r>
        <w:rPr>
          <w:b w:val="0"/>
        </w:rPr>
        <w:t xml:space="preserve"> with no send errors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>- Coded responsive templates in HTML and CSS, cutting build time per email from [x] hours to [y].</w:t>
      </w:r>
    </w:p>
    <w:p/>
    <w:p>
      <w:r>
        <w:rPr>
          <w:b w:val="0"/>
        </w:rPr>
        <w:t>SKILLS</w:t>
      </w:r>
    </w:p>
    <w:p>
      <w:r>
        <w:rPr>
          <w:b w:val="0"/>
        </w:rPr>
        <w:t xml:space="preserve">Platforms: </w:t>
      </w:r>
      <w:r>
        <w:rPr>
          <w:b/>
        </w:rPr>
        <w:t>[Klaviyo, Braze, HubSpot, Salesforce Marketing Cloud]</w:t>
      </w:r>
    </w:p>
    <w:p>
      <w:r>
        <w:rPr>
          <w:b w:val="0"/>
        </w:rPr>
        <w:t>Skills: [segmentation, automation, A/B testing, deliverability, HTML/CSS for email, copywriting]</w:t>
      </w:r>
    </w:p>
    <w:p>
      <w:r>
        <w:rPr>
          <w:b w:val="0"/>
        </w:rPr>
        <w:t xml:space="preserve">Data: </w:t>
      </w:r>
      <w:r>
        <w:rPr>
          <w:b/>
        </w:rPr>
        <w:t>[GA4, SQL basics, Excel or Google Sheets]</w:t>
      </w:r>
    </w:p>
    <w:p/>
    <w:p>
      <w:r>
        <w:rPr>
          <w:b w:val="0"/>
        </w:rPr>
        <w:t>EDUCATION</w:t>
      </w:r>
    </w:p>
    <w:p>
      <w:r>
        <w:rPr>
          <w:b/>
        </w:rPr>
        <w:t>[Degree]</w:t>
      </w:r>
      <w:r>
        <w:rPr>
          <w:b w:val="0"/>
        </w:rPr>
        <w:t xml:space="preserve">, </w:t>
      </w:r>
      <w:r>
        <w:rPr>
          <w:b/>
        </w:rPr>
        <w:t>[School]</w:t>
      </w:r>
      <w:r>
        <w:rPr>
          <w:b w:val="0"/>
        </w:rPr>
        <w:t xml:space="preserve"> (</w:t>
      </w:r>
      <w:r>
        <w:rPr>
          <w:b/>
        </w:rPr>
        <w:t>[Year]</w:t>
      </w:r>
      <w:r>
        <w:rPr>
          <w:b w:val="0"/>
        </w:rPr>
        <w:t>)</w:t>
      </w:r>
    </w:p>
    <w:p>
      <w:r>
        <w:rPr>
          <w:b/>
        </w:rPr>
        <w:t>[Certifications, optional: HubSpot email marketing, Salesforce Marketing Cloud]</w:t>
      </w:r>
    </w:p>
    <w:p>
      <w:pPr>
        <w:pStyle w:val="Heading2"/>
      </w:pPr>
      <w:r>
        <w:t>Ecommerce or DTC bullets</w:t>
      </w:r>
    </w:p>
    <w:p>
      <w:r>
        <w:rPr>
          <w:b w:val="0"/>
        </w:rPr>
        <w:t>- Built welcome, browse abandonment and post-purchase flows that now drive [x]% of email revenue.</w:t>
      </w:r>
    </w:p>
    <w:p>
      <w:r>
        <w:rPr>
          <w:b w:val="0"/>
        </w:rPr>
        <w:t xml:space="preserve">- Grew the list from [x] to [y] subscribers with </w:t>
      </w:r>
      <w:r>
        <w:rPr>
          <w:b/>
        </w:rPr>
        <w:t>[a sign-up offer / a quiz / pop-up tests]</w:t>
      </w:r>
      <w:r>
        <w:rPr>
          <w:b w:val="0"/>
        </w:rPr>
        <w:t>, at [x]% sign-up rate.</w:t>
      </w:r>
    </w:p>
    <w:p>
      <w:r>
        <w:rPr>
          <w:b w:val="0"/>
        </w:rPr>
        <w:t xml:space="preserve">- Planned the </w:t>
      </w:r>
      <w:r>
        <w:rPr>
          <w:b/>
        </w:rPr>
        <w:t>[Black Friday]</w:t>
      </w:r>
      <w:r>
        <w:rPr>
          <w:b w:val="0"/>
        </w:rPr>
        <w:t xml:space="preserve"> email and SMS calendar: </w:t>
      </w:r>
      <w:r>
        <w:rPr>
          <w:b/>
        </w:rPr>
        <w:t>[result]</w:t>
      </w:r>
      <w:r>
        <w:rPr>
          <w:b w:val="0"/>
        </w:rPr>
        <w:t xml:space="preserve"> against a target of </w:t>
      </w:r>
      <w:r>
        <w:rPr>
          <w:b/>
        </w:rPr>
        <w:t>[target]</w:t>
      </w:r>
      <w:r>
        <w:rPr>
          <w:b w:val="0"/>
        </w:rPr>
        <w:t>.</w:t>
      </w:r>
    </w:p>
    <w:p>
      <w:pPr>
        <w:pStyle w:val="Heading2"/>
      </w:pPr>
      <w:r>
        <w:t>B2B or software bullets</w:t>
      </w:r>
    </w:p>
    <w:p>
      <w:r>
        <w:rPr>
          <w:b w:val="0"/>
        </w:rPr>
        <w:t xml:space="preserve">- Built </w:t>
      </w:r>
      <w:r>
        <w:rPr>
          <w:b/>
        </w:rPr>
        <w:t>[number]</w:t>
      </w:r>
      <w:r>
        <w:rPr>
          <w:b w:val="0"/>
        </w:rPr>
        <w:t xml:space="preserve"> nurture tracks in </w:t>
      </w:r>
      <w:r>
        <w:rPr>
          <w:b/>
        </w:rPr>
        <w:t>[HubSpot / Marketo]</w:t>
      </w:r>
      <w:r>
        <w:rPr>
          <w:b w:val="0"/>
        </w:rPr>
        <w:t xml:space="preserve"> by persona, raising lead-to-opportunity conversion from [x]% to [y]%.</w:t>
      </w:r>
    </w:p>
    <w:p>
      <w:r>
        <w:rPr>
          <w:b w:val="0"/>
        </w:rPr>
        <w:t xml:space="preserve">- Launched a product onboarding series that lifted </w:t>
      </w:r>
      <w:r>
        <w:rPr>
          <w:b/>
        </w:rPr>
        <w:t>[activation / feature adoption]</w:t>
      </w:r>
      <w:r>
        <w:rPr>
          <w:b w:val="0"/>
        </w:rPr>
        <w:t xml:space="preserve"> by [x]%.</w:t>
      </w:r>
    </w:p>
    <w:p>
      <w:r>
        <w:rPr>
          <w:b w:val="0"/>
        </w:rPr>
        <w:t xml:space="preserve">- Cleaned and re-permissioned a database of </w:t>
      </w:r>
      <w:r>
        <w:rPr>
          <w:b/>
        </w:rPr>
        <w:t>[number]</w:t>
      </w:r>
      <w:r>
        <w:rPr>
          <w:b w:val="0"/>
        </w:rPr>
        <w:t xml:space="preserve"> contacts, raising open and click rates on every send.</w:t>
      </w:r>
    </w:p>
    <w:p>
      <w:pPr>
        <w:pStyle w:val="Heading2"/>
      </w:pPr>
      <w:r>
        <w:t>Lifecycle or app bullets</w:t>
      </w:r>
    </w:p>
    <w:p>
      <w:r>
        <w:rPr>
          <w:b w:val="0"/>
        </w:rPr>
        <w:t xml:space="preserve">- Mapped the first 30 days for new users and built journeys across email, push and in-app in </w:t>
      </w:r>
      <w:r>
        <w:rPr>
          <w:b/>
        </w:rPr>
        <w:t>[Braze]</w:t>
      </w:r>
      <w:r>
        <w:rPr>
          <w:b w:val="0"/>
        </w:rPr>
        <w:t>, raising day-30 retention from [x]% to [y]%.</w:t>
      </w:r>
    </w:p>
    <w:p>
      <w:r>
        <w:rPr>
          <w:b w:val="0"/>
        </w:rPr>
        <w:t xml:space="preserve">- Ran holdout tests on </w:t>
      </w:r>
      <w:r>
        <w:rPr>
          <w:b/>
        </w:rPr>
        <w:t>[number]</w:t>
      </w:r>
      <w:r>
        <w:rPr>
          <w:b w:val="0"/>
        </w:rPr>
        <w:t xml:space="preserve"> journeys to measure incremental impact, and cut </w:t>
      </w:r>
      <w:r>
        <w:rPr>
          <w:b/>
        </w:rPr>
        <w:t>[number]</w:t>
      </w:r>
      <w:r>
        <w:rPr>
          <w:b w:val="0"/>
        </w:rPr>
        <w:t xml:space="preserve"> that weren't adding anything.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