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Email Marketing Manager and Specialist: Job Description and How to Get the Job</w:t>
      </w:r>
    </w:p>
    <w:p>
      <w:r>
        <w:t>Templates from https://knowtheroom.ai/career-guides/email-marketing-manager/ · Replace everything in [brackets].</w:t>
      </w:r>
    </w:p>
    <w:p>
      <w:pPr>
        <w:pStyle w:val="Heading2"/>
      </w:pPr>
      <w:r>
        <w:t>Email marketing manager job description</w:t>
      </w:r>
    </w:p>
    <w:p>
      <w:r>
        <w:rPr>
          <w:b w:val="0"/>
        </w:rPr>
        <w:t>Job title: Email Marketing Manager</w:t>
      </w:r>
    </w:p>
    <w:p/>
    <w:p>
      <w:r>
        <w:rPr>
          <w:b w:val="0"/>
        </w:rPr>
        <w:t xml:space="preserve">About </w:t>
      </w:r>
      <w:r>
        <w:rPr>
          <w:b/>
        </w:rPr>
        <w:t>[Company]</w:t>
      </w:r>
    </w:p>
    <w:p>
      <w:r>
        <w:rPr>
          <w:b/>
        </w:rPr>
        <w:t>[Two sentences: what you sell, to whom, and how email fits: main revenue channel, nurture for sales, retention.]</w:t>
      </w:r>
    </w:p>
    <w:p/>
    <w:p>
      <w:r>
        <w:rPr>
          <w:b w:val="0"/>
        </w:rPr>
        <w:t>About the role</w:t>
      </w:r>
    </w:p>
    <w:p>
      <w:r>
        <w:rPr>
          <w:b w:val="0"/>
        </w:rPr>
        <w:t xml:space="preserve">We're hiring an Email Marketing Manager to own our email program, from strategy to results. You'll plan the calendar, run our automated flows, grow and protect our list, and be measured on </w:t>
      </w:r>
      <w:r>
        <w:rPr>
          <w:b/>
        </w:rPr>
        <w:t>[email revenue / pipeline / retention]</w:t>
      </w:r>
      <w:r>
        <w:rPr>
          <w:b w:val="0"/>
        </w:rPr>
        <w:t xml:space="preserve">. You'll report to </w:t>
      </w:r>
      <w:r>
        <w:rPr>
          <w:b/>
        </w:rPr>
        <w:t>[title]</w:t>
      </w:r>
      <w:r>
        <w:rPr>
          <w:b w:val="0"/>
        </w:rPr>
        <w:t xml:space="preserve"> and manage </w:t>
      </w:r>
      <w:r>
        <w:rPr>
          <w:b/>
        </w:rPr>
        <w:t>[a specialist / an agency / no one yet]</w:t>
      </w:r>
      <w:r>
        <w:rPr>
          <w:b w:val="0"/>
        </w:rPr>
        <w:t>.</w:t>
      </w:r>
    </w:p>
    <w:p/>
    <w:p>
      <w:r>
        <w:rPr>
          <w:b w:val="0"/>
        </w:rPr>
        <w:t>What you'll do</w:t>
      </w:r>
    </w:p>
    <w:p>
      <w:r>
        <w:rPr>
          <w:b w:val="0"/>
        </w:rPr>
        <w:t xml:space="preserve">- Own the email strategy and calendar for </w:t>
      </w:r>
      <w:r>
        <w:rPr>
          <w:b/>
        </w:rPr>
        <w:t>[audiences: customers, prospects, members]</w:t>
      </w:r>
      <w:r>
        <w:rPr>
          <w:b w:val="0"/>
        </w:rPr>
        <w:t>.</w:t>
      </w:r>
    </w:p>
    <w:p>
      <w:r>
        <w:rPr>
          <w:b w:val="0"/>
        </w:rPr>
        <w:t xml:space="preserve">- Build and improve automated flows: welcome, </w:t>
      </w:r>
      <w:r>
        <w:rPr>
          <w:b/>
        </w:rPr>
        <w:t>[abandoned cart, post-purchase, nurture, re-engagement]</w:t>
      </w:r>
      <w:r>
        <w:rPr>
          <w:b w:val="0"/>
        </w:rPr>
        <w:t>.</w:t>
      </w:r>
    </w:p>
    <w:p>
      <w:r>
        <w:rPr>
          <w:b w:val="0"/>
        </w:rPr>
        <w:t xml:space="preserve">- Grow the list through </w:t>
      </w:r>
      <w:r>
        <w:rPr>
          <w:b/>
        </w:rPr>
        <w:t>[sign-up forms, offers, events]</w:t>
      </w:r>
      <w:r>
        <w:rPr>
          <w:b w:val="0"/>
        </w:rPr>
        <w:t xml:space="preserve"> and keep it healthy.</w:t>
      </w:r>
    </w:p>
    <w:p>
      <w:r>
        <w:rPr>
          <w:b w:val="0"/>
        </w:rPr>
        <w:t>- Write or brief all email copy and design and approve every send.</w:t>
      </w:r>
    </w:p>
    <w:p>
      <w:r>
        <w:rPr>
          <w:b w:val="0"/>
        </w:rPr>
        <w:t>- Run a testing plan and share what we learn.</w:t>
      </w:r>
    </w:p>
    <w:p>
      <w:r>
        <w:rPr>
          <w:b w:val="0"/>
        </w:rPr>
        <w:t xml:space="preserve">- Monitor deliverability and authentication with </w:t>
      </w:r>
      <w:r>
        <w:rPr>
          <w:b/>
        </w:rPr>
        <w:t>[IT / the platform]</w:t>
      </w:r>
      <w:r>
        <w:rPr>
          <w:b w:val="0"/>
        </w:rPr>
        <w:t>.</w:t>
      </w:r>
    </w:p>
    <w:p>
      <w:r>
        <w:rPr>
          <w:b w:val="0"/>
        </w:rPr>
        <w:t>- Report on revenue, conversions, list growth and unsubscribe and complaint rates.</w:t>
      </w:r>
    </w:p>
    <w:p/>
    <w:p>
      <w:r>
        <w:rPr>
          <w:b w:val="0"/>
        </w:rPr>
        <w:t>What you'll bring</w:t>
      </w:r>
    </w:p>
    <w:p>
      <w:r>
        <w:rPr>
          <w:b w:val="0"/>
        </w:rPr>
        <w:t>- [X]+ years in email or CRM marketing, including owning a program.</w:t>
      </w:r>
    </w:p>
    <w:p>
      <w:r>
        <w:rPr>
          <w:b w:val="0"/>
        </w:rPr>
        <w:t xml:space="preserve">- Hands-on experience with </w:t>
      </w:r>
      <w:r>
        <w:rPr>
          <w:b/>
        </w:rPr>
        <w:t>[Klaviyo / Braze / Salesforce Marketing Cloud / HubSpot / Mailchimp]</w:t>
      </w:r>
      <w:r>
        <w:rPr>
          <w:b w:val="0"/>
        </w:rPr>
        <w:t>.</w:t>
      </w:r>
    </w:p>
    <w:p>
      <w:r>
        <w:rPr>
          <w:b w:val="0"/>
        </w:rPr>
        <w:t>- Strong writing and an eye for what gets clicked.</w:t>
      </w:r>
    </w:p>
    <w:p>
      <w:r>
        <w:rPr>
          <w:b w:val="0"/>
        </w:rPr>
        <w:t>- Working knowledge of deliverability, CAN-SPAM and consent.</w:t>
      </w:r>
    </w:p>
    <w:p>
      <w:r>
        <w:rPr>
          <w:b w:val="0"/>
        </w:rPr>
        <w:t xml:space="preserve">- Comfort with spreadsheets and reporting; </w:t>
      </w:r>
      <w:r>
        <w:rPr>
          <w:b/>
        </w:rPr>
        <w:t>[SQL or HTML is a plus]</w:t>
      </w:r>
      <w:r>
        <w:rPr>
          <w:b w:val="0"/>
        </w:rPr>
        <w:t>.</w:t>
      </w:r>
    </w:p>
    <w:p/>
    <w:p>
      <w:r>
        <w:rPr>
          <w:b w:val="0"/>
        </w:rPr>
        <w:t>Pay and benefits</w:t>
      </w:r>
    </w:p>
    <w:p>
      <w:r>
        <w:rPr>
          <w:b/>
        </w:rPr>
        <w:t>[Salary range]</w:t>
      </w:r>
      <w:r>
        <w:rPr>
          <w:b w:val="0"/>
        </w:rPr>
        <w:t xml:space="preserve">, </w:t>
      </w:r>
      <w:r>
        <w:rPr>
          <w:b/>
        </w:rPr>
        <w:t>[benefits]</w:t>
      </w:r>
      <w:r>
        <w:rPr>
          <w:b w:val="0"/>
        </w:rPr>
        <w:t xml:space="preserve">, </w:t>
      </w:r>
      <w:r>
        <w:rPr>
          <w:b/>
        </w:rPr>
        <w:t>[location / hybrid / remote]</w:t>
      </w:r>
      <w:r>
        <w:rPr>
          <w:b w:val="0"/>
        </w:rPr>
        <w:t>.</w:t>
      </w:r>
    </w:p>
    <w:p>
      <w:pPr>
        <w:pStyle w:val="Heading2"/>
      </w:pPr>
      <w:r>
        <w:t>Email marketing manager job description</w:t>
      </w:r>
    </w:p>
    <w:p>
      <w:r>
        <w:rPr>
          <w:b w:val="0"/>
        </w:rPr>
        <w:t>Job title: Email Marketing Specialist</w:t>
      </w:r>
    </w:p>
    <w:p/>
    <w:p>
      <w:r>
        <w:rPr>
          <w:b w:val="0"/>
        </w:rPr>
        <w:t>About the role</w:t>
      </w:r>
    </w:p>
    <w:p>
      <w:r>
        <w:rPr>
          <w:b w:val="0"/>
        </w:rPr>
        <w:t xml:space="preserve">We're hiring an Email Marketing Specialist to build, test and send our emails. You'll work with </w:t>
      </w:r>
      <w:r>
        <w:rPr>
          <w:b/>
        </w:rPr>
        <w:t>[the email manager / the marketing team]</w:t>
      </w:r>
      <w:r>
        <w:rPr>
          <w:b w:val="0"/>
        </w:rPr>
        <w:t xml:space="preserve"> to get every campaign out on time, correct and on brand.</w:t>
      </w:r>
    </w:p>
    <w:p/>
    <w:p>
      <w:r>
        <w:rPr>
          <w:b w:val="0"/>
        </w:rPr>
        <w:t>What you'll do</w:t>
      </w:r>
    </w:p>
    <w:p>
      <w:r>
        <w:rPr>
          <w:b w:val="0"/>
        </w:rPr>
        <w:t xml:space="preserve">- Build campaigns and flows in </w:t>
      </w:r>
      <w:r>
        <w:rPr>
          <w:b/>
        </w:rPr>
        <w:t>[platform]</w:t>
      </w:r>
      <w:r>
        <w:rPr>
          <w:b w:val="0"/>
        </w:rPr>
        <w:t xml:space="preserve"> from approved copy and design.</w:t>
      </w:r>
    </w:p>
    <w:p>
      <w:r>
        <w:rPr>
          <w:b w:val="0"/>
        </w:rPr>
        <w:t>- Set up audiences and personalization for each send.</w:t>
      </w:r>
    </w:p>
    <w:p>
      <w:r>
        <w:rPr>
          <w:b w:val="0"/>
        </w:rPr>
        <w:t>- QA every email: rendering, links, personalization, mobile.</w:t>
      </w:r>
    </w:p>
    <w:p>
      <w:r>
        <w:rPr>
          <w:b w:val="0"/>
        </w:rPr>
        <w:t>- Schedule sends and report results each week.</w:t>
      </w:r>
    </w:p>
    <w:p>
      <w:r>
        <w:rPr>
          <w:b w:val="0"/>
        </w:rPr>
        <w:t>- Maintain the list: imports, suppressions, preferences.</w:t>
      </w:r>
    </w:p>
    <w:p>
      <w:r>
        <w:rPr>
          <w:b w:val="0"/>
        </w:rPr>
        <w:t>- Help set up A/B tests and track the results.</w:t>
      </w:r>
    </w:p>
    <w:p/>
    <w:p>
      <w:r>
        <w:rPr>
          <w:b w:val="0"/>
        </w:rPr>
        <w:t>What you'll bring</w:t>
      </w:r>
    </w:p>
    <w:p>
      <w:r>
        <w:rPr>
          <w:b w:val="0"/>
        </w:rPr>
        <w:t xml:space="preserve">- </w:t>
      </w:r>
      <w:r>
        <w:rPr>
          <w:b/>
        </w:rPr>
        <w:t>[0-2]</w:t>
      </w:r>
      <w:r>
        <w:rPr>
          <w:b w:val="0"/>
        </w:rPr>
        <w:t>+ years of email, ecommerce or marketing experience, or a portfolio of emails you've built.</w:t>
      </w:r>
    </w:p>
    <w:p>
      <w:r>
        <w:rPr>
          <w:b w:val="0"/>
        </w:rPr>
        <w:t xml:space="preserve">- Experience with </w:t>
      </w:r>
      <w:r>
        <w:rPr>
          <w:b/>
        </w:rPr>
        <w:t>[platform]</w:t>
      </w:r>
      <w:r>
        <w:rPr>
          <w:b w:val="0"/>
        </w:rPr>
        <w:t xml:space="preserve"> or a similar tool.</w:t>
      </w:r>
    </w:p>
    <w:p>
      <w:r>
        <w:rPr>
          <w:b w:val="0"/>
        </w:rPr>
        <w:t>- Basic HTML and CSS for email.</w:t>
      </w:r>
    </w:p>
    <w:p>
      <w:r>
        <w:rPr>
          <w:b w:val="0"/>
        </w:rPr>
        <w:t>- Close attention to detail.</w:t>
      </w:r>
    </w:p>
    <w:p/>
    <w:p>
      <w:r>
        <w:rPr>
          <w:b w:val="0"/>
        </w:rPr>
        <w:t>Pay and benefits</w:t>
      </w:r>
    </w:p>
    <w:p>
      <w:r>
        <w:rPr>
          <w:b/>
        </w:rPr>
        <w:t>[Salary range]</w:t>
      </w:r>
      <w:r>
        <w:rPr>
          <w:b w:val="0"/>
        </w:rPr>
        <w:t xml:space="preserve">, </w:t>
      </w:r>
      <w:r>
        <w:rPr>
          <w:b/>
        </w:rPr>
        <w:t>[benefits]</w:t>
      </w:r>
      <w:r>
        <w:rPr>
          <w:b w:val="0"/>
        </w:rPr>
        <w:t xml:space="preserve">, </w:t>
      </w:r>
      <w:r>
        <w:rPr>
          <w:b/>
        </w:rPr>
        <w:t>[location / hybrid / remote]</w:t>
      </w:r>
      <w:r>
        <w:rPr>
          <w:b w:val="0"/>
        </w:rPr>
        <w: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