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Marketing Manager Job Description: Templates for Ecommerce, B2B and Senior Roles</w:t>
      </w:r>
    </w:p>
    <w:p>
      <w:r>
        <w:t>Templates from https://knowtheroom.ai/career-guides/email-marketing-manager-job-description/ · Replace everything in [brackets].</w:t>
      </w:r>
    </w:p>
    <w:p>
      <w:pPr>
        <w:pStyle w:val="Heading2"/>
      </w:pPr>
      <w:r>
        <w:t>Ecommerce email marketing manager job description template</w:t>
      </w:r>
    </w:p>
    <w:p>
      <w:r>
        <w:rPr>
          <w:b w:val="0"/>
        </w:rPr>
        <w:t>Job title: Email Marketing Manager (Ecommerce)</w:t>
      </w:r>
    </w:p>
    <w:p/>
    <w:p>
      <w:r>
        <w:rPr>
          <w:b w:val="0"/>
        </w:rPr>
        <w:t xml:space="preserve">About </w:t>
      </w:r>
      <w:r>
        <w:rPr>
          <w:b/>
        </w:rPr>
        <w:t>[Company]</w:t>
      </w:r>
    </w:p>
    <w:p>
      <w:r>
        <w:rPr>
          <w:b/>
        </w:rPr>
        <w:t>[Two sentences: what you sell, to whom, and roughly how much of online revenue email and SMS drive.]</w:t>
      </w:r>
    </w:p>
    <w:p/>
    <w:p>
      <w:r>
        <w:rPr>
          <w:b w:val="0"/>
        </w:rPr>
        <w:t>About the role</w:t>
      </w:r>
    </w:p>
    <w:p>
      <w:r>
        <w:rPr>
          <w:b w:val="0"/>
        </w:rPr>
        <w:t xml:space="preserve">You'll own email </w:t>
      </w:r>
      <w:r>
        <w:rPr>
          <w:b/>
        </w:rPr>
        <w:t>[and SMS]</w:t>
      </w:r>
      <w:r>
        <w:rPr>
          <w:b w:val="0"/>
        </w:rPr>
        <w:t xml:space="preserve"> for our </w:t>
      </w:r>
      <w:r>
        <w:rPr>
          <w:b/>
        </w:rPr>
        <w:t>[number]</w:t>
      </w:r>
      <w:r>
        <w:rPr>
          <w:b w:val="0"/>
        </w:rPr>
        <w:t xml:space="preserve"> subscribers and be measured on email revenue and repeat purchase. You'll plan the campaign calendar with merchandising and brand, run and improve our automated flows, and grow the list. You'll report to </w:t>
      </w:r>
      <w:r>
        <w:rPr>
          <w:b/>
        </w:rPr>
        <w:t>[Head of Ecommerce / Director of Retention]</w:t>
      </w:r>
      <w:r>
        <w:rPr>
          <w:b w:val="0"/>
        </w:rPr>
        <w:t xml:space="preserve"> and work with </w:t>
      </w:r>
      <w:r>
        <w:rPr>
          <w:b/>
        </w:rPr>
        <w:t>[a designer / a specialist / an agency]</w:t>
      </w:r>
      <w:r>
        <w:rPr>
          <w:b w:val="0"/>
        </w:rPr>
        <w:t>.</w:t>
      </w:r>
    </w:p>
    <w:p/>
    <w:p>
      <w:r>
        <w:rPr>
          <w:b w:val="0"/>
        </w:rPr>
        <w:t>What you'll do</w:t>
      </w:r>
    </w:p>
    <w:p>
      <w:r>
        <w:rPr>
          <w:b w:val="0"/>
        </w:rPr>
        <w:t xml:space="preserve">- Plan and send </w:t>
      </w:r>
      <w:r>
        <w:rPr>
          <w:b/>
        </w:rPr>
        <w:t>[number]</w:t>
      </w:r>
      <w:r>
        <w:rPr>
          <w:b w:val="0"/>
        </w:rPr>
        <w:t xml:space="preserve"> campaigns a month around launches, promotions and the trading calendar.</w:t>
      </w:r>
    </w:p>
    <w:p>
      <w:r>
        <w:rPr>
          <w:b w:val="0"/>
        </w:rPr>
        <w:t>- Own automated flows: welcome, browse and cart abandonment, post-purchase, replenishment, win-back and VIP.</w:t>
      </w:r>
    </w:p>
    <w:p>
      <w:r>
        <w:rPr>
          <w:b w:val="0"/>
        </w:rPr>
        <w:t xml:space="preserve">- Grow the list through sign-up forms, offers and </w:t>
      </w:r>
      <w:r>
        <w:rPr>
          <w:b/>
        </w:rPr>
        <w:t>[quizzes / loyalty]</w:t>
      </w:r>
      <w:r>
        <w:rPr>
          <w:b w:val="0"/>
        </w:rPr>
        <w:t>, and keep it healthy.</w:t>
      </w:r>
    </w:p>
    <w:p>
      <w:r>
        <w:rPr>
          <w:b w:val="0"/>
        </w:rPr>
        <w:t>- Segment by purchase behavior, product interest and value.</w:t>
      </w:r>
    </w:p>
    <w:p>
      <w:r>
        <w:rPr>
          <w:b w:val="0"/>
        </w:rPr>
        <w:t>- Run a testing plan on subject lines, offers, timing and flow structure.</w:t>
      </w:r>
    </w:p>
    <w:p>
      <w:r>
        <w:rPr>
          <w:b w:val="0"/>
        </w:rPr>
        <w:t>- Monitor deliverability, authentication and complaint rates.</w:t>
      </w:r>
    </w:p>
    <w:p>
      <w:r>
        <w:rPr>
          <w:b w:val="0"/>
        </w:rPr>
        <w:t>- Report weekly on email revenue, revenue per recipient, list growth and unsubscribes.</w:t>
      </w:r>
    </w:p>
    <w:p/>
    <w:p>
      <w:r>
        <w:rPr>
          <w:b w:val="0"/>
        </w:rPr>
        <w:t>What you'll bring</w:t>
      </w:r>
    </w:p>
    <w:p>
      <w:r>
        <w:rPr>
          <w:b w:val="0"/>
        </w:rPr>
        <w:t xml:space="preserve">- </w:t>
      </w:r>
      <w:r>
        <w:rPr>
          <w:b/>
        </w:rPr>
        <w:t>[3-5]</w:t>
      </w:r>
      <w:r>
        <w:rPr>
          <w:b w:val="0"/>
        </w:rPr>
        <w:t>+ years in ecommerce email or CRM, owning flows and a calendar.</w:t>
      </w:r>
    </w:p>
    <w:p>
      <w:r>
        <w:rPr>
          <w:b w:val="0"/>
        </w:rPr>
        <w:t xml:space="preserve">- Hands-on </w:t>
      </w:r>
      <w:r>
        <w:rPr>
          <w:b/>
        </w:rPr>
        <w:t>[Klaviyo / Attentive / Braze / Salesforce Marketing Cloud]</w:t>
      </w:r>
      <w:r>
        <w:rPr>
          <w:b w:val="0"/>
        </w:rPr>
        <w:t>.</w:t>
      </w:r>
    </w:p>
    <w:p>
      <w:r>
        <w:rPr>
          <w:b w:val="0"/>
        </w:rPr>
        <w:t>- Commercial judgment about offers and margin.</w:t>
      </w:r>
    </w:p>
    <w:p>
      <w:r>
        <w:rPr>
          <w:b w:val="0"/>
        </w:rPr>
        <w:t>- Clear, on-brand writing, or experience briefing copy and design.</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p>
      <w:pPr>
        <w:pStyle w:val="Heading2"/>
      </w:pPr>
      <w:r>
        <w:t>B2B email marketing manager job description template</w:t>
      </w:r>
    </w:p>
    <w:p>
      <w:r>
        <w:rPr>
          <w:b w:val="0"/>
        </w:rPr>
        <w:t>Job title: Email Marketing Manager (B2B)</w:t>
      </w:r>
    </w:p>
    <w:p/>
    <w:p>
      <w:r>
        <w:rPr>
          <w:b w:val="0"/>
        </w:rPr>
        <w:t xml:space="preserve">About </w:t>
      </w:r>
      <w:r>
        <w:rPr>
          <w:b/>
        </w:rPr>
        <w:t>[Company]</w:t>
      </w:r>
    </w:p>
    <w:p>
      <w:r>
        <w:rPr>
          <w:b/>
        </w:rPr>
        <w:t>[Two sentences: the product, who buys it, and how marketing supports sales.]</w:t>
      </w:r>
    </w:p>
    <w:p/>
    <w:p>
      <w:r>
        <w:rPr>
          <w:b w:val="0"/>
        </w:rPr>
        <w:t>About the role</w:t>
      </w:r>
    </w:p>
    <w:p>
      <w:r>
        <w:rPr>
          <w:b w:val="0"/>
        </w:rPr>
        <w:t>You'll run email for prospects and customers, from nurture to onboarding and product news, and be measured on conversion from lead to opportunity and on pipeline. You'll work closely with demand generation, marketing operations and sales.</w:t>
      </w:r>
    </w:p>
    <w:p/>
    <w:p>
      <w:r>
        <w:rPr>
          <w:b w:val="0"/>
        </w:rPr>
        <w:t>What you'll do</w:t>
      </w:r>
    </w:p>
    <w:p>
      <w:r>
        <w:rPr>
          <w:b w:val="0"/>
        </w:rPr>
        <w:t>- Build and improve nurture tracks by persona, industry and stage.</w:t>
      </w:r>
    </w:p>
    <w:p>
      <w:r>
        <w:rPr>
          <w:b w:val="0"/>
        </w:rPr>
        <w:t>- Run email for webinars, events, content launches and product announcements.</w:t>
      </w:r>
    </w:p>
    <w:p>
      <w:r>
        <w:rPr>
          <w:b w:val="0"/>
        </w:rPr>
        <w:t xml:space="preserve">- Own customer email: onboarding, adoption and newsletters, with </w:t>
      </w:r>
      <w:r>
        <w:rPr>
          <w:b/>
        </w:rPr>
        <w:t>[customer success]</w:t>
      </w:r>
      <w:r>
        <w:rPr>
          <w:b w:val="0"/>
        </w:rPr>
        <w:t>.</w:t>
      </w:r>
    </w:p>
    <w:p>
      <w:r>
        <w:rPr>
          <w:b w:val="0"/>
        </w:rPr>
        <w:t xml:space="preserve">- Work with marketing operations on lead scoring, routing and data in </w:t>
      </w:r>
      <w:r>
        <w:rPr>
          <w:b/>
        </w:rPr>
        <w:t>[HubSpot / Marketo / Salesforce]</w:t>
      </w:r>
      <w:r>
        <w:rPr>
          <w:b w:val="0"/>
        </w:rPr>
        <w:t>.</w:t>
      </w:r>
    </w:p>
    <w:p>
      <w:r>
        <w:rPr>
          <w:b w:val="0"/>
        </w:rPr>
        <w:t>- Test and report on conversion, pipeline influenced and unsubscribe rates.</w:t>
      </w:r>
    </w:p>
    <w:p>
      <w:r>
        <w:rPr>
          <w:b w:val="0"/>
        </w:rPr>
        <w:t>- Keep consent and preferences accurate across regions.</w:t>
      </w:r>
    </w:p>
    <w:p/>
    <w:p>
      <w:r>
        <w:rPr>
          <w:b w:val="0"/>
        </w:rPr>
        <w:t>What you'll bring</w:t>
      </w:r>
    </w:p>
    <w:p>
      <w:r>
        <w:rPr>
          <w:b w:val="0"/>
        </w:rPr>
        <w:t xml:space="preserve">- </w:t>
      </w:r>
      <w:r>
        <w:rPr>
          <w:b/>
        </w:rPr>
        <w:t>[3-5]</w:t>
      </w:r>
      <w:r>
        <w:rPr>
          <w:b w:val="0"/>
        </w:rPr>
        <w:t>+ years in B2B email or marketing automation.</w:t>
      </w:r>
    </w:p>
    <w:p>
      <w:r>
        <w:rPr>
          <w:b w:val="0"/>
        </w:rPr>
        <w:t xml:space="preserve">- Hands-on </w:t>
      </w:r>
      <w:r>
        <w:rPr>
          <w:b/>
        </w:rPr>
        <w:t>[HubSpot / Marketo / Pardot (Account Engagement)]</w:t>
      </w:r>
      <w:r>
        <w:rPr>
          <w:b w:val="0"/>
        </w:rPr>
        <w:t>.</w:t>
      </w:r>
    </w:p>
    <w:p>
      <w:r>
        <w:rPr>
          <w:b w:val="0"/>
        </w:rPr>
        <w:t>- An understanding of the sales funnel and lead management.</w:t>
      </w:r>
    </w:p>
    <w:p>
      <w:r>
        <w:rPr>
          <w:b w:val="0"/>
        </w:rPr>
        <w:t>- Clear writing for business readers.</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p>
      <w:pPr>
        <w:pStyle w:val="Heading2"/>
      </w:pPr>
      <w:r>
        <w:t>Senior email marketing manager or head of email template</w:t>
      </w:r>
    </w:p>
    <w:p>
      <w:r>
        <w:rPr>
          <w:b w:val="0"/>
        </w:rPr>
        <w:t>Job title: Senior Email Marketing Manager / Head of Email and CRM</w:t>
      </w:r>
    </w:p>
    <w:p/>
    <w:p>
      <w:r>
        <w:rPr>
          <w:b w:val="0"/>
        </w:rPr>
        <w:t>About the role</w:t>
      </w:r>
    </w:p>
    <w:p>
      <w:r>
        <w:rPr>
          <w:b w:val="0"/>
        </w:rPr>
        <w:t xml:space="preserve">You'll lead our owned channels (email, SMS, </w:t>
      </w:r>
      <w:r>
        <w:rPr>
          <w:b/>
        </w:rPr>
        <w:t>[push]</w:t>
      </w:r>
      <w:r>
        <w:rPr>
          <w:b w:val="0"/>
        </w:rPr>
        <w:t>) and the team that runs them, own the channel's revenue or retention target and its budget, and set the roadmap for automation, personalization and data.</w:t>
      </w:r>
    </w:p>
    <w:p/>
    <w:p>
      <w:r>
        <w:rPr>
          <w:b w:val="0"/>
        </w:rPr>
        <w:t>What you'll do</w:t>
      </w:r>
    </w:p>
    <w:p>
      <w:r>
        <w:rPr>
          <w:b w:val="0"/>
        </w:rPr>
        <w:t>- Set the email and SMS strategy and annual plan, with targets.</w:t>
      </w:r>
    </w:p>
    <w:p>
      <w:r>
        <w:rPr>
          <w:b w:val="0"/>
        </w:rPr>
        <w:t xml:space="preserve">- Lead a team of </w:t>
      </w:r>
      <w:r>
        <w:rPr>
          <w:b/>
        </w:rPr>
        <w:t>[number]</w:t>
      </w:r>
      <w:r>
        <w:rPr>
          <w:b w:val="0"/>
        </w:rPr>
        <w:t xml:space="preserve"> and manage </w:t>
      </w:r>
      <w:r>
        <w:rPr>
          <w:b/>
        </w:rPr>
        <w:t>[agency / platform]</w:t>
      </w:r>
      <w:r>
        <w:rPr>
          <w:b w:val="0"/>
        </w:rPr>
        <w:t xml:space="preserve"> relationships.</w:t>
      </w:r>
    </w:p>
    <w:p>
      <w:r>
        <w:rPr>
          <w:b w:val="0"/>
        </w:rPr>
        <w:t>- Own the roadmap for segmentation, personalization and new flows with data and engineering.</w:t>
      </w:r>
    </w:p>
    <w:p>
      <w:r>
        <w:rPr>
          <w:b w:val="0"/>
        </w:rPr>
        <w:t>- Measure incremental impact with holdout groups.</w:t>
      </w:r>
    </w:p>
    <w:p>
      <w:r>
        <w:rPr>
          <w:b w:val="0"/>
        </w:rPr>
        <w:t>- Own deliverability, consent and the sending policy across the company.</w:t>
      </w:r>
    </w:p>
    <w:p>
      <w:r>
        <w:rPr>
          <w:b w:val="0"/>
        </w:rPr>
        <w:t>- Forecast and report channel results to leadership.</w:t>
      </w:r>
    </w:p>
    <w:p/>
    <w:p>
      <w:r>
        <w:rPr>
          <w:b w:val="0"/>
        </w:rPr>
        <w:t>What you'll bring</w:t>
      </w:r>
    </w:p>
    <w:p>
      <w:r>
        <w:rPr>
          <w:b w:val="0"/>
        </w:rPr>
        <w:t>- [7]+ years in email or CRM, including leading people.</w:t>
      </w:r>
    </w:p>
    <w:p>
      <w:r>
        <w:rPr>
          <w:b w:val="0"/>
        </w:rPr>
        <w:t>- A record of growing a program's revenue or retention.</w:t>
      </w:r>
    </w:p>
    <w:p>
      <w:r>
        <w:rPr>
          <w:b w:val="0"/>
        </w:rPr>
        <w:t>- Experience choosing or migrating platforms.</w:t>
      </w:r>
    </w:p>
    <w:p>
      <w:r>
        <w:rPr>
          <w:b w:val="0"/>
        </w:rPr>
        <w:t xml:space="preserve">- Comfort with data and working with analysts; </w:t>
      </w:r>
      <w:r>
        <w:rPr>
          <w:b/>
        </w:rPr>
        <w:t>[SQL a plus]</w:t>
      </w:r>
      <w:r>
        <w:rPr>
          <w:b w:val="0"/>
        </w:rPr>
        <w:t>.</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