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Ecommerce Resume: Example, Template and Bullets for Ecommerce Managers and Marketers</w:t>
      </w:r>
    </w:p>
    <w:p>
      <w:r>
        <w:t>Templates from https://knowtheroom.ai/career-guides/ecommerce-resume/ · Replace everything in [brackets].</w:t>
      </w:r>
    </w:p>
    <w:p>
      <w:pPr>
        <w:pStyle w:val="Heading2"/>
      </w:pPr>
      <w:r>
        <w:t>Ecommerce resume example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/>
    <w:p>
      <w:r>
        <w:rPr>
          <w:b w:val="0"/>
        </w:rPr>
        <w:t>SUMMARY</w:t>
      </w:r>
    </w:p>
    <w:p>
      <w:r>
        <w:rPr>
          <w:b w:val="0"/>
        </w:rPr>
        <w:t xml:space="preserve">Ecommerce manager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[the brand's own site / Amazon and the brand site]</w:t>
      </w:r>
      <w:r>
        <w:rPr>
          <w:b w:val="0"/>
        </w:rPr>
        <w:t xml:space="preserve"> for </w:t>
      </w:r>
      <w:r>
        <w:rPr>
          <w:b/>
        </w:rPr>
        <w:t>[category]</w:t>
      </w:r>
      <w:r>
        <w:rPr>
          <w:b w:val="0"/>
        </w:rPr>
        <w:t xml:space="preserve"> brands. Grew online revenue from $[x] to $[y]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[main lever: conversion work, new product launches, retention]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 w:val="0"/>
        </w:rPr>
        <w:t xml:space="preserve">Ecommerce Manager,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Present)</w:t>
      </w:r>
    </w:p>
    <w:p>
      <w:r>
        <w:rPr>
          <w:b w:val="0"/>
        </w:rPr>
        <w:t xml:space="preserve">- Own the </w:t>
      </w:r>
      <w:r>
        <w:rPr>
          <w:b/>
        </w:rPr>
        <w:t>[Shopify]</w:t>
      </w:r>
      <w:r>
        <w:rPr>
          <w:b w:val="0"/>
        </w:rPr>
        <w:t xml:space="preserve"> store ($[x]M annual revenue): merchandising, promotions, product pages and the trading calendar.</w:t>
      </w:r>
    </w:p>
    <w:p>
      <w:r>
        <w:rPr>
          <w:b w:val="0"/>
        </w:rPr>
        <w:t xml:space="preserve">- Redesigned the checkout with </w:t>
      </w:r>
      <w:r>
        <w:rPr>
          <w:b/>
        </w:rPr>
        <w:t>[developer / agency]</w:t>
      </w:r>
      <w:r>
        <w:rPr>
          <w:b w:val="0"/>
        </w:rPr>
        <w:t xml:space="preserve">, raising conversion rate from [x]% to [y]%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Launched </w:t>
      </w:r>
      <w:r>
        <w:rPr>
          <w:b/>
        </w:rPr>
        <w:t>[bundles / free-shipping threshold / subscriptions]</w:t>
      </w:r>
      <w:r>
        <w:rPr>
          <w:b w:val="0"/>
        </w:rPr>
        <w:t>, lifting average order value from $[x] to $[y].</w:t>
      </w:r>
    </w:p>
    <w:p>
      <w:r>
        <w:rPr>
          <w:b w:val="0"/>
        </w:rPr>
        <w:t xml:space="preserve">- Planned </w:t>
      </w:r>
      <w:r>
        <w:rPr>
          <w:b/>
        </w:rPr>
        <w:t>[Black Friday / peak season]</w:t>
      </w:r>
      <w:r>
        <w:rPr>
          <w:b w:val="0"/>
        </w:rPr>
        <w:t xml:space="preserve"> with marketing and operations: </w:t>
      </w:r>
      <w:r>
        <w:rPr>
          <w:b/>
        </w:rPr>
        <w:t>[result against target]</w:t>
      </w:r>
      <w:r>
        <w:rPr>
          <w:b w:val="0"/>
        </w:rPr>
        <w:t xml:space="preserve">, with </w:t>
      </w:r>
      <w:r>
        <w:rPr>
          <w:b/>
        </w:rPr>
        <w:t>[stock-outs / site issues]</w:t>
      </w:r>
      <w:r>
        <w:rPr>
          <w:b w:val="0"/>
        </w:rPr>
        <w:t xml:space="preserve"> kept to </w:t>
      </w:r>
      <w:r>
        <w:rPr>
          <w:b/>
        </w:rPr>
        <w:t>[number]</w:t>
      </w:r>
      <w:r>
        <w:rPr>
          <w:b w:val="0"/>
        </w:rPr>
        <w:t>.</w:t>
      </w:r>
    </w:p>
    <w:p>
      <w:r>
        <w:rPr>
          <w:b w:val="0"/>
        </w:rPr>
        <w:t xml:space="preserve">- Report weekly trading (revenue, traffic, conversion, AOV, returns) to </w:t>
      </w:r>
      <w:r>
        <w:rPr>
          <w:b/>
        </w:rPr>
        <w:t>[leadership]</w:t>
      </w:r>
      <w:r>
        <w:rPr>
          <w:b w:val="0"/>
        </w:rPr>
        <w:t>.</w:t>
      </w:r>
    </w:p>
    <w:p/>
    <w:p>
      <w:r>
        <w:rPr>
          <w:b w:val="0"/>
        </w:rPr>
        <w:t xml:space="preserve">Ecommerce Coordinator,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  <w:r>
        <w:rPr>
          <w:b w:val="0"/>
        </w:rPr>
        <w:t>)</w:t>
      </w:r>
    </w:p>
    <w:p>
      <w:r>
        <w:rPr>
          <w:b w:val="0"/>
        </w:rPr>
        <w:t xml:space="preserve">- Loaded and maintained </w:t>
      </w:r>
      <w:r>
        <w:rPr>
          <w:b/>
        </w:rPr>
        <w:t>[number]</w:t>
      </w:r>
      <w:r>
        <w:rPr>
          <w:b w:val="0"/>
        </w:rPr>
        <w:t xml:space="preserve"> product pages, fixing </w:t>
      </w:r>
      <w:r>
        <w:rPr>
          <w:b/>
        </w:rPr>
        <w:t>[missing images / weak copy / wrong attributes]</w:t>
      </w:r>
      <w:r>
        <w:rPr>
          <w:b w:val="0"/>
        </w:rPr>
        <w:t xml:space="preserve"> on the </w:t>
      </w:r>
      <w:r>
        <w:rPr>
          <w:b/>
        </w:rPr>
        <w:t>[number]</w:t>
      </w:r>
      <w:r>
        <w:rPr>
          <w:b w:val="0"/>
        </w:rPr>
        <w:t xml:space="preserve"> best sellers.</w:t>
      </w:r>
    </w:p>
    <w:p>
      <w:r>
        <w:rPr>
          <w:b w:val="0"/>
        </w:rPr>
        <w:t xml:space="preserve">- Ran on-site promotions and banners for </w:t>
      </w:r>
      <w:r>
        <w:rPr>
          <w:b/>
        </w:rPr>
        <w:t>[number]</w:t>
      </w:r>
      <w:r>
        <w:rPr>
          <w:b w:val="0"/>
        </w:rPr>
        <w:t xml:space="preserve"> campaigns a year, all live on time.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Platforms: </w:t>
      </w:r>
      <w:r>
        <w:rPr>
          <w:b/>
        </w:rPr>
        <w:t>[Shopify, Amazon Seller Central, Salesforce Commerce Cloud]</w:t>
      </w:r>
    </w:p>
    <w:p>
      <w:r>
        <w:rPr>
          <w:b w:val="0"/>
        </w:rPr>
        <w:t xml:space="preserve">Tools: </w:t>
      </w:r>
      <w:r>
        <w:rPr>
          <w:b/>
        </w:rPr>
        <w:t>[GA4, Klaviyo, Google Merchant Center, a testing tool, Excel or Google Sheets]</w:t>
      </w:r>
    </w:p>
    <w:p>
      <w:r>
        <w:rPr>
          <w:b w:val="0"/>
        </w:rPr>
        <w:t>Strengths: [merchandising, conversion rate optimization, promotions planning, trading reports]</w:t>
      </w:r>
    </w:p>
    <w:p/>
    <w:p>
      <w:r>
        <w:rPr>
          <w:b w:val="0"/>
        </w:rPr>
        <w:t>EDUCATION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 (</w:t>
      </w:r>
      <w:r>
        <w:rPr>
          <w:b/>
        </w:rPr>
        <w:t>[Year]</w:t>
      </w:r>
      <w:r>
        <w:rPr>
          <w:b w:val="0"/>
        </w:rPr>
        <w:t>)</w:t>
      </w:r>
    </w:p>
    <w:p>
      <w:pPr>
        <w:pStyle w:val="Heading2"/>
      </w:pPr>
      <w:r>
        <w:t>DTC brand bullets</w:t>
      </w:r>
    </w:p>
    <w:p>
      <w:r>
        <w:rPr>
          <w:b w:val="0"/>
        </w:rPr>
        <w:t xml:space="preserve">- Grew the brand site from $[x]M to $[y]M in </w:t>
      </w:r>
      <w:r>
        <w:rPr>
          <w:b/>
        </w:rPr>
        <w:t>[time]</w:t>
      </w:r>
      <w:r>
        <w:rPr>
          <w:b w:val="0"/>
        </w:rPr>
        <w:t xml:space="preserve"> while holding customer acquisition cost at $[x].</w:t>
      </w:r>
    </w:p>
    <w:p>
      <w:r>
        <w:rPr>
          <w:b w:val="0"/>
        </w:rPr>
        <w:t xml:space="preserve">- Built the post-purchase and replenishment flows in </w:t>
      </w:r>
      <w:r>
        <w:rPr>
          <w:b/>
        </w:rPr>
        <w:t>[Klaviyo]</w:t>
      </w:r>
      <w:r>
        <w:rPr>
          <w:b w:val="0"/>
        </w:rPr>
        <w:t>, raising 90-day repeat purchase rate from [x]% to [y]%.</w:t>
      </w:r>
    </w:p>
    <w:p>
      <w:r>
        <w:rPr>
          <w:b w:val="0"/>
        </w:rPr>
        <w:t xml:space="preserve">- Tested </w:t>
      </w:r>
      <w:r>
        <w:rPr>
          <w:b/>
        </w:rPr>
        <w:t>[number]</w:t>
      </w:r>
      <w:r>
        <w:rPr>
          <w:b w:val="0"/>
        </w:rPr>
        <w:t xml:space="preserve"> product page layouts; the winner raised add-to-cart rate by [x]%.</w:t>
      </w:r>
    </w:p>
    <w:p>
      <w:pPr>
        <w:pStyle w:val="Heading2"/>
      </w:pPr>
      <w:r>
        <w:t>Marketplace bullets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products on Amazon ($[x]M annual sales), raising </w:t>
      </w:r>
      <w:r>
        <w:rPr>
          <w:b/>
        </w:rPr>
        <w:t>[category]</w:t>
      </w:r>
      <w:r>
        <w:rPr>
          <w:b w:val="0"/>
        </w:rPr>
        <w:t xml:space="preserve"> best-seller rank from [x] to [y].</w:t>
      </w:r>
    </w:p>
    <w:p>
      <w:r>
        <w:rPr>
          <w:b w:val="0"/>
        </w:rPr>
        <w:t>- Cut advertising cost of sales from [x]% to [y]% by restructuring sponsored product campaigns.</w:t>
      </w:r>
    </w:p>
    <w:p>
      <w:r>
        <w:rPr>
          <w:b w:val="0"/>
        </w:rPr>
        <w:t xml:space="preserve">- Rewrote titles, bullets and images for the top </w:t>
      </w:r>
      <w:r>
        <w:rPr>
          <w:b/>
        </w:rPr>
        <w:t>[number]</w:t>
      </w:r>
      <w:r>
        <w:rPr>
          <w:b w:val="0"/>
        </w:rPr>
        <w:t xml:space="preserve"> listings, lifting conversion by [x]%.</w:t>
      </w:r>
    </w:p>
    <w:p>
      <w:pPr>
        <w:pStyle w:val="Heading2"/>
      </w:pPr>
      <w:r>
        <w:t>Retail bullets</w:t>
      </w:r>
    </w:p>
    <w:p>
      <w:r>
        <w:rPr>
          <w:b w:val="0"/>
        </w:rPr>
        <w:t xml:space="preserve">- Ran the online trading calendar for </w:t>
      </w:r>
      <w:r>
        <w:rPr>
          <w:b/>
        </w:rPr>
        <w:t>[number]</w:t>
      </w:r>
      <w:r>
        <w:rPr>
          <w:b w:val="0"/>
        </w:rPr>
        <w:t xml:space="preserve"> product categories and </w:t>
      </w:r>
      <w:r>
        <w:rPr>
          <w:b/>
        </w:rPr>
        <w:t>[number]</w:t>
      </w:r>
      <w:r>
        <w:rPr>
          <w:b w:val="0"/>
        </w:rPr>
        <w:t xml:space="preserve"> promotions a year.</w:t>
      </w:r>
    </w:p>
    <w:p>
      <w:r>
        <w:rPr>
          <w:b w:val="0"/>
        </w:rPr>
        <w:t xml:space="preserve">- Fixed site search for the top </w:t>
      </w:r>
      <w:r>
        <w:rPr>
          <w:b/>
        </w:rPr>
        <w:t>[number]</w:t>
      </w:r>
      <w:r>
        <w:rPr>
          <w:b w:val="0"/>
        </w:rPr>
        <w:t xml:space="preserve"> zero-result queries, raising search conversion by [x]%.</w:t>
      </w:r>
    </w:p>
    <w:p>
      <w:r>
        <w:rPr>
          <w:b w:val="0"/>
        </w:rPr>
        <w:t xml:space="preserve">- Launched </w:t>
      </w:r>
      <w:r>
        <w:rPr>
          <w:b/>
        </w:rPr>
        <w:t>[buy online, pick up in store / same-day delivery]</w:t>
      </w:r>
      <w:r>
        <w:rPr>
          <w:b w:val="0"/>
        </w:rPr>
        <w:t xml:space="preserve"> with operations, reaching [x]% of online orders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an ecommerce resume with no experience?</w:t>
      </w:r>
    </w:p>
    <w:p>
      <w:r>
        <w:rPr>
          <w:b w:val="0"/>
        </w:rPr>
        <w:t xml:space="preserve">Founder, </w:t>
      </w:r>
      <w:r>
        <w:rPr>
          <w:b/>
        </w:rPr>
        <w:t>[Store name]</w:t>
      </w:r>
      <w:r>
        <w:rPr>
          <w:b w:val="0"/>
        </w:rPr>
        <w:t xml:space="preserve"> (</w:t>
      </w:r>
      <w:r>
        <w:rPr>
          <w:b/>
        </w:rPr>
        <w:t>[Platform]</w:t>
      </w:r>
      <w:r>
        <w:rPr>
          <w:b w:val="0"/>
        </w:rPr>
        <w:t>), (</w:t>
      </w:r>
      <w:r>
        <w:rPr>
          <w:b/>
        </w:rPr>
        <w:t>[Month Year]</w:t>
      </w:r>
      <w:r>
        <w:rPr>
          <w:b w:val="0"/>
        </w:rPr>
        <w:t xml:space="preserve"> to Present)</w:t>
      </w:r>
    </w:p>
    <w:p>
      <w:r>
        <w:rPr>
          <w:b w:val="0"/>
        </w:rPr>
        <w:t xml:space="preserve">- Built and run a </w:t>
      </w:r>
      <w:r>
        <w:rPr>
          <w:b/>
        </w:rPr>
        <w:t>[category]</w:t>
      </w:r>
      <w:r>
        <w:rPr>
          <w:b w:val="0"/>
        </w:rPr>
        <w:t xml:space="preserve"> store on Shopify: </w:t>
      </w:r>
      <w:r>
        <w:rPr>
          <w:b/>
        </w:rPr>
        <w:t>[number]</w:t>
      </w:r>
      <w:r>
        <w:rPr>
          <w:b w:val="0"/>
        </w:rPr>
        <w:t xml:space="preserve"> products, $[x] in sales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Grew traffic through </w:t>
      </w:r>
      <w:r>
        <w:rPr>
          <w:b/>
        </w:rPr>
        <w:t>[TikTok / Instagram / search]</w:t>
      </w:r>
      <w:r>
        <w:rPr>
          <w:b w:val="0"/>
        </w:rPr>
        <w:t>, reaching a [x]% conversion rate.</w:t>
      </w:r>
    </w:p>
    <w:p>
      <w:r>
        <w:rPr>
          <w:b w:val="0"/>
        </w:rPr>
        <w:t>- Set up email capture and a welcome flow that drives [x]% of sales.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