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Specialist Resume: Example, Template and Bullets by Employer</w:t>
      </w:r>
    </w:p>
    <w:p>
      <w:r>
        <w:t>Templates from https://knowtheroom.ai/career-guides/digital-marketing-specialist-resume/ · Replace everything in [brackets].</w:t>
      </w:r>
    </w:p>
    <w:p>
      <w:pPr>
        <w:pStyle w:val="Heading2"/>
      </w:pPr>
      <w:r>
        <w:t>Digital marketing specialist resume example</w:t>
      </w:r>
    </w:p>
    <w:p>
      <w:r>
        <w:rPr>
          <w:b/>
        </w:rPr>
        <w:t>[Your Name]</w:t>
      </w:r>
    </w:p>
    <w:p>
      <w:r>
        <w:rPr>
          <w:b/>
        </w:rPr>
        <w:t>[City, State]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or results page, optional]</w:t>
      </w:r>
    </w:p>
    <w:p/>
    <w:p>
      <w:r>
        <w:rPr>
          <w:b w:val="0"/>
        </w:rPr>
        <w:t>SUMMARY</w:t>
      </w:r>
    </w:p>
    <w:p>
      <w:r>
        <w:rPr>
          <w:b w:val="0"/>
        </w:rPr>
        <w:t xml:space="preserve">Digital marketing specialist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[paid social, email and SEO]</w:t>
      </w:r>
      <w:r>
        <w:rPr>
          <w:b w:val="0"/>
        </w:rPr>
        <w:t xml:space="preserve"> for </w:t>
      </w:r>
      <w:r>
        <w:rPr>
          <w:b/>
        </w:rPr>
        <w:t>[kind of company]</w:t>
      </w:r>
      <w:r>
        <w:rPr>
          <w:b w:val="0"/>
        </w:rPr>
        <w:t xml:space="preserve">. Most recent result: </w:t>
      </w:r>
      <w:r>
        <w:rPr>
          <w:b/>
        </w:rPr>
        <w:t>[result with a number]</w:t>
      </w:r>
      <w:r>
        <w:rPr>
          <w:b w:val="0"/>
        </w:rPr>
        <w:t xml:space="preserve"> on a $</w:t>
      </w:r>
      <w:r>
        <w:rPr>
          <w:b/>
        </w:rPr>
        <w:t>[budget]</w:t>
      </w:r>
      <w:r>
        <w:rPr>
          <w:b w:val="0"/>
        </w:rPr>
        <w:t xml:space="preserve"> monthly budget.</w:t>
      </w:r>
    </w:p>
    <w:p/>
    <w:p>
      <w:r>
        <w:rPr>
          <w:b w:val="0"/>
        </w:rPr>
        <w:t>EXPERIENCE</w:t>
      </w:r>
    </w:p>
    <w:p>
      <w:r>
        <w:rPr>
          <w:b w:val="0"/>
        </w:rPr>
        <w:t xml:space="preserve">Digital Marketing Specialist,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Present)</w:t>
      </w:r>
    </w:p>
    <w:p>
      <w:r>
        <w:rPr>
          <w:b w:val="0"/>
        </w:rPr>
        <w:t xml:space="preserve">- Run </w:t>
      </w:r>
      <w:r>
        <w:rPr>
          <w:b/>
        </w:rPr>
        <w:t>[Meta and Google Ads]</w:t>
      </w:r>
      <w:r>
        <w:rPr>
          <w:b w:val="0"/>
        </w:rPr>
        <w:t xml:space="preserve"> campaigns with a $</w:t>
      </w:r>
      <w:r>
        <w:rPr>
          <w:b/>
        </w:rPr>
        <w:t>[budget]</w:t>
      </w:r>
      <w:r>
        <w:rPr>
          <w:b w:val="0"/>
        </w:rPr>
        <w:t xml:space="preserve"> monthly budget, lowering cost per </w:t>
      </w:r>
      <w:r>
        <w:rPr>
          <w:b/>
        </w:rPr>
        <w:t>[purchase / lead]</w:t>
      </w:r>
      <w:r>
        <w:rPr>
          <w:b w:val="0"/>
        </w:rPr>
        <w:t xml:space="preserve"> from $[x] to $[y]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automated email flows in </w:t>
      </w:r>
      <w:r>
        <w:rPr>
          <w:b/>
        </w:rPr>
        <w:t>[platform]</w:t>
      </w:r>
      <w:r>
        <w:rPr>
          <w:b w:val="0"/>
        </w:rPr>
        <w:t xml:space="preserve">, adding </w:t>
      </w:r>
      <w:r>
        <w:rPr>
          <w:b/>
        </w:rPr>
        <w:t>[result: revenue, orders or reactivated customers]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Rebuilt </w:t>
      </w:r>
      <w:r>
        <w:rPr>
          <w:b/>
        </w:rPr>
        <w:t>[number]</w:t>
      </w:r>
      <w:r>
        <w:rPr>
          <w:b w:val="0"/>
        </w:rPr>
        <w:t xml:space="preserve"> landing pages with design, raising conversion rate from [x]% to [y]%.</w:t>
      </w:r>
    </w:p>
    <w:p>
      <w:r>
        <w:rPr>
          <w:b w:val="0"/>
        </w:rPr>
        <w:t>- Set up conversion tracking and UTM conventions in GA4, so the team reports results by channel each week.</w:t>
      </w:r>
    </w:p>
    <w:p/>
    <w:p>
      <w:r>
        <w:rPr>
          <w:b w:val="0"/>
        </w:rPr>
        <w:t xml:space="preserve">Digital Marketing Coordinator,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(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  <w:r>
        <w:rPr>
          <w:b w:val="0"/>
        </w:rPr>
        <w:t>)</w:t>
      </w:r>
    </w:p>
    <w:p>
      <w:r>
        <w:rPr>
          <w:b w:val="0"/>
        </w:rPr>
        <w:t xml:space="preserve">- Scheduled </w:t>
      </w:r>
      <w:r>
        <w:rPr>
          <w:b/>
        </w:rPr>
        <w:t>[number]</w:t>
      </w:r>
      <w:r>
        <w:rPr>
          <w:b w:val="0"/>
        </w:rPr>
        <w:t xml:space="preserve"> social posts a month and launched </w:t>
      </w:r>
      <w:r>
        <w:rPr>
          <w:b/>
        </w:rPr>
        <w:t>[number]</w:t>
      </w:r>
      <w:r>
        <w:rPr>
          <w:b w:val="0"/>
        </w:rPr>
        <w:t xml:space="preserve"> promotional emails, keeping the calendar on time through </w:t>
      </w:r>
      <w:r>
        <w:rPr>
          <w:b/>
        </w:rPr>
        <w:t>[peak season / launch]</w:t>
      </w:r>
      <w:r>
        <w:rPr>
          <w:b w:val="0"/>
        </w:rPr>
        <w:t>.</w:t>
      </w:r>
    </w:p>
    <w:p>
      <w:r>
        <w:rPr>
          <w:b w:val="0"/>
        </w:rPr>
        <w:t xml:space="preserve">- Pulled the weekly performance report for </w:t>
      </w:r>
      <w:r>
        <w:rPr>
          <w:b/>
        </w:rPr>
        <w:t>[number]</w:t>
      </w:r>
      <w:r>
        <w:rPr>
          <w:b w:val="0"/>
        </w:rPr>
        <w:t xml:space="preserve"> channels and flagged </w:t>
      </w:r>
      <w:r>
        <w:rPr>
          <w:b/>
        </w:rPr>
        <w:t>[example of an issue you caught]</w:t>
      </w:r>
      <w:r>
        <w:rPr>
          <w:b w:val="0"/>
        </w:rPr>
        <w:t>.</w:t>
      </w:r>
    </w:p>
    <w:p/>
    <w:p>
      <w:r>
        <w:rPr>
          <w:b w:val="0"/>
        </w:rPr>
        <w:t>SKILLS</w:t>
      </w:r>
    </w:p>
    <w:p>
      <w:r>
        <w:rPr>
          <w:b w:val="0"/>
        </w:rPr>
        <w:t xml:space="preserve">Channels: </w:t>
      </w:r>
      <w:r>
        <w:rPr>
          <w:b/>
        </w:rPr>
        <w:t>[paid social, paid search, email, SEO, social]</w:t>
      </w:r>
    </w:p>
    <w:p>
      <w:r>
        <w:rPr>
          <w:b w:val="0"/>
        </w:rPr>
        <w:t xml:space="preserve">Tools: </w:t>
      </w:r>
      <w:r>
        <w:rPr>
          <w:b/>
        </w:rPr>
        <w:t>[GA4, Google Ads, Meta Ads Manager, Klaviyo, Shopify, Search Console]</w:t>
      </w:r>
    </w:p>
    <w:p>
      <w:r>
        <w:rPr>
          <w:b w:val="0"/>
        </w:rPr>
        <w:t xml:space="preserve">Methods: </w:t>
      </w:r>
      <w:r>
        <w:rPr>
          <w:b/>
        </w:rPr>
        <w:t>[A/B testing, audience segmentation, conversion tracking, reporting]</w:t>
      </w:r>
    </w:p>
    <w:p/>
    <w:p>
      <w:r>
        <w:rPr>
          <w:b w:val="0"/>
        </w:rPr>
        <w:t>EDUCATION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 (</w:t>
      </w:r>
      <w:r>
        <w:rPr>
          <w:b/>
        </w:rPr>
        <w:t>[Year]</w:t>
      </w:r>
      <w:r>
        <w:rPr>
          <w:b w:val="0"/>
        </w:rPr>
        <w:t>)</w:t>
      </w:r>
    </w:p>
    <w:p>
      <w:r>
        <w:rPr>
          <w:b/>
        </w:rPr>
        <w:t>[Certifications, if relevant: Google Ads, Meta, HubSpot]</w:t>
      </w:r>
    </w:p>
    <w:p>
      <w:pPr>
        <w:pStyle w:val="Heading2"/>
      </w:pPr>
      <w:r>
        <w:t>Ecommerce summary and bullets</w:t>
      </w:r>
    </w:p>
    <w:p>
      <w:r>
        <w:rPr>
          <w:b w:val="0"/>
        </w:rPr>
        <w:t xml:space="preserve">Digital marketing specialist with </w:t>
      </w:r>
      <w:r>
        <w:rPr>
          <w:b/>
        </w:rPr>
        <w:t>[number]</w:t>
      </w:r>
      <w:r>
        <w:rPr>
          <w:b w:val="0"/>
        </w:rPr>
        <w:t xml:space="preserve"> years growing online sales for </w:t>
      </w:r>
      <w:r>
        <w:rPr>
          <w:b/>
        </w:rPr>
        <w:t>[category]</w:t>
      </w:r>
      <w:r>
        <w:rPr>
          <w:b w:val="0"/>
        </w:rPr>
        <w:t xml:space="preserve"> brands through paid social, Google Shopping and email.</w:t>
      </w:r>
    </w:p>
    <w:p/>
    <w:p>
      <w:r>
        <w:rPr>
          <w:b w:val="0"/>
        </w:rPr>
        <w:t>- Managed $</w:t>
      </w:r>
      <w:r>
        <w:rPr>
          <w:b/>
        </w:rPr>
        <w:t>[budget]</w:t>
      </w:r>
      <w:r>
        <w:rPr>
          <w:b w:val="0"/>
        </w:rPr>
        <w:t xml:space="preserve"> a month across Meta and Google Shopping, raising return on ad spend from [x] to [y]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Launched </w:t>
      </w:r>
      <w:r>
        <w:rPr>
          <w:b/>
        </w:rPr>
        <w:t>[welcome / abandoned cart / post-purchase]</w:t>
      </w:r>
      <w:r>
        <w:rPr>
          <w:b w:val="0"/>
        </w:rPr>
        <w:t xml:space="preserve"> flows that now drive [x]% of email revenue.</w:t>
      </w:r>
    </w:p>
    <w:p>
      <w:r>
        <w:rPr>
          <w:b w:val="0"/>
        </w:rPr>
        <w:t xml:space="preserve">- Planned the paid and email calendar for </w:t>
      </w:r>
      <w:r>
        <w:rPr>
          <w:b/>
        </w:rPr>
        <w:t>[Black Friday / a launch]</w:t>
      </w:r>
      <w:r>
        <w:rPr>
          <w:b w:val="0"/>
        </w:rPr>
        <w:t xml:space="preserve">, delivering </w:t>
      </w:r>
      <w:r>
        <w:rPr>
          <w:b/>
        </w:rPr>
        <w:t>[result]</w:t>
      </w:r>
      <w:r>
        <w:rPr>
          <w:b w:val="0"/>
        </w:rPr>
        <w:t xml:space="preserve"> against a goal of </w:t>
      </w:r>
      <w:r>
        <w:rPr>
          <w:b/>
        </w:rPr>
        <w:t>[goal]</w:t>
      </w:r>
      <w:r>
        <w:rPr>
          <w:b w:val="0"/>
        </w:rPr>
        <w:t>.</w:t>
      </w:r>
    </w:p>
    <w:p>
      <w:pPr>
        <w:pStyle w:val="Heading2"/>
      </w:pPr>
      <w:r>
        <w:t>B2B summary and bullets</w:t>
      </w:r>
    </w:p>
    <w:p>
      <w:r>
        <w:rPr>
          <w:b w:val="0"/>
        </w:rPr>
        <w:t xml:space="preserve">B2B digital marketing specialist running paid search, LinkedIn ads and nurture email for </w:t>
      </w:r>
      <w:r>
        <w:rPr>
          <w:b/>
        </w:rPr>
        <w:t>[software / services]</w:t>
      </w:r>
      <w:r>
        <w:rPr>
          <w:b w:val="0"/>
        </w:rPr>
        <w:t xml:space="preserve"> companies.</w:t>
      </w:r>
    </w:p>
    <w:p/>
    <w:p>
      <w:r>
        <w:rPr>
          <w:b w:val="0"/>
        </w:rPr>
        <w:t xml:space="preserve">- Cut cost per lead on paid search from $[x] to $[y] by </w:t>
      </w:r>
      <w:r>
        <w:rPr>
          <w:b/>
        </w:rPr>
        <w:t>[restructuring campaigns / adding negative keywords / new landing pages]</w:t>
      </w:r>
      <w:r>
        <w:rPr>
          <w:b w:val="0"/>
        </w:rPr>
        <w:t>.</w:t>
      </w:r>
    </w:p>
    <w:p>
      <w:r>
        <w:rPr>
          <w:b w:val="0"/>
        </w:rPr>
        <w:t xml:space="preserve">- Built </w:t>
      </w:r>
      <w:r>
        <w:rPr>
          <w:b/>
        </w:rPr>
        <w:t>[number]</w:t>
      </w:r>
      <w:r>
        <w:rPr>
          <w:b w:val="0"/>
        </w:rPr>
        <w:t xml:space="preserve"> nurture sequences in </w:t>
      </w:r>
      <w:r>
        <w:rPr>
          <w:b/>
        </w:rPr>
        <w:t>[HubSpot / Marketo]</w:t>
      </w:r>
      <w:r>
        <w:rPr>
          <w:b w:val="0"/>
        </w:rPr>
        <w:t>, raising lead-to-opportunity conversion from [x]% to [y]%.</w:t>
      </w:r>
    </w:p>
    <w:p>
      <w:r>
        <w:rPr>
          <w:b w:val="0"/>
        </w:rPr>
        <w:t xml:space="preserve">- Ran </w:t>
      </w:r>
      <w:r>
        <w:rPr>
          <w:b/>
        </w:rPr>
        <w:t>[number]</w:t>
      </w:r>
      <w:r>
        <w:rPr>
          <w:b w:val="0"/>
        </w:rPr>
        <w:t xml:space="preserve"> webinar campaigns that brought in </w:t>
      </w:r>
      <w:r>
        <w:rPr>
          <w:b/>
        </w:rPr>
        <w:t>[number]</w:t>
      </w:r>
      <w:r>
        <w:rPr>
          <w:b w:val="0"/>
        </w:rPr>
        <w:t xml:space="preserve"> registrations and </w:t>
      </w:r>
      <w:r>
        <w:rPr>
          <w:b/>
        </w:rPr>
        <w:t>[number]</w:t>
      </w:r>
      <w:r>
        <w:rPr>
          <w:b w:val="0"/>
        </w:rPr>
        <w:t xml:space="preserve"> sales opportunities.</w:t>
      </w:r>
    </w:p>
    <w:p>
      <w:pPr>
        <w:pStyle w:val="Heading2"/>
      </w:pPr>
      <w:r>
        <w:t>Agency summary and bullets</w:t>
      </w:r>
    </w:p>
    <w:p>
      <w:r>
        <w:rPr>
          <w:b w:val="0"/>
        </w:rPr>
        <w:t xml:space="preserve">Agency digital marketing specialist managing paid and email programs for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[industries]</w:t>
      </w:r>
      <w:r>
        <w:rPr>
          <w:b w:val="0"/>
        </w:rPr>
        <w:t>.</w:t>
      </w:r>
    </w:p>
    <w:p/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client accounts with combined monthly spend of $</w:t>
      </w:r>
      <w:r>
        <w:rPr>
          <w:b/>
        </w:rPr>
        <w:t>[budget]</w:t>
      </w:r>
      <w:r>
        <w:rPr>
          <w:b w:val="0"/>
        </w:rPr>
        <w:t>.</w:t>
      </w:r>
    </w:p>
    <w:p>
      <w:r>
        <w:rPr>
          <w:b w:val="0"/>
        </w:rPr>
        <w:t xml:space="preserve">- Lowered a </w:t>
      </w:r>
      <w:r>
        <w:rPr>
          <w:b/>
        </w:rPr>
        <w:t>[category]</w:t>
      </w:r>
      <w:r>
        <w:rPr>
          <w:b w:val="0"/>
        </w:rPr>
        <w:t xml:space="preserve"> client's cost per acquisition by [x]% in </w:t>
      </w:r>
      <w:r>
        <w:rPr>
          <w:b/>
        </w:rPr>
        <w:t>[time]</w:t>
      </w:r>
      <w:r>
        <w:rPr>
          <w:b w:val="0"/>
        </w:rPr>
        <w:t xml:space="preserve"> through </w:t>
      </w:r>
      <w:r>
        <w:rPr>
          <w:b/>
        </w:rPr>
        <w:t>[creative testing / audience changes]</w:t>
      </w:r>
      <w:r>
        <w:rPr>
          <w:b w:val="0"/>
        </w:rPr>
        <w:t>.</w:t>
      </w:r>
    </w:p>
    <w:p>
      <w:r>
        <w:rPr>
          <w:b w:val="0"/>
        </w:rPr>
        <w:t xml:space="preserve">- Built the monthly client reporting template now used across </w:t>
      </w:r>
      <w:r>
        <w:rPr>
          <w:b/>
        </w:rPr>
        <w:t>[number]</w:t>
      </w:r>
      <w:r>
        <w:rPr>
          <w:b w:val="0"/>
        </w:rPr>
        <w:t xml:space="preserve"> accounts.</w:t>
      </w:r>
    </w:p>
    <w:p>
      <w:pPr>
        <w:pStyle w:val="Heading2"/>
      </w:pPr>
      <w:r>
        <w:t>How do you write a digital marketing specialist resume with no experience?</w:t>
      </w:r>
    </w:p>
    <w:p>
      <w:r>
        <w:rPr>
          <w:b w:val="0"/>
        </w:rPr>
        <w:t xml:space="preserve">Digital Marketing (Freelance / Volunteer), </w:t>
      </w:r>
      <w:r>
        <w:rPr>
          <w:b/>
        </w:rPr>
        <w:t>[Client or project]</w:t>
      </w:r>
      <w:r>
        <w:rPr>
          <w:b w:val="0"/>
        </w:rPr>
        <w:t>, (</w:t>
      </w:r>
      <w:r>
        <w:rPr>
          <w:b/>
        </w:rPr>
        <w:t>[Month Year]</w:t>
      </w:r>
      <w:r>
        <w:rPr>
          <w:b w:val="0"/>
        </w:rPr>
        <w:t xml:space="preserve"> to </w:t>
      </w:r>
      <w:r>
        <w:rPr>
          <w:b/>
        </w:rPr>
        <w:t>[Month Year]</w:t>
      </w:r>
      <w:r>
        <w:rPr>
          <w:b w:val="0"/>
        </w:rPr>
        <w:t>)</w:t>
      </w:r>
    </w:p>
    <w:p>
      <w:r>
        <w:rPr>
          <w:b w:val="0"/>
        </w:rPr>
        <w:t xml:space="preserve">- Ran Meta ads for </w:t>
      </w:r>
      <w:r>
        <w:rPr>
          <w:b/>
        </w:rPr>
        <w:t>[a local business / a nonprofit]</w:t>
      </w:r>
      <w:r>
        <w:rPr>
          <w:b w:val="0"/>
        </w:rPr>
        <w:t xml:space="preserve"> on a $</w:t>
      </w:r>
      <w:r>
        <w:rPr>
          <w:b/>
        </w:rPr>
        <w:t>[budget]</w:t>
      </w:r>
      <w:r>
        <w:rPr>
          <w:b w:val="0"/>
        </w:rPr>
        <w:t xml:space="preserve"> budget, bringing in </w:t>
      </w:r>
      <w:r>
        <w:rPr>
          <w:b/>
        </w:rPr>
        <w:t>[number]</w:t>
      </w:r>
      <w:r>
        <w:rPr>
          <w:b w:val="0"/>
        </w:rPr>
        <w:t xml:space="preserve"> </w:t>
      </w:r>
      <w:r>
        <w:rPr>
          <w:b/>
        </w:rPr>
        <w:t>[bookings / sign-ups / sales]</w:t>
      </w:r>
      <w:r>
        <w:rPr>
          <w:b w:val="0"/>
        </w:rPr>
        <w:t>.</w:t>
      </w:r>
    </w:p>
    <w:p>
      <w:r>
        <w:rPr>
          <w:b w:val="0"/>
        </w:rPr>
        <w:t>- Set up GA4 and a monthly report so the owner could see results by channel.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