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Specialist Job Description: Templates and How to Read One</w:t>
      </w:r>
    </w:p>
    <w:p>
      <w:r>
        <w:t>Templates from https://knowtheroom.ai/career-guides/digital-marketing-specialist-job-description/ · Replace everything in [brackets].</w:t>
      </w:r>
    </w:p>
    <w:p>
      <w:pPr>
        <w:pStyle w:val="Heading2"/>
      </w:pPr>
      <w:r>
        <w:t>Ecommerce digital marketing specialist job description template</w:t>
      </w:r>
    </w:p>
    <w:p>
      <w:r>
        <w:rPr>
          <w:b w:val="0"/>
        </w:rPr>
        <w:t xml:space="preserve">Job title: Digital Marketing Specialist, </w:t>
      </w:r>
      <w:r>
        <w:rPr>
          <w:b/>
        </w:rPr>
        <w:t>[Paid Social and Email / Ecommerce]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where the business is now.]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run the day-to-day work of our online marketing, mainly </w:t>
      </w:r>
      <w:r>
        <w:rPr>
          <w:b/>
        </w:rPr>
        <w:t>[paid social, Google Shopping and email]</w:t>
      </w:r>
      <w:r>
        <w:rPr>
          <w:b w:val="0"/>
        </w:rPr>
        <w:t xml:space="preserve">. You'll report to </w:t>
      </w:r>
      <w:r>
        <w:rPr>
          <w:b/>
        </w:rPr>
        <w:t>[Digital Marketing Manager / Head of Ecommerce]</w:t>
      </w:r>
      <w:r>
        <w:rPr>
          <w:b w:val="0"/>
        </w:rPr>
        <w:t xml:space="preserve"> and work with design, merchandising and </w:t>
      </w:r>
      <w:r>
        <w:rPr>
          <w:b/>
        </w:rPr>
        <w:t>[our agency]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Launch, monitor and adjust campaigns in </w:t>
      </w:r>
      <w:r>
        <w:rPr>
          <w:b/>
        </w:rPr>
        <w:t>[Meta Ads Manager / Google Ads / TikTok Ads Manager]</w:t>
      </w:r>
      <w:r>
        <w:rPr>
          <w:b w:val="0"/>
        </w:rPr>
        <w:t xml:space="preserve"> within agreed budgets.</w:t>
      </w:r>
    </w:p>
    <w:p>
      <w:r>
        <w:rPr>
          <w:b w:val="0"/>
        </w:rPr>
        <w:t xml:space="preserve">- Build and send promotional emails and automated flows in </w:t>
      </w:r>
      <w:r>
        <w:rPr>
          <w:b/>
        </w:rPr>
        <w:t>[Klaviyo / Mailchimp / your platform]</w:t>
      </w:r>
      <w:r>
        <w:rPr>
          <w:b w:val="0"/>
        </w:rPr>
        <w:t>.</w:t>
      </w:r>
    </w:p>
    <w:p>
      <w:r>
        <w:rPr>
          <w:b w:val="0"/>
        </w:rPr>
        <w:t xml:space="preserve">- Update product and landing pages in </w:t>
      </w:r>
      <w:r>
        <w:rPr>
          <w:b/>
        </w:rPr>
        <w:t>[Shopify / your CMS]</w:t>
      </w:r>
      <w:r>
        <w:rPr>
          <w:b w:val="0"/>
        </w:rPr>
        <w:t xml:space="preserve"> for launches and promotions.</w:t>
      </w:r>
    </w:p>
    <w:p>
      <w:r>
        <w:rPr>
          <w:b w:val="0"/>
        </w:rPr>
        <w:t>- Check that tracking, UTM tags and conversion events work before each launch.</w:t>
      </w:r>
    </w:p>
    <w:p>
      <w:r>
        <w:rPr>
          <w:b w:val="0"/>
        </w:rPr>
        <w:t>- Report weekly on spend, revenue, cost per acquisition and email performance, with a recommendation.</w:t>
      </w:r>
    </w:p>
    <w:p>
      <w:r>
        <w:rPr>
          <w:b w:val="0"/>
        </w:rPr>
        <w:t xml:space="preserve">- Run simple tests on </w:t>
      </w:r>
      <w:r>
        <w:rPr>
          <w:b/>
        </w:rPr>
        <w:t>[creative / audiences / subject lines / offers]</w:t>
      </w:r>
      <w:r>
        <w:rPr>
          <w:b w:val="0"/>
        </w:rPr>
        <w:t xml:space="preserve"> and share what you learn.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[1-3]</w:t>
      </w:r>
      <w:r>
        <w:rPr>
          <w:b w:val="0"/>
        </w:rPr>
        <w:t xml:space="preserve"> years running paid or email campaigns for an online business.</w:t>
      </w:r>
    </w:p>
    <w:p>
      <w:r>
        <w:rPr>
          <w:b w:val="0"/>
        </w:rPr>
        <w:t xml:space="preserve">- Hands-on experience with </w:t>
      </w:r>
      <w:r>
        <w:rPr>
          <w:b/>
        </w:rPr>
        <w:t>[two or three named tools]</w:t>
      </w:r>
      <w:r>
        <w:rPr>
          <w:b w:val="0"/>
        </w:rPr>
        <w:t>.</w:t>
      </w:r>
    </w:p>
    <w:p>
      <w:r>
        <w:rPr>
          <w:b w:val="0"/>
        </w:rPr>
        <w:t>- Comfort with spreadsheets and GA4 reports.</w:t>
      </w:r>
    </w:p>
    <w:p>
      <w:r>
        <w:rPr>
          <w:b w:val="0"/>
        </w:rPr>
        <w:t>- Clear, quick writing for ads and emails.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[Revenue from paid and email]</w:t>
      </w:r>
    </w:p>
    <w:p>
      <w:r>
        <w:rPr>
          <w:b w:val="0"/>
        </w:rPr>
        <w:t xml:space="preserve">- </w:t>
      </w:r>
      <w:r>
        <w:rPr>
          <w:b/>
        </w:rPr>
        <w:t>[Cost per acquisition or return on ad spend]</w:t>
      </w:r>
    </w:p>
    <w:p>
      <w:r>
        <w:rPr>
          <w:b w:val="0"/>
        </w:rPr>
        <w:t xml:space="preserve">- </w:t>
      </w:r>
      <w:r>
        <w:rPr>
          <w:b/>
        </w:rPr>
        <w:t>[On-time launches across the promotional calendar]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B2B digital marketing specialist job description template</w:t>
      </w:r>
    </w:p>
    <w:p>
      <w:r>
        <w:rPr>
          <w:b w:val="0"/>
        </w:rPr>
        <w:t xml:space="preserve">Job title: Digital Marketing Specialist, </w:t>
      </w:r>
      <w:r>
        <w:rPr>
          <w:b/>
        </w:rPr>
        <w:t>[Demand Generation / Search and Content]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run the online programs that bring in leads for our sales team: </w:t>
      </w:r>
      <w:r>
        <w:rPr>
          <w:b/>
        </w:rPr>
        <w:t>[paid search, LinkedIn ads, SEO, webinars and email nurture]</w:t>
      </w:r>
      <w:r>
        <w:rPr>
          <w:b w:val="0"/>
        </w:rPr>
        <w:t xml:space="preserve">. You'll report to </w:t>
      </w:r>
      <w:r>
        <w:rPr>
          <w:b/>
        </w:rPr>
        <w:t>[Demand Generation Manager / Marketing Director]</w:t>
      </w:r>
      <w:r>
        <w:rPr>
          <w:b w:val="0"/>
        </w:rPr>
        <w:t xml:space="preserve"> and work closely with sales, content and marketing operations.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paid search and LinkedIn campaigns and manage their budgets.</w:t>
      </w:r>
    </w:p>
    <w:p>
      <w:r>
        <w:rPr>
          <w:b w:val="0"/>
        </w:rPr>
        <w:t xml:space="preserve">- Build landing pages and forms in </w:t>
      </w:r>
      <w:r>
        <w:rPr>
          <w:b/>
        </w:rPr>
        <w:t>[HubSpot / Marketo / your CMS]</w:t>
      </w:r>
      <w:r>
        <w:rPr>
          <w:b w:val="0"/>
        </w:rPr>
        <w:t xml:space="preserve"> and check that leads route correctly.</w:t>
      </w:r>
    </w:p>
    <w:p>
      <w:r>
        <w:rPr>
          <w:b w:val="0"/>
        </w:rPr>
        <w:t>- Plan and send nurture emails and webinar invitations.</w:t>
      </w:r>
    </w:p>
    <w:p>
      <w:r>
        <w:rPr>
          <w:b w:val="0"/>
        </w:rPr>
        <w:t xml:space="preserve">- Track rankings and traffic in </w:t>
      </w:r>
      <w:r>
        <w:rPr>
          <w:b/>
        </w:rPr>
        <w:t>[Search Console / GA4 / an SEO tool]</w:t>
      </w:r>
      <w:r>
        <w:rPr>
          <w:b w:val="0"/>
        </w:rPr>
        <w:t xml:space="preserve"> and brief content on opportunities.</w:t>
      </w:r>
    </w:p>
    <w:p>
      <w:r>
        <w:rPr>
          <w:b w:val="0"/>
        </w:rPr>
        <w:t xml:space="preserve">- Report on leads, cost per lead and conversion to sales opportunities each </w:t>
      </w:r>
      <w:r>
        <w:rPr>
          <w:b/>
        </w:rPr>
        <w:t>[week / month]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[1-3]</w:t>
      </w:r>
      <w:r>
        <w:rPr>
          <w:b w:val="0"/>
        </w:rPr>
        <w:t xml:space="preserve"> years in B2B digital marketing.</w:t>
      </w:r>
    </w:p>
    <w:p>
      <w:r>
        <w:rPr>
          <w:b w:val="0"/>
        </w:rPr>
        <w:t xml:space="preserve">- Experience with </w:t>
      </w:r>
      <w:r>
        <w:rPr>
          <w:b/>
        </w:rPr>
        <w:t>[HubSpot / Marketo / Salesforce]</w:t>
      </w:r>
      <w:r>
        <w:rPr>
          <w:b w:val="0"/>
        </w:rPr>
        <w:t xml:space="preserve"> and LinkedIn Campaign Manager.</w:t>
      </w:r>
    </w:p>
    <w:p>
      <w:r>
        <w:rPr>
          <w:b w:val="0"/>
        </w:rPr>
        <w:t>- An understanding of how leads move from form fill to sales.</w:t>
      </w:r>
    </w:p>
    <w:p>
      <w:pPr>
        <w:pStyle w:val="Heading2"/>
      </w:pPr>
      <w:r>
        <w:t>Senior digital marketing specialist job description template</w:t>
      </w:r>
    </w:p>
    <w:p>
      <w:r>
        <w:rPr>
          <w:b w:val="0"/>
        </w:rPr>
        <w:t>What you'll do (senior)</w:t>
      </w:r>
    </w:p>
    <w:p>
      <w:r>
        <w:rPr>
          <w:b w:val="0"/>
        </w:rPr>
        <w:t xml:space="preserve">- Own </w:t>
      </w:r>
      <w:r>
        <w:rPr>
          <w:b/>
        </w:rPr>
        <w:t>[paid media / email / SEO]</w:t>
      </w:r>
      <w:r>
        <w:rPr>
          <w:b w:val="0"/>
        </w:rPr>
        <w:t xml:space="preserve"> end to end, including a budget of </w:t>
      </w:r>
      <w:r>
        <w:rPr>
          <w:b/>
        </w:rPr>
        <w:t>[range]</w:t>
      </w:r>
      <w:r>
        <w:rPr>
          <w:b w:val="0"/>
        </w:rPr>
        <w:t>.</w:t>
      </w:r>
    </w:p>
    <w:p>
      <w:r>
        <w:rPr>
          <w:b w:val="0"/>
        </w:rPr>
        <w:t>- Plan the channel's quarterly test roadmap and share results with the team.</w:t>
      </w:r>
    </w:p>
    <w:p>
      <w:r>
        <w:rPr>
          <w:b w:val="0"/>
        </w:rPr>
        <w:t xml:space="preserve">- Train and review the work of </w:t>
      </w:r>
      <w:r>
        <w:rPr>
          <w:b/>
        </w:rPr>
        <w:t>[a coordinator / junior specialist]</w:t>
      </w:r>
      <w:r>
        <w:rPr>
          <w:b w:val="0"/>
        </w:rPr>
        <w:t>.</w:t>
      </w:r>
    </w:p>
    <w:p>
      <w:r>
        <w:rPr>
          <w:b w:val="0"/>
        </w:rPr>
        <w:t xml:space="preserve">- Manage day-to-day work with </w:t>
      </w:r>
      <w:r>
        <w:rPr>
          <w:b/>
        </w:rPr>
        <w:t>[an agency / freelancers]</w:t>
      </w:r>
      <w:r>
        <w:rPr>
          <w:b w:val="0"/>
        </w:rPr>
        <w:t>.</w:t>
      </w:r>
    </w:p>
    <w:p>
      <w:r>
        <w:rPr>
          <w:b w:val="0"/>
        </w:rPr>
        <w:t>- Recommend where budget should move, with the numbers to back it up.</w:t>
      </w:r>
    </w:p>
    <w:p/>
    <w:p>
      <w:r>
        <w:rPr>
          <w:b w:val="0"/>
        </w:rPr>
        <w:t>What you'll bring (senior)</w:t>
      </w:r>
    </w:p>
    <w:p>
      <w:r>
        <w:rPr>
          <w:b w:val="0"/>
        </w:rPr>
        <w:t xml:space="preserve">- </w:t>
      </w:r>
      <w:r>
        <w:rPr>
          <w:b/>
        </w:rPr>
        <w:t>[4+]</w:t>
      </w:r>
      <w:r>
        <w:rPr>
          <w:b w:val="0"/>
        </w:rPr>
        <w:t xml:space="preserve"> years in digital marketing with at least one channel you ran on your own.</w:t>
      </w:r>
    </w:p>
    <w:p>
      <w:r>
        <w:rPr>
          <w:b w:val="0"/>
        </w:rPr>
        <w:t>- Results you can explain: what you changed, and what happened.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