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Resume: Sections, Bullet Examples and Skills</w:t>
      </w:r>
    </w:p>
    <w:p>
      <w:r>
        <w:t>Templates from https://knowtheroom.ai/career-guides/digital-marketing-resume/ · Replace everything in [brackets].</w:t>
      </w:r>
    </w:p>
    <w:p>
      <w:pPr>
        <w:pStyle w:val="Heading2"/>
      </w:pPr>
      <w:r>
        <w:t>How do you write a digital marketing resume summary?</w:t>
      </w:r>
    </w:p>
    <w:p>
      <w:r>
        <w:rPr>
          <w:b w:val="0"/>
        </w:rPr>
        <w:t xml:space="preserve">Digital marketing specialist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[channels: paid search, paid social, email]</w:t>
      </w:r>
      <w:r>
        <w:rPr>
          <w:b w:val="0"/>
        </w:rPr>
        <w:t xml:space="preserve"> for </w:t>
      </w:r>
      <w:r>
        <w:rPr>
          <w:b/>
        </w:rPr>
        <w:t>[business type: ecommerce, B2B SaaS, local services, nonprofits]</w:t>
      </w:r>
      <w:r>
        <w:rPr>
          <w:b w:val="0"/>
        </w:rPr>
        <w:t xml:space="preserve">. Managed </w:t>
      </w:r>
      <w:r>
        <w:rPr>
          <w:b/>
        </w:rPr>
        <w:t>[budget size or list size]</w:t>
      </w:r>
      <w:r>
        <w:rPr>
          <w:b w:val="0"/>
        </w:rPr>
        <w:t xml:space="preserve"> and grew </w:t>
      </w:r>
      <w:r>
        <w:rPr>
          <w:b/>
        </w:rPr>
        <w:t>[metric: online revenue, qualified leads, return on ad spend]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 xml:space="preserve">. Strongest at </w:t>
      </w:r>
      <w:r>
        <w:rPr>
          <w:b/>
        </w:rPr>
        <w:t>[specialty: testing, landing pages, marketing automation, reporting]</w:t>
      </w:r>
      <w:r>
        <w:rPr>
          <w:b w:val="0"/>
        </w:rPr>
        <w:t>.</w:t>
      </w:r>
    </w:p>
    <w:p>
      <w:pPr>
        <w:pStyle w:val="Heading2"/>
      </w:pPr>
      <w:r>
        <w:t>How do you write a digital marketing resume summary?</w:t>
      </w:r>
    </w:p>
    <w:p>
      <w:r>
        <w:rPr>
          <w:b w:val="0"/>
        </w:rPr>
        <w:t xml:space="preserve">Marketing coordinator moving into a digital marketing role. Ran </w:t>
      </w:r>
      <w:r>
        <w:rPr>
          <w:b/>
        </w:rPr>
        <w:t>[channel]</w:t>
      </w:r>
      <w:r>
        <w:rPr>
          <w:b w:val="0"/>
        </w:rPr>
        <w:t xml:space="preserve"> day to day for </w:t>
      </w:r>
      <w:r>
        <w:rPr>
          <w:b/>
        </w:rPr>
        <w:t>[company]</w:t>
      </w:r>
      <w:r>
        <w:rPr>
          <w:b w:val="0"/>
        </w:rPr>
        <w:t xml:space="preserve">, built </w:t>
      </w:r>
      <w:r>
        <w:rPr>
          <w:b/>
        </w:rPr>
        <w:t>[number]</w:t>
      </w:r>
      <w:r>
        <w:rPr>
          <w:b w:val="0"/>
        </w:rPr>
        <w:t xml:space="preserve"> email campaigns in </w:t>
      </w:r>
      <w:r>
        <w:rPr>
          <w:b/>
        </w:rPr>
        <w:t>[tool]</w:t>
      </w:r>
      <w:r>
        <w:rPr>
          <w:b w:val="0"/>
        </w:rPr>
        <w:t xml:space="preserve">, and </w:t>
      </w:r>
      <w:r>
        <w:rPr>
          <w:b/>
        </w:rPr>
        <w:t>[result: lifted a rate, launched a channel, cut a cost]</w:t>
      </w:r>
      <w:r>
        <w:rPr>
          <w:b w:val="0"/>
        </w:rPr>
        <w:t>.</w:t>
      </w:r>
    </w:p>
    <w:p>
      <w:pPr>
        <w:pStyle w:val="Heading2"/>
      </w:pPr>
      <w:r>
        <w:t>What makes a strong digital marketing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[change or campaign]</w:t>
      </w:r>
      <w:r>
        <w:rPr>
          <w:b w:val="0"/>
        </w:rPr>
        <w:t xml:space="preserve"> on </w:t>
      </w:r>
      <w:r>
        <w:rPr>
          <w:b/>
        </w:rPr>
        <w:t>[channel]</w:t>
      </w:r>
      <w:r>
        <w:rPr>
          <w:b w:val="0"/>
        </w:rPr>
        <w:t xml:space="preserve"> by </w:t>
      </w:r>
      <w:r>
        <w:rPr>
          <w:b/>
        </w:rPr>
        <w:t>[method: test, new targeting, new flow]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 period]</w:t>
      </w:r>
      <w:r>
        <w:rPr>
          <w:b w:val="0"/>
        </w:rPr>
        <w:t>.</w:t>
      </w:r>
    </w:p>
    <w:p>
      <w:pPr>
        <w:pStyle w:val="Heading2"/>
      </w:pPr>
      <w:r>
        <w:t>Entry level or digital marketing coordinator</w:t>
      </w:r>
    </w:p>
    <w:p>
      <w:r>
        <w:rPr>
          <w:b w:val="0"/>
        </w:rPr>
        <w:t xml:space="preserve">- Built and scheduled </w:t>
      </w:r>
      <w:r>
        <w:rPr>
          <w:b/>
        </w:rPr>
        <w:t>[number]</w:t>
      </w:r>
      <w:r>
        <w:rPr>
          <w:b w:val="0"/>
        </w:rPr>
        <w:t xml:space="preserve"> email campaigns a month in </w:t>
      </w:r>
      <w:r>
        <w:rPr>
          <w:b/>
        </w:rPr>
        <w:t>[tool]</w:t>
      </w:r>
      <w:r>
        <w:rPr>
          <w:b w:val="0"/>
        </w:rPr>
        <w:t>, raising click rate from [X] to [Y] through subject line and layout tests.</w:t>
      </w:r>
    </w:p>
    <w:p>
      <w:r>
        <w:rPr>
          <w:b w:val="0"/>
        </w:rPr>
        <w:t xml:space="preserve">- Set up </w:t>
      </w:r>
      <w:r>
        <w:rPr>
          <w:b/>
        </w:rPr>
        <w:t>[number]</w:t>
      </w:r>
      <w:r>
        <w:rPr>
          <w:b w:val="0"/>
        </w:rPr>
        <w:t xml:space="preserve"> Google Ads campaigns under </w:t>
      </w:r>
      <w:r>
        <w:rPr>
          <w:b/>
        </w:rPr>
        <w:t>[manager]</w:t>
      </w:r>
      <w:r>
        <w:rPr>
          <w:b w:val="0"/>
        </w:rPr>
        <w:t xml:space="preserve">'s direction and wrote the weekly performance report from </w:t>
      </w:r>
      <w:r>
        <w:rPr>
          <w:b/>
        </w:rPr>
        <w:t>[tool]</w:t>
      </w:r>
      <w:r>
        <w:rPr>
          <w:b w:val="0"/>
        </w:rPr>
        <w:t>.</w:t>
      </w:r>
    </w:p>
    <w:p>
      <w:r>
        <w:rPr>
          <w:b w:val="0"/>
        </w:rPr>
        <w:t xml:space="preserve">- Published </w:t>
      </w:r>
      <w:r>
        <w:rPr>
          <w:b/>
        </w:rPr>
        <w:t>[number]</w:t>
      </w:r>
      <w:r>
        <w:rPr>
          <w:b w:val="0"/>
        </w:rPr>
        <w:t xml:space="preserve"> social posts a week across </w:t>
      </w:r>
      <w:r>
        <w:rPr>
          <w:b/>
        </w:rPr>
        <w:t>[platforms]</w:t>
      </w:r>
      <w:r>
        <w:rPr>
          <w:b w:val="0"/>
        </w:rPr>
        <w:t xml:space="preserve"> and tracked traffic to the site with UTM tags.</w:t>
      </w:r>
    </w:p>
    <w:p>
      <w:r>
        <w:rPr>
          <w:b w:val="0"/>
        </w:rPr>
        <w:t xml:space="preserve">- Updated </w:t>
      </w:r>
      <w:r>
        <w:rPr>
          <w:b/>
        </w:rPr>
        <w:t>[number]</w:t>
      </w:r>
      <w:r>
        <w:rPr>
          <w:b w:val="0"/>
        </w:rPr>
        <w:t xml:space="preserve"> landing pages in </w:t>
      </w:r>
      <w:r>
        <w:rPr>
          <w:b/>
        </w:rPr>
        <w:t>[CMS]</w:t>
      </w:r>
      <w:r>
        <w:rPr>
          <w:b w:val="0"/>
        </w:rPr>
        <w:t xml:space="preserve">, fixing </w:t>
      </w:r>
      <w:r>
        <w:rPr>
          <w:b/>
        </w:rPr>
        <w:t>[issue]</w:t>
      </w:r>
      <w:r>
        <w:rPr>
          <w:b w:val="0"/>
        </w:rPr>
        <w:t xml:space="preserve"> that had lowered form completions.</w:t>
      </w:r>
    </w:p>
    <w:p>
      <w:pPr>
        <w:pStyle w:val="Heading2"/>
      </w:pPr>
      <w:r>
        <w:t>Digital marketing specialist</w:t>
      </w:r>
    </w:p>
    <w:p>
      <w:r>
        <w:rPr>
          <w:b w:val="0"/>
        </w:rPr>
        <w:t xml:space="preserve">- Managed </w:t>
      </w:r>
      <w:r>
        <w:rPr>
          <w:b/>
        </w:rPr>
        <w:t>[budget size]</w:t>
      </w:r>
      <w:r>
        <w:rPr>
          <w:b w:val="0"/>
        </w:rPr>
        <w:t xml:space="preserve"> a month across Google Ads and Meta, lowering cost per </w:t>
      </w:r>
      <w:r>
        <w:rPr>
          <w:b/>
        </w:rPr>
        <w:t>[lead / purchase]</w:t>
      </w:r>
      <w:r>
        <w:rPr>
          <w:b w:val="0"/>
        </w:rPr>
        <w:t xml:space="preserve"> from [X] to [Y] while holding volume.</w:t>
      </w:r>
    </w:p>
    <w:p>
      <w:r>
        <w:rPr>
          <w:b w:val="0"/>
        </w:rPr>
        <w:t xml:space="preserve">- Rebuilt the welcome and abandoned-cart flows in </w:t>
      </w:r>
      <w:r>
        <w:rPr>
          <w:b/>
        </w:rPr>
        <w:t>[tool]</w:t>
      </w:r>
      <w:r>
        <w:rPr>
          <w:b w:val="0"/>
        </w:rPr>
        <w:t>, raising email-attributed revenue from [X] to [Y] of online sales.</w:t>
      </w:r>
    </w:p>
    <w:p>
      <w:r>
        <w:rPr>
          <w:b w:val="0"/>
        </w:rPr>
        <w:t xml:space="preserve">- Ran </w:t>
      </w:r>
      <w:r>
        <w:rPr>
          <w:b/>
        </w:rPr>
        <w:t>[number]</w:t>
      </w:r>
      <w:r>
        <w:rPr>
          <w:b w:val="0"/>
        </w:rPr>
        <w:t xml:space="preserve"> A/B tests on </w:t>
      </w:r>
      <w:r>
        <w:rPr>
          <w:b/>
        </w:rPr>
        <w:t>[landing pages, ads, emails]</w:t>
      </w:r>
      <w:r>
        <w:rPr>
          <w:b w:val="0"/>
        </w:rPr>
        <w:t xml:space="preserve">, shipping winners that lifted </w:t>
      </w:r>
      <w:r>
        <w:rPr>
          <w:b/>
        </w:rPr>
        <w:t>[conversion rate]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Grew non-brand organic traffic to </w:t>
      </w:r>
      <w:r>
        <w:rPr>
          <w:b/>
        </w:rPr>
        <w:t>[section]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through </w:t>
      </w:r>
      <w:r>
        <w:rPr>
          <w:b/>
        </w:rPr>
        <w:t>[method: new pages, on-page fixes, internal links]</w:t>
      </w:r>
      <w:r>
        <w:rPr>
          <w:b w:val="0"/>
        </w:rPr>
        <w:t>.</w:t>
      </w:r>
    </w:p>
    <w:p>
      <w:r>
        <w:rPr>
          <w:b w:val="0"/>
        </w:rPr>
        <w:t xml:space="preserve">- Built a </w:t>
      </w:r>
      <w:r>
        <w:rPr>
          <w:b/>
        </w:rPr>
        <w:t>[Looker Studio / GA4]</w:t>
      </w:r>
      <w:r>
        <w:rPr>
          <w:b w:val="0"/>
        </w:rPr>
        <w:t xml:space="preserve"> dashboard that put all channels' spend and conversions in one view for </w:t>
      </w:r>
      <w:r>
        <w:rPr>
          <w:b/>
        </w:rPr>
        <w:t>[audience]</w:t>
      </w:r>
      <w:r>
        <w:rPr>
          <w:b w:val="0"/>
        </w:rPr>
        <w:t>.</w:t>
      </w:r>
    </w:p>
    <w:p>
      <w:pPr>
        <w:pStyle w:val="Heading2"/>
      </w:pPr>
      <w:r>
        <w:t>Digital marketing manager</w:t>
      </w:r>
    </w:p>
    <w:p>
      <w:r>
        <w:rPr>
          <w:b w:val="0"/>
        </w:rPr>
        <w:t xml:space="preserve">- Owned digital acquisition for </w:t>
      </w:r>
      <w:r>
        <w:rPr>
          <w:b/>
        </w:rPr>
        <w:t>[business]</w:t>
      </w:r>
      <w:r>
        <w:rPr>
          <w:b w:val="0"/>
        </w:rPr>
        <w:t xml:space="preserve">, growing online </w:t>
      </w:r>
      <w:r>
        <w:rPr>
          <w:b/>
        </w:rPr>
        <w:t>[revenue / leads]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>.</w:t>
      </w:r>
    </w:p>
    <w:p>
      <w:r>
        <w:rPr>
          <w:b w:val="0"/>
        </w:rPr>
        <w:t xml:space="preserve">- Reallocated </w:t>
      </w:r>
      <w:r>
        <w:rPr>
          <w:b/>
        </w:rPr>
        <w:t>[budget share]</w:t>
      </w:r>
      <w:r>
        <w:rPr>
          <w:b w:val="0"/>
        </w:rPr>
        <w:t xml:space="preserve">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after </w:t>
      </w:r>
      <w:r>
        <w:rPr>
          <w:b/>
        </w:rPr>
        <w:t>[analysis]</w:t>
      </w:r>
      <w:r>
        <w:rPr>
          <w:b w:val="0"/>
        </w:rPr>
        <w:t xml:space="preserve">, improving blended </w:t>
      </w:r>
      <w:r>
        <w:rPr>
          <w:b/>
        </w:rPr>
        <w:t>[cost per acquisition / ROAS]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specialists and </w:t>
      </w:r>
      <w:r>
        <w:rPr>
          <w:b/>
        </w:rPr>
        <w:t>[agency type]</w:t>
      </w:r>
      <w:r>
        <w:rPr>
          <w:b w:val="0"/>
        </w:rPr>
        <w:t xml:space="preserve">, setting quarterly channel goals with </w:t>
      </w:r>
      <w:r>
        <w:rPr>
          <w:b/>
        </w:rPr>
        <w:t>[sales, ecommerce, product]</w:t>
      </w:r>
      <w:r>
        <w:rPr>
          <w:b w:val="0"/>
        </w:rPr>
        <w:t>.</w:t>
      </w:r>
    </w:p>
    <w:p>
      <w:r>
        <w:rPr>
          <w:b w:val="0"/>
        </w:rPr>
        <w:t xml:space="preserve">- Moved tracking to </w:t>
      </w:r>
      <w:r>
        <w:rPr>
          <w:b/>
        </w:rPr>
        <w:t>[GA4 / server-side / new attribution approach]</w:t>
      </w:r>
      <w:r>
        <w:rPr>
          <w:b w:val="0"/>
        </w:rPr>
        <w:t xml:space="preserve">, restoring conversion data lost after </w:t>
      </w:r>
      <w:r>
        <w:rPr>
          <w:b/>
        </w:rPr>
        <w:t>[change]</w:t>
      </w:r>
      <w:r>
        <w:rPr>
          <w:b w:val="0"/>
        </w:rPr>
        <w:t>.</w:t>
      </w:r>
    </w:p>
    <w:p>
      <w:r>
        <w:rPr>
          <w:b w:val="0"/>
        </w:rPr>
        <w:t xml:space="preserve">- Reported digital performance to </w:t>
      </w:r>
      <w:r>
        <w:rPr>
          <w:b/>
        </w:rPr>
        <w:t>[audience]</w:t>
      </w:r>
      <w:r>
        <w:rPr>
          <w:b w:val="0"/>
        </w:rPr>
        <w:t xml:space="preserve"> each </w:t>
      </w:r>
      <w:r>
        <w:rPr>
          <w:b/>
        </w:rPr>
        <w:t>[period]</w:t>
      </w:r>
      <w:r>
        <w:rPr>
          <w:b w:val="0"/>
        </w:rPr>
        <w:t xml:space="preserve">, securing budget for </w:t>
      </w:r>
      <w:r>
        <w:rPr>
          <w:b/>
        </w:rPr>
        <w:t>[channel or test]</w:t>
      </w:r>
      <w:r>
        <w:rPr>
          <w:b w:val="0"/>
        </w:rPr>
        <w:t>.</w:t>
      </w:r>
    </w:p>
    <w:p>
      <w:pPr>
        <w:pStyle w:val="Heading2"/>
      </w:pPr>
      <w:r>
        <w:t>SEO-focused digital marketing roles</w:t>
      </w:r>
    </w:p>
    <w:p>
      <w:r>
        <w:rPr>
          <w:b w:val="0"/>
        </w:rPr>
        <w:t xml:space="preserve">- Grew organic sessions to </w:t>
      </w:r>
      <w:r>
        <w:rPr>
          <w:b/>
        </w:rPr>
        <w:t>[section or site]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[method: new pages, technical fixes, internal linking]</w:t>
      </w:r>
      <w:r>
        <w:rPr>
          <w:b w:val="0"/>
        </w:rPr>
        <w:t>.</w:t>
      </w:r>
    </w:p>
    <w:p>
      <w:r>
        <w:rPr>
          <w:b w:val="0"/>
        </w:rPr>
        <w:t xml:space="preserve">- Ran a technical audit in </w:t>
      </w:r>
      <w:r>
        <w:rPr>
          <w:b/>
        </w:rPr>
        <w:t>[tool]</w:t>
      </w:r>
      <w:r>
        <w:rPr>
          <w:b w:val="0"/>
        </w:rPr>
        <w:t xml:space="preserve"> and fixed </w:t>
      </w:r>
      <w:r>
        <w:rPr>
          <w:b/>
        </w:rPr>
        <w:t>[number]</w:t>
      </w:r>
      <w:r>
        <w:rPr>
          <w:b w:val="0"/>
        </w:rPr>
        <w:t xml:space="preserve"> issues, including </w:t>
      </w:r>
      <w:r>
        <w:rPr>
          <w:b/>
        </w:rPr>
        <w:t>[issue]</w:t>
      </w:r>
      <w:r>
        <w:rPr>
          <w:b w:val="0"/>
        </w:rPr>
        <w:t xml:space="preserve">, that had kept </w:t>
      </w:r>
      <w:r>
        <w:rPr>
          <w:b/>
        </w:rPr>
        <w:t>[pages]</w:t>
      </w:r>
      <w:r>
        <w:rPr>
          <w:b w:val="0"/>
        </w:rPr>
        <w:t xml:space="preserve"> out of the index.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pages targeting </w:t>
      </w:r>
      <w:r>
        <w:rPr>
          <w:b/>
        </w:rPr>
        <w:t>[topic cluster]</w:t>
      </w:r>
      <w:r>
        <w:rPr>
          <w:b w:val="0"/>
        </w:rPr>
        <w:t xml:space="preserve">, </w:t>
      </w:r>
      <w:r>
        <w:rPr>
          <w:b/>
        </w:rPr>
        <w:t>[number]</w:t>
      </w:r>
      <w:r>
        <w:rPr>
          <w:b w:val="0"/>
        </w:rPr>
        <w:t xml:space="preserve"> of which now rank on page one for </w:t>
      </w:r>
      <w:r>
        <w:rPr>
          <w:b/>
        </w:rPr>
        <w:t>[type of query]</w:t>
      </w:r>
      <w:r>
        <w:rPr>
          <w:b w:val="0"/>
        </w:rPr>
        <w:t>.</w:t>
      </w:r>
    </w:p>
    <w:p>
      <w:r>
        <w:rPr>
          <w:b w:val="0"/>
        </w:rPr>
        <w:t xml:space="preserve">- Reported SEO results monthly to </w:t>
      </w:r>
      <w:r>
        <w:rPr>
          <w:b/>
        </w:rPr>
        <w:t>[audience]</w:t>
      </w:r>
      <w:r>
        <w:rPr>
          <w:b w:val="0"/>
        </w:rPr>
        <w:t xml:space="preserve">, tying organic traffic to </w:t>
      </w:r>
      <w:r>
        <w:rPr>
          <w:b/>
        </w:rPr>
        <w:t>[leads / revenue]</w:t>
      </w:r>
      <w:r>
        <w:rPr>
          <w:b w:val="0"/>
        </w:rPr>
        <w:t xml:space="preserve"> in </w:t>
      </w:r>
      <w:r>
        <w:rPr>
          <w:b/>
        </w:rPr>
        <w:t>[GA4 / dashboard]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