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CRO Specialist: What a Conversion Rate Optimization Specialist Does</w:t>
      </w:r>
    </w:p>
    <w:p>
      <w:r>
        <w:t>Templates from https://knowtheroom.ai/career-guides/cro-specialist/ · Replace everything in [brackets].</w:t>
      </w:r>
    </w:p>
    <w:p>
      <w:pPr>
        <w:pStyle w:val="Heading2"/>
      </w:pPr>
      <w:r>
        <w:t>CRO specialist job description</w:t>
      </w:r>
    </w:p>
    <w:p>
      <w:r>
        <w:rPr>
          <w:b w:val="0"/>
        </w:rPr>
        <w:t>Job title: Conversion Rate Optimization (CRO) Specialist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where customers buy or sign up, and the team.]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CRO Specialist to improve conversion across </w:t>
      </w:r>
      <w:r>
        <w:rPr>
          <w:b/>
        </w:rPr>
        <w:t>[website / app / checkout / sign-up]</w:t>
      </w:r>
      <w:r>
        <w:rPr>
          <w:b w:val="0"/>
        </w:rPr>
        <w:t xml:space="preserve">. You'll own our testing roadmap, run [X] tests a month and report to </w:t>
      </w:r>
      <w:r>
        <w:rPr>
          <w:b/>
        </w:rPr>
        <w:t>[title]</w:t>
      </w:r>
      <w:r>
        <w:rPr>
          <w:b w:val="0"/>
        </w:rPr>
        <w:t xml:space="preserve">. You'll work with </w:t>
      </w:r>
      <w:r>
        <w:rPr>
          <w:b/>
        </w:rPr>
        <w:t>[design, development, product and paid media]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Analyze funnel data in </w:t>
      </w:r>
      <w:r>
        <w:rPr>
          <w:b/>
        </w:rPr>
        <w:t>[GA4 / Amplitude / analytics tool]</w:t>
      </w:r>
      <w:r>
        <w:rPr>
          <w:b w:val="0"/>
        </w:rPr>
        <w:t xml:space="preserve"> to find where visitors drop off.</w:t>
      </w:r>
    </w:p>
    <w:p>
      <w:r>
        <w:rPr>
          <w:b w:val="0"/>
        </w:rPr>
        <w:t xml:space="preserve">- Run research: heatmaps, session recordings, surveys and user tests in </w:t>
      </w:r>
      <w:r>
        <w:rPr>
          <w:b/>
        </w:rPr>
        <w:t>[tools]</w:t>
      </w:r>
      <w:r>
        <w:rPr>
          <w:b w:val="0"/>
        </w:rPr>
        <w:t>.</w:t>
      </w:r>
    </w:p>
    <w:p>
      <w:r>
        <w:rPr>
          <w:b w:val="0"/>
        </w:rPr>
        <w:t>- Write hypotheses and prioritize a testing roadmap.</w:t>
      </w:r>
    </w:p>
    <w:p>
      <w:r>
        <w:rPr>
          <w:b w:val="0"/>
        </w:rPr>
        <w:t xml:space="preserve">- Build and launch A/B tests in </w:t>
      </w:r>
      <w:r>
        <w:rPr>
          <w:b/>
        </w:rPr>
        <w:t>[Optimizely / VWO / AB Tasty / testing tool]</w:t>
      </w:r>
      <w:r>
        <w:rPr>
          <w:b w:val="0"/>
        </w:rPr>
        <w:t xml:space="preserve"> with </w:t>
      </w:r>
      <w:r>
        <w:rPr>
          <w:b/>
        </w:rPr>
        <w:t>[developers / design]</w:t>
      </w:r>
      <w:r>
        <w:rPr>
          <w:b w:val="0"/>
        </w:rPr>
        <w:t>.</w:t>
      </w:r>
    </w:p>
    <w:p>
      <w:r>
        <w:rPr>
          <w:b w:val="0"/>
        </w:rPr>
        <w:t>- Check results for sample size and significance, and write up every test.</w:t>
      </w:r>
    </w:p>
    <w:p>
      <w:r>
        <w:rPr>
          <w:b w:val="0"/>
        </w:rPr>
        <w:t xml:space="preserve">- Share learnings with </w:t>
      </w:r>
      <w:r>
        <w:rPr>
          <w:b/>
        </w:rPr>
        <w:t>[marketing, product, paid media]</w:t>
      </w:r>
      <w:r>
        <w:rPr>
          <w:b w:val="0"/>
        </w:rPr>
        <w:t xml:space="preserve"> and keep a searchable test log.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[2-4]</w:t>
      </w:r>
      <w:r>
        <w:rPr>
          <w:b w:val="0"/>
        </w:rPr>
        <w:t>+ years in CRO, analytics, UX, ecommerce or growth.</w:t>
      </w:r>
    </w:p>
    <w:p>
      <w:r>
        <w:rPr>
          <w:b w:val="0"/>
        </w:rPr>
        <w:t>- Tests you planned and analyzed, with results.</w:t>
      </w:r>
    </w:p>
    <w:p>
      <w:r>
        <w:rPr>
          <w:b w:val="0"/>
        </w:rPr>
        <w:t>- Working knowledge of A/B test statistics: sample size, significance, test length.</w:t>
      </w:r>
    </w:p>
    <w:p>
      <w:r>
        <w:rPr>
          <w:b w:val="0"/>
        </w:rPr>
        <w:t xml:space="preserve">- Hands-on experience with </w:t>
      </w:r>
      <w:r>
        <w:rPr>
          <w:b/>
        </w:rPr>
        <w:t>[analytics, testing and research tools]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[Nice to have: HTML, CSS and JavaScript for building simple tests; SQL]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[Metric 1: e.g. conversion rate on </w:t>
      </w:r>
      <w:r>
        <w:rPr>
          <w:b/>
        </w:rPr>
        <w:t>[funnel]</w:t>
      </w:r>
      <w:r>
        <w:rPr>
          <w:b w:val="0"/>
        </w:rPr>
        <w:t xml:space="preserve"> against baseline]</w:t>
      </w:r>
    </w:p>
    <w:p>
      <w:r>
        <w:rPr>
          <w:b w:val="0"/>
        </w:rPr>
        <w:t xml:space="preserve">- </w:t>
      </w:r>
      <w:r>
        <w:rPr>
          <w:b/>
        </w:rPr>
        <w:t>[Metric 2: e.g. tests launched and documented per quarter]</w:t>
      </w:r>
    </w:p>
    <w:p>
      <w:r>
        <w:rPr>
          <w:b w:val="0"/>
        </w:rPr>
        <w:t xml:space="preserve">- </w:t>
      </w:r>
      <w:r>
        <w:rPr>
          <w:b/>
        </w:rPr>
        <w:t>[Metric 3: e.g. revenue impact of winning tests]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Found </w:t>
      </w:r>
      <w:r>
        <w:rPr>
          <w:b/>
        </w:rPr>
        <w:t>[problem]</w:t>
      </w:r>
      <w:r>
        <w:rPr>
          <w:b w:val="0"/>
        </w:rPr>
        <w:t xml:space="preserve"> through </w:t>
      </w:r>
      <w:r>
        <w:rPr>
          <w:b/>
        </w:rPr>
        <w:t>[research method]</w:t>
      </w:r>
      <w:r>
        <w:rPr>
          <w:b w:val="0"/>
        </w:rPr>
        <w:t xml:space="preserve"> on </w:t>
      </w:r>
      <w:r>
        <w:rPr>
          <w:b/>
        </w:rPr>
        <w:t>[page or step]</w:t>
      </w:r>
      <w:r>
        <w:rPr>
          <w:b w:val="0"/>
        </w:rPr>
        <w:t xml:space="preserve">; tested </w:t>
      </w:r>
      <w:r>
        <w:rPr>
          <w:b/>
        </w:rPr>
        <w:t>[change]</w:t>
      </w:r>
      <w:r>
        <w:rPr>
          <w:b w:val="0"/>
        </w:rPr>
        <w:t xml:space="preserve"> against the original over </w:t>
      </w:r>
      <w:r>
        <w:rPr>
          <w:b/>
        </w:rPr>
        <w:t>[X weeks]</w:t>
      </w:r>
      <w:r>
        <w:rPr>
          <w:b w:val="0"/>
        </w:rPr>
        <w:t xml:space="preserve">, raising </w:t>
      </w:r>
      <w:r>
        <w:rPr>
          <w:b/>
        </w:rPr>
        <w:t>[conversion metric]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and </w:t>
      </w:r>
      <w:r>
        <w:rPr>
          <w:b/>
        </w:rPr>
        <w:t>[revenue or sign-ups]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