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CRM Manager Job Description: Templates for Retail, Apps and B2B</w:t>
      </w:r>
    </w:p>
    <w:p>
      <w:r>
        <w:t>Templates from https://knowtheroom.ai/career-guides/crm-manager-job-description/ · Replace everything in [brackets].</w:t>
      </w:r>
    </w:p>
    <w:p>
      <w:pPr>
        <w:pStyle w:val="Heading2"/>
      </w:pPr>
      <w:r>
        <w:t>Retail or ecommerce CRM manager job description template</w:t>
      </w:r>
    </w:p>
    <w:p>
      <w:r>
        <w:rPr>
          <w:b w:val="0"/>
        </w:rPr>
        <w:t xml:space="preserve">Job title: CRM Manager, </w:t>
      </w:r>
      <w:r>
        <w:rPr>
          <w:b/>
        </w:rPr>
        <w:t>[Ecommerce / Retention / Loyalty]</w:t>
      </w:r>
    </w:p>
    <w:p/>
    <w:p>
      <w:r>
        <w:rPr>
          <w:b w:val="0"/>
        </w:rPr>
        <w:t xml:space="preserve">About </w:t>
      </w:r>
      <w:r>
        <w:rPr>
          <w:b/>
        </w:rPr>
        <w:t>[Company]</w:t>
      </w:r>
    </w:p>
    <w:p>
      <w:r>
        <w:rPr>
          <w:b/>
        </w:rPr>
        <w:t>[Two sentences: what you sell, to whom, and the size of your customer base or loyalty program.]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You'll own how we market to existing customers across email, SMS and </w:t>
      </w:r>
      <w:r>
        <w:rPr>
          <w:b/>
        </w:rPr>
        <w:t>[loyalty / app / direct mail]</w:t>
      </w:r>
      <w:r>
        <w:rPr>
          <w:b w:val="0"/>
        </w:rPr>
        <w:t xml:space="preserve">, and grow repeat purchase and customer value. You'll report to </w:t>
      </w:r>
      <w:r>
        <w:rPr>
          <w:b/>
        </w:rPr>
        <w:t>[Head of Retention / Ecommerce Director / CMO]</w:t>
      </w:r>
      <w:r>
        <w:rPr>
          <w:b w:val="0"/>
        </w:rPr>
        <w:t xml:space="preserve"> and work with ecommerce, merchandising, creative and data.</w:t>
      </w:r>
    </w:p>
    <w:p/>
    <w:p>
      <w:r>
        <w:rPr>
          <w:b w:val="0"/>
        </w:rPr>
        <w:t>What you'll do</w:t>
      </w:r>
    </w:p>
    <w:p>
      <w:r>
        <w:rPr>
          <w:b w:val="0"/>
        </w:rPr>
        <w:t>- Plan and run the CRM calendar: promotions, launches and seasonal campaigns.</w:t>
      </w:r>
    </w:p>
    <w:p>
      <w:r>
        <w:rPr>
          <w:b w:val="0"/>
        </w:rPr>
        <w:t>- Build and improve automated journeys: welcome, browse and cart abandonment, post-purchase, replenishment, win-back.</w:t>
      </w:r>
    </w:p>
    <w:p>
      <w:r>
        <w:rPr>
          <w:b w:val="0"/>
        </w:rPr>
        <w:t>- Create customer segments with data, such as first-time buyers, lapsed customers and loyalty tiers.</w:t>
      </w:r>
    </w:p>
    <w:p>
      <w:r>
        <w:rPr>
          <w:b w:val="0"/>
        </w:rPr>
        <w:t>- Run tests and holdout groups to measure what CRM really adds.</w:t>
      </w:r>
    </w:p>
    <w:p>
      <w:r>
        <w:rPr>
          <w:b w:val="0"/>
        </w:rPr>
        <w:t>- Manage consent and preferences with legal and keep sends compliant.</w:t>
      </w:r>
    </w:p>
    <w:p>
      <w:r>
        <w:rPr>
          <w:b w:val="0"/>
        </w:rPr>
        <w:t>- Report monthly on repeat purchase rate, CRM revenue and customer retention.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 xml:space="preserve">- </w:t>
      </w:r>
      <w:r>
        <w:rPr>
          <w:b/>
        </w:rPr>
        <w:t>[3-5]</w:t>
      </w:r>
      <w:r>
        <w:rPr>
          <w:b w:val="0"/>
        </w:rPr>
        <w:t xml:space="preserve"> years in CRM, email or retention marketing for a consumer brand.</w:t>
      </w:r>
    </w:p>
    <w:p>
      <w:r>
        <w:rPr>
          <w:b w:val="0"/>
        </w:rPr>
        <w:t xml:space="preserve">- Hands-on experience with </w:t>
      </w:r>
      <w:r>
        <w:rPr>
          <w:b/>
        </w:rPr>
        <w:t>[Klaviyo / Braze / Salesforce Marketing Cloud]</w:t>
      </w:r>
      <w:r>
        <w:rPr>
          <w:b w:val="0"/>
        </w:rPr>
        <w:t>.</w:t>
      </w:r>
    </w:p>
    <w:p>
      <w:r>
        <w:rPr>
          <w:b w:val="0"/>
        </w:rPr>
        <w:t>- Comfort building segments and reading cohort results.</w:t>
      </w:r>
    </w:p>
    <w:p>
      <w:r>
        <w:rPr>
          <w:b w:val="0"/>
        </w:rPr>
        <w:t>- A record of journeys or programs you launched and measured.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[Repeat purchase rate or customer retention]</w:t>
      </w:r>
    </w:p>
    <w:p>
      <w:r>
        <w:rPr>
          <w:b w:val="0"/>
        </w:rPr>
        <w:t xml:space="preserve">- </w:t>
      </w:r>
      <w:r>
        <w:rPr>
          <w:b/>
        </w:rPr>
        <w:t>[Revenue from CRM, measured against a holdout]</w:t>
      </w:r>
    </w:p>
    <w:p>
      <w:r>
        <w:rPr>
          <w:b w:val="0"/>
        </w:rPr>
        <w:t xml:space="preserve">- </w:t>
      </w:r>
      <w:r>
        <w:rPr>
          <w:b/>
        </w:rPr>
        <w:t>[List health: active subscribers, deliverability, unsubscribe rate]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App or subscription CRM manager job description template</w:t>
      </w:r>
    </w:p>
    <w:p>
      <w:r>
        <w:rPr>
          <w:b w:val="0"/>
        </w:rPr>
        <w:t xml:space="preserve">Job title: CRM Manager, </w:t>
      </w:r>
      <w:r>
        <w:rPr>
          <w:b/>
        </w:rPr>
        <w:t>[Lifecycle / Engagement]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You'll own messaging to our users across push, in-app, email and SMS, to improve activation, engagement and retention. You'll report to </w:t>
      </w:r>
      <w:r>
        <w:rPr>
          <w:b/>
        </w:rPr>
        <w:t>[Head of Growth / Lifecycle Lead]</w:t>
      </w:r>
      <w:r>
        <w:rPr>
          <w:b w:val="0"/>
        </w:rPr>
        <w:t xml:space="preserve"> and work with product, data and design.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Build onboarding and engagement journeys in </w:t>
      </w:r>
      <w:r>
        <w:rPr>
          <w:b/>
        </w:rPr>
        <w:t>[Braze / Iterable / Customer.io]</w:t>
      </w:r>
      <w:r>
        <w:rPr>
          <w:b w:val="0"/>
        </w:rPr>
        <w:t>.</w:t>
      </w:r>
    </w:p>
    <w:p>
      <w:r>
        <w:rPr>
          <w:b w:val="0"/>
        </w:rPr>
        <w:t>- Use product data to trigger messages at the right moment, such as a first action or a drop-off.</w:t>
      </w:r>
    </w:p>
    <w:p>
      <w:r>
        <w:rPr>
          <w:b w:val="0"/>
        </w:rPr>
        <w:t>- Run A/B tests and holdouts on message, timing and channel.</w:t>
      </w:r>
    </w:p>
    <w:p>
      <w:r>
        <w:rPr>
          <w:b w:val="0"/>
        </w:rPr>
        <w:t>- Work with product on in-app messages and paywall or upgrade prompts.</w:t>
      </w:r>
    </w:p>
    <w:p>
      <w:r>
        <w:rPr>
          <w:b w:val="0"/>
        </w:rPr>
        <w:t>- Report on activation, retention cohorts, churn and conversion to paid.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 xml:space="preserve">- </w:t>
      </w:r>
      <w:r>
        <w:rPr>
          <w:b/>
        </w:rPr>
        <w:t>[3-5]</w:t>
      </w:r>
      <w:r>
        <w:rPr>
          <w:b w:val="0"/>
        </w:rPr>
        <w:t xml:space="preserve"> years in lifecycle or CRM at an app or subscription business.</w:t>
      </w:r>
    </w:p>
    <w:p>
      <w:r>
        <w:rPr>
          <w:b w:val="0"/>
        </w:rPr>
        <w:t>- Experience with event-based messaging and product analytics.</w:t>
      </w:r>
    </w:p>
    <w:p>
      <w:pPr>
        <w:pStyle w:val="Heading2"/>
      </w:pPr>
      <w:r>
        <w:t>B2B CRM marketing manager job description template</w:t>
      </w:r>
    </w:p>
    <w:p>
      <w:r>
        <w:rPr>
          <w:b w:val="0"/>
        </w:rPr>
        <w:t xml:space="preserve">Job title: CRM Marketing Manager, </w:t>
      </w:r>
      <w:r>
        <w:rPr>
          <w:b/>
        </w:rPr>
        <w:t>[Customer / Lifecycle]</w:t>
      </w:r>
    </w:p>
    <w:p/>
    <w:p>
      <w:r>
        <w:rPr>
          <w:b w:val="0"/>
        </w:rPr>
        <w:t>What you'll do</w:t>
      </w:r>
    </w:p>
    <w:p>
      <w:r>
        <w:rPr>
          <w:b w:val="0"/>
        </w:rPr>
        <w:t xml:space="preserve">- Run nurture programs that move leads toward sales in </w:t>
      </w:r>
      <w:r>
        <w:rPr>
          <w:b/>
        </w:rPr>
        <w:t>[HubSpot / Marketo / Salesforce Marketing Cloud]</w:t>
      </w:r>
      <w:r>
        <w:rPr>
          <w:b w:val="0"/>
        </w:rPr>
        <w:t>.</w:t>
      </w:r>
    </w:p>
    <w:p>
      <w:r>
        <w:rPr>
          <w:b w:val="0"/>
        </w:rPr>
        <w:t>- Build onboarding and adoption emails for new customers with customer success.</w:t>
      </w:r>
    </w:p>
    <w:p>
      <w:r>
        <w:rPr>
          <w:b w:val="0"/>
        </w:rPr>
        <w:t>- Plan renewal and expansion campaigns with sales and account management.</w:t>
      </w:r>
    </w:p>
    <w:p>
      <w:r>
        <w:rPr>
          <w:b w:val="0"/>
        </w:rPr>
        <w:t>- Keep contact data, lead scoring and lifecycle stages accurate with marketing operations.</w:t>
      </w:r>
    </w:p>
    <w:p>
      <w:r>
        <w:rPr>
          <w:b w:val="0"/>
        </w:rPr>
        <w:t>- Report on conversion between stages, product adoption and renewal rates.</w:t>
      </w:r>
    </w:p>
    <w:p>
      <w:pPr>
        <w:pStyle w:val="Heading2"/>
      </w:pPr>
      <w:r>
        <w:t>Senior CRM manager job description template</w:t>
      </w:r>
    </w:p>
    <w:p>
      <w:r>
        <w:rPr>
          <w:b w:val="0"/>
        </w:rPr>
        <w:t>What you'll do (senior)</w:t>
      </w:r>
    </w:p>
    <w:p>
      <w:r>
        <w:rPr>
          <w:b w:val="0"/>
        </w:rPr>
        <w:t>- Set the CRM and retention strategy and yearly targets with leadership.</w:t>
      </w:r>
    </w:p>
    <w:p>
      <w:r>
        <w:rPr>
          <w:b w:val="0"/>
        </w:rPr>
        <w:t>- Own the messaging platform, the customer data roadmap and the CRM budget.</w:t>
      </w:r>
    </w:p>
    <w:p>
      <w:r>
        <w:rPr>
          <w:b w:val="0"/>
        </w:rPr>
        <w:t xml:space="preserve">- Lead a team of </w:t>
      </w:r>
      <w:r>
        <w:rPr>
          <w:b/>
        </w:rPr>
        <w:t>[CRM specialists / an automation specialist / copywriters]</w:t>
      </w:r>
      <w:r>
        <w:rPr>
          <w:b w:val="0"/>
        </w:rPr>
        <w:t>.</w:t>
      </w:r>
    </w:p>
    <w:p>
      <w:r>
        <w:rPr>
          <w:b w:val="0"/>
        </w:rPr>
        <w:t>- Build the measurement approach, including holdouts, so CRM's contribution is clear.</w:t>
      </w:r>
    </w:p>
    <w:p>
      <w:r>
        <w:rPr>
          <w:b w:val="0"/>
        </w:rPr>
        <w:t>- Present customer and retention results to leadership each quarter.</w:t>
      </w:r>
    </w:p>
    <w:p/>
    <w:p>
      <w:r>
        <w:rPr>
          <w:b w:val="0"/>
        </w:rPr>
        <w:t>What you'll bring (senior)</w:t>
      </w:r>
    </w:p>
    <w:p>
      <w:r>
        <w:rPr>
          <w:b w:val="0"/>
        </w:rPr>
        <w:t xml:space="preserve">- </w:t>
      </w:r>
      <w:r>
        <w:rPr>
          <w:b/>
        </w:rPr>
        <w:t>[6+]</w:t>
      </w:r>
      <w:r>
        <w:rPr>
          <w:b w:val="0"/>
        </w:rPr>
        <w:t xml:space="preserve"> years in CRM or retention, including a program you built or rebuilt.</w:t>
      </w:r>
    </w:p>
    <w:p>
      <w:r>
        <w:rPr>
          <w:b w:val="0"/>
        </w:rPr>
        <w:t>- Experience managing people and a platform migration or rebuild.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