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Creative Strategist: What the Job Is and How to Become One</w:t>
      </w:r>
    </w:p>
    <w:p>
      <w:r>
        <w:t>Templates from https://knowtheroom.ai/career-guides/creative-strategist/ · Replace everything in [brackets].</w:t>
      </w:r>
    </w:p>
    <w:p>
      <w:pPr>
        <w:pStyle w:val="Heading2"/>
      </w:pPr>
      <w:r>
        <w:t>Creative strategist job description</w:t>
      </w:r>
    </w:p>
    <w:p>
      <w:r>
        <w:rPr>
          <w:b w:val="0"/>
        </w:rPr>
        <w:t xml:space="preserve">Job title: Creative Strategist </w:t>
      </w:r>
      <w:r>
        <w:rPr>
          <w:b/>
        </w:rPr>
        <w:t>[Paid Social]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who buys it and where you advertise.]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Creative Strategist to decide what ads we make and why. You'll turn customer research and performance data into concepts, briefs and tests across </w:t>
      </w:r>
      <w:r>
        <w:rPr>
          <w:b/>
        </w:rPr>
        <w:t>[Meta / TikTok / YouTube / other]</w:t>
      </w:r>
      <w:r>
        <w:rPr>
          <w:b w:val="0"/>
        </w:rPr>
        <w:t xml:space="preserve">, working with </w:t>
      </w:r>
      <w:r>
        <w:rPr>
          <w:b/>
        </w:rPr>
        <w:t>[design, video, creators and the paid media team]</w:t>
      </w:r>
      <w:r>
        <w:rPr>
          <w:b w:val="0"/>
        </w:rPr>
        <w:t xml:space="preserve">. You'll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Analyze ad performance weekly and decide what to iterate on, scale or retire.</w:t>
      </w:r>
    </w:p>
    <w:p>
      <w:r>
        <w:rPr>
          <w:b w:val="0"/>
        </w:rPr>
        <w:t>- Research customers, reviews, comments and competitor ads for new angles.</w:t>
      </w:r>
    </w:p>
    <w:p>
      <w:r>
        <w:rPr>
          <w:b w:val="0"/>
        </w:rPr>
        <w:t>- Write concepts, hooks, scripts and briefs for designers, editors and UGC creators.</w:t>
      </w:r>
    </w:p>
    <w:p>
      <w:r>
        <w:rPr>
          <w:b w:val="0"/>
        </w:rPr>
        <w:t>- Plan creative tests with a clear question and success measure for each.</w:t>
      </w:r>
    </w:p>
    <w:p>
      <w:r>
        <w:rPr>
          <w:b w:val="0"/>
        </w:rPr>
        <w:t>- Keep a library of learnings the whole team can use.</w:t>
      </w:r>
    </w:p>
    <w:p>
      <w:r>
        <w:rPr>
          <w:b w:val="0"/>
        </w:rPr>
        <w:t>- Work with the paid media team on launch timing and budgets for tests.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creative strategy, paid social, copywriting or content.</w:t>
      </w:r>
    </w:p>
    <w:p>
      <w:r>
        <w:rPr>
          <w:b w:val="0"/>
        </w:rPr>
        <w:t>- A portfolio of ads you concepted, with the reasoning and results.</w:t>
      </w:r>
    </w:p>
    <w:p>
      <w:r>
        <w:rPr>
          <w:b w:val="0"/>
        </w:rPr>
        <w:t>- Comfort reading ad metrics: hook rate, hold rate, click-through rate, cost per acquisition.</w:t>
      </w:r>
    </w:p>
    <w:p>
      <w:r>
        <w:rPr>
          <w:b w:val="0"/>
        </w:rPr>
        <w:t>- Sharp, short writing for video and static ads.</w:t>
      </w:r>
    </w:p>
    <w:p>
      <w:r>
        <w:rPr>
          <w:b w:val="0"/>
        </w:rPr>
        <w:t>- Experience briefing creators or editors.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share of spend going to new concepts]</w:t>
      </w:r>
    </w:p>
    <w:p>
      <w:r>
        <w:rPr>
          <w:b w:val="0"/>
        </w:rPr>
        <w:t xml:space="preserve">- </w:t>
      </w:r>
      <w:r>
        <w:rPr>
          <w:b/>
        </w:rPr>
        <w:t>[Metric 2: e.g. cost per acquisition on new creative vs account average]</w:t>
      </w:r>
    </w:p>
    <w:p>
      <w:r>
        <w:rPr>
          <w:b w:val="0"/>
        </w:rPr>
        <w:t xml:space="preserve">- </w:t>
      </w:r>
      <w:r>
        <w:rPr>
          <w:b/>
        </w:rPr>
        <w:t>[Metric 3: e.g. number of concepts tested per month]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Wrote [X] concepts a month for </w:t>
      </w:r>
      <w:r>
        <w:rPr>
          <w:b/>
        </w:rPr>
        <w:t>[brand]</w:t>
      </w:r>
      <w:r>
        <w:rPr>
          <w:b w:val="0"/>
        </w:rPr>
        <w:t xml:space="preserve">'s </w:t>
      </w:r>
      <w:r>
        <w:rPr>
          <w:b/>
        </w:rPr>
        <w:t>[Meta / TikTok]</w:t>
      </w:r>
      <w:r>
        <w:rPr>
          <w:b w:val="0"/>
        </w:rPr>
        <w:t xml:space="preserve"> ads from review and comment research; a </w:t>
      </w:r>
      <w:r>
        <w:rPr>
          <w:b/>
        </w:rPr>
        <w:t>[angle]</w:t>
      </w:r>
      <w:r>
        <w:rPr>
          <w:b w:val="0"/>
        </w:rPr>
        <w:t xml:space="preserve"> concept became the account's top spender, cutting cost per </w:t>
      </w:r>
      <w:r>
        <w:rPr>
          <w:b/>
        </w:rPr>
        <w:t>[acquisition / install]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