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Creative Strategist Job Description: DTC, Agency, Motion and Senior Templates</w:t>
      </w:r>
    </w:p>
    <w:p>
      <w:r>
        <w:t>Templates from https://knowtheroom.ai/career-guides/creative-strategist-job-description/ · Replace everything in [brackets].</w:t>
      </w:r>
    </w:p>
    <w:p>
      <w:pPr>
        <w:pStyle w:val="Heading2"/>
      </w:pPr>
      <w:r>
        <w:t>Template: DTC brand creative strategist</w:t>
      </w:r>
    </w:p>
    <w:p>
      <w:r>
        <w:rPr>
          <w:b w:val="0"/>
        </w:rPr>
        <w:t>Job title: Creative Strategist, Paid Social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who buys it, and where you advertise.]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decide what ads we make and why. Using customer research and ad performance, you'll write concepts and briefs for </w:t>
      </w:r>
      <w:r>
        <w:rPr>
          <w:b/>
        </w:rPr>
        <w:t>[our designers, editors and UGC creators]</w:t>
      </w:r>
      <w:r>
        <w:rPr>
          <w:b w:val="0"/>
        </w:rPr>
        <w:t xml:space="preserve"> across </w:t>
      </w:r>
      <w:r>
        <w:rPr>
          <w:b/>
        </w:rPr>
        <w:t>[Meta / TikTok / YouTube]</w:t>
      </w:r>
      <w:r>
        <w:rPr>
          <w:b w:val="0"/>
        </w:rPr>
        <w:t xml:space="preserve">. You'll work with the performance marketing team and report to </w:t>
      </w:r>
      <w:r>
        <w:rPr>
          <w:b/>
        </w:rPr>
        <w:t>[Head of Creative / Growth Lead]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Review ad performance weekly and decide what to iterate, scale or retire.</w:t>
      </w:r>
    </w:p>
    <w:p>
      <w:r>
        <w:rPr>
          <w:b w:val="0"/>
        </w:rPr>
        <w:t>- Mine reviews, comments, support tickets and competitor ads for angles.</w:t>
      </w:r>
    </w:p>
    <w:p>
      <w:r>
        <w:rPr>
          <w:b w:val="0"/>
        </w:rPr>
        <w:t>- Write concepts, hooks, scripts and briefs; review edits before launch.</w:t>
      </w:r>
    </w:p>
    <w:p>
      <w:r>
        <w:rPr>
          <w:b w:val="0"/>
        </w:rPr>
        <w:t xml:space="preserve">- Plan </w:t>
      </w:r>
      <w:r>
        <w:rPr>
          <w:b/>
        </w:rPr>
        <w:t>[number]</w:t>
      </w:r>
      <w:r>
        <w:rPr>
          <w:b w:val="0"/>
        </w:rPr>
        <w:t xml:space="preserve"> new concepts a </w:t>
      </w:r>
      <w:r>
        <w:rPr>
          <w:b/>
        </w:rPr>
        <w:t>[week / month]</w:t>
      </w:r>
      <w:r>
        <w:rPr>
          <w:b w:val="0"/>
        </w:rPr>
        <w:t xml:space="preserve"> with a test question for each.</w:t>
      </w:r>
    </w:p>
    <w:p>
      <w:r>
        <w:rPr>
          <w:b w:val="0"/>
        </w:rPr>
        <w:t>- Keep a creative learnings library the whole team uses.</w:t>
      </w:r>
    </w:p>
    <w:p>
      <w:r>
        <w:rPr>
          <w:b w:val="0"/>
        </w:rPr>
        <w:t>- Brief and give feedback to UGC creators.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creative strategy, paid social, copywriting or content.</w:t>
      </w:r>
    </w:p>
    <w:p>
      <w:r>
        <w:rPr>
          <w:b w:val="0"/>
        </w:rPr>
        <w:t>- A portfolio of ads you concepted, with reasoning and results.</w:t>
      </w:r>
    </w:p>
    <w:p>
      <w:r>
        <w:rPr>
          <w:b w:val="0"/>
        </w:rPr>
        <w:t>- Comfort with ad metrics: hook rate, hold rate, click-through rate, cost per acquisition.</w:t>
      </w:r>
    </w:p>
    <w:p>
      <w:r>
        <w:rPr>
          <w:b w:val="0"/>
        </w:rPr>
        <w:t>- Short, sharp writing for video.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Share of spend on concepts launched in the last </w:t>
      </w:r>
      <w:r>
        <w:rPr>
          <w:b/>
        </w:rPr>
        <w:t>[60]</w:t>
      </w:r>
      <w:r>
        <w:rPr>
          <w:b w:val="0"/>
        </w:rPr>
        <w:t xml:space="preserve"> days</w:t>
      </w:r>
    </w:p>
    <w:p>
      <w:r>
        <w:rPr>
          <w:b w:val="0"/>
        </w:rPr>
        <w:t xml:space="preserve">- </w:t>
      </w:r>
      <w:r>
        <w:rPr>
          <w:b/>
        </w:rPr>
        <w:t>[Number]</w:t>
      </w:r>
      <w:r>
        <w:rPr>
          <w:b w:val="0"/>
        </w:rPr>
        <w:t xml:space="preserve"> new winning concepts per quarter</w:t>
      </w:r>
    </w:p>
    <w:p>
      <w:r>
        <w:rPr>
          <w:b w:val="0"/>
        </w:rPr>
        <w:t>- Cost per acquisition on new concepts vs account average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Template: agency creative strategist</w:t>
      </w:r>
    </w:p>
    <w:p>
      <w:r>
        <w:rPr>
          <w:b w:val="0"/>
        </w:rPr>
        <w:t xml:space="preserve">Job title: Creative Strategist, </w:t>
      </w:r>
      <w:r>
        <w:rPr>
          <w:b/>
        </w:rPr>
        <w:t>[Agency name]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lead creative strategy for </w:t>
      </w:r>
      <w:r>
        <w:rPr>
          <w:b/>
        </w:rPr>
        <w:t>[number]</w:t>
      </w:r>
      <w:r>
        <w:rPr>
          <w:b w:val="0"/>
        </w:rPr>
        <w:t xml:space="preserve"> client accounts, mostly DTC and consumer apps. You'll turn client goals and data into concepts, brief our in-house production team and creators, and present strategy and results to clients.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Run creative audits for new clients.</w:t>
      </w:r>
    </w:p>
    <w:p>
      <w:r>
        <w:rPr>
          <w:b w:val="0"/>
        </w:rPr>
        <w:t>- Build monthly creative plans and testing roadmaps per client.</w:t>
      </w:r>
    </w:p>
    <w:p>
      <w:r>
        <w:rPr>
          <w:b w:val="0"/>
        </w:rPr>
        <w:t>- Write briefs for designers, editors and creators.</w:t>
      </w:r>
    </w:p>
    <w:p>
      <w:r>
        <w:rPr>
          <w:b w:val="0"/>
        </w:rPr>
        <w:t>- Present concepts and results on client calls with the account team.</w:t>
      </w:r>
    </w:p>
    <w:p>
      <w:r>
        <w:rPr>
          <w:b w:val="0"/>
        </w:rPr>
        <w:t>- Track your time across clients.</w:t>
      </w:r>
    </w:p>
    <w:p>
      <w:pPr>
        <w:pStyle w:val="Heading2"/>
      </w:pPr>
      <w:r>
        <w:t>Template: motion or video creative strategist</w:t>
      </w:r>
    </w:p>
    <w:p>
      <w:r>
        <w:rPr>
          <w:b w:val="0"/>
        </w:rPr>
        <w:t xml:space="preserve">- Concept and produce motion and video ads in </w:t>
      </w:r>
      <w:r>
        <w:rPr>
          <w:b/>
        </w:rPr>
        <w:t>[After Effects / Premiere / CapCut / Figma]</w:t>
      </w:r>
      <w:r>
        <w:rPr>
          <w:b w:val="0"/>
        </w:rPr>
        <w:t>.</w:t>
      </w:r>
    </w:p>
    <w:p>
      <w:r>
        <w:rPr>
          <w:b w:val="0"/>
        </w:rPr>
        <w:t>- Turn static winners into motion versions, and motion winners into new hooks.</w:t>
      </w:r>
    </w:p>
    <w:p>
      <w:r>
        <w:rPr>
          <w:b w:val="0"/>
        </w:rPr>
        <w:t>- Build and maintain templates the team can reuse.</w:t>
      </w:r>
    </w:p>
    <w:p>
      <w:pPr>
        <w:pStyle w:val="Heading2"/>
      </w:pPr>
      <w:r>
        <w:t>Template: senior creative strategist</w:t>
      </w:r>
    </w:p>
    <w:p>
      <w:r>
        <w:rPr>
          <w:b w:val="0"/>
        </w:rPr>
        <w:t xml:space="preserve">- Own the creative testing roadmap across </w:t>
      </w:r>
      <w:r>
        <w:rPr>
          <w:b/>
        </w:rPr>
        <w:t>[channels / brands / clients]</w:t>
      </w:r>
      <w:r>
        <w:rPr>
          <w:b w:val="0"/>
        </w:rPr>
        <w:t>.</w:t>
      </w:r>
    </w:p>
    <w:p>
      <w:r>
        <w:rPr>
          <w:b w:val="0"/>
        </w:rPr>
        <w:t xml:space="preserve">- Lead and coach </w:t>
      </w:r>
      <w:r>
        <w:rPr>
          <w:b/>
        </w:rPr>
        <w:t>[number]</w:t>
      </w:r>
      <w:r>
        <w:rPr>
          <w:b w:val="0"/>
        </w:rPr>
        <w:t xml:space="preserve"> creative strategists.</w:t>
      </w:r>
    </w:p>
    <w:p>
      <w:r>
        <w:rPr>
          <w:b w:val="0"/>
        </w:rPr>
        <w:t>- Set the research process: customer interviews, review mining, competitor tracking.</w:t>
      </w:r>
    </w:p>
    <w:p>
      <w:r>
        <w:rPr>
          <w:b w:val="0"/>
        </w:rPr>
        <w:t xml:space="preserve">- Present creative insights and plans to </w:t>
      </w:r>
      <w:r>
        <w:rPr>
          <w:b/>
        </w:rPr>
        <w:t>[leadership / clients]</w:t>
      </w:r>
      <w:r>
        <w:rPr>
          <w:b w:val="0"/>
        </w:rPr>
        <w:t xml:space="preserve"> each quarter.</w:t>
      </w:r>
    </w:p>
    <w:p>
      <w:r>
        <w:rPr>
          <w:b w:val="0"/>
        </w:rPr>
        <w:t>- Work with performance marketing on budget for testing.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